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5BFCA" w14:textId="7C5A1BD4" w:rsidR="00EC46F9" w:rsidRPr="003543CF" w:rsidRDefault="00EC46F9" w:rsidP="003543CF">
      <w:pPr>
        <w:pStyle w:val="Paragraphedeliste"/>
        <w:jc w:val="center"/>
        <w:rPr>
          <w:b/>
          <w:bCs/>
        </w:rPr>
      </w:pPr>
    </w:p>
    <w:p w14:paraId="1EDB8B24" w14:textId="77777777" w:rsidR="00EC46F9" w:rsidRDefault="00EC46F9" w:rsidP="00EC46F9">
      <w:pPr>
        <w:pStyle w:val="Paragraphedeliste"/>
        <w:jc w:val="center"/>
        <w:rPr>
          <w:b/>
          <w:bCs/>
        </w:rPr>
      </w:pPr>
    </w:p>
    <w:p w14:paraId="4886F461" w14:textId="77777777" w:rsidR="00F76B43" w:rsidRDefault="00F76B43" w:rsidP="00176F19">
      <w:pPr>
        <w:pStyle w:val="OBJET"/>
      </w:pPr>
    </w:p>
    <w:p w14:paraId="52AB988F" w14:textId="77777777" w:rsidR="00F76B43" w:rsidRDefault="00F76B43" w:rsidP="00176F19">
      <w:pPr>
        <w:pStyle w:val="OBJET"/>
        <w:rPr>
          <w:sz w:val="40"/>
          <w:szCs w:val="40"/>
        </w:rPr>
      </w:pPr>
    </w:p>
    <w:p w14:paraId="7352AB24" w14:textId="1BBF905D" w:rsidR="00176F19" w:rsidRDefault="00F764A8" w:rsidP="00176F19">
      <w:pPr>
        <w:pStyle w:val="OBJET"/>
        <w:rPr>
          <w:sz w:val="40"/>
          <w:szCs w:val="40"/>
        </w:rPr>
      </w:pPr>
      <w:r>
        <w:rPr>
          <w:sz w:val="40"/>
          <w:szCs w:val="40"/>
        </w:rPr>
        <w:t>M</w:t>
      </w:r>
      <w:r w:rsidR="001A1D99">
        <w:rPr>
          <w:sz w:val="40"/>
          <w:szCs w:val="40"/>
        </w:rPr>
        <w:t xml:space="preserve">ATRICE DE </w:t>
      </w:r>
      <w:r w:rsidR="002B5323">
        <w:rPr>
          <w:sz w:val="40"/>
          <w:szCs w:val="40"/>
        </w:rPr>
        <w:t>CONFORMITE</w:t>
      </w:r>
    </w:p>
    <w:p w14:paraId="0DD051E9" w14:textId="45934706" w:rsidR="00F76B43" w:rsidRDefault="002B5323" w:rsidP="00176F19">
      <w:pPr>
        <w:pStyle w:val="OBJET"/>
        <w:rPr>
          <w:sz w:val="40"/>
          <w:szCs w:val="40"/>
        </w:rPr>
      </w:pPr>
      <w:r>
        <w:rPr>
          <w:sz w:val="40"/>
          <w:szCs w:val="40"/>
        </w:rPr>
        <w:t xml:space="preserve">LOT </w:t>
      </w:r>
      <w:r w:rsidR="00327DF9">
        <w:rPr>
          <w:sz w:val="40"/>
          <w:szCs w:val="40"/>
        </w:rPr>
        <w:t>3</w:t>
      </w:r>
      <w:r>
        <w:rPr>
          <w:sz w:val="40"/>
          <w:szCs w:val="40"/>
        </w:rPr>
        <w:t xml:space="preserve"> – </w:t>
      </w:r>
      <w:r w:rsidR="00327DF9">
        <w:rPr>
          <w:sz w:val="40"/>
          <w:szCs w:val="40"/>
        </w:rPr>
        <w:t xml:space="preserve">Ecrans &amp; </w:t>
      </w:r>
      <w:r w:rsidR="00460A00">
        <w:rPr>
          <w:sz w:val="40"/>
          <w:szCs w:val="40"/>
        </w:rPr>
        <w:t>E</w:t>
      </w:r>
      <w:r w:rsidR="00327DF9">
        <w:rPr>
          <w:sz w:val="40"/>
          <w:szCs w:val="40"/>
        </w:rPr>
        <w:t>quipements divers</w:t>
      </w:r>
    </w:p>
    <w:p w14:paraId="1271BDE5" w14:textId="77777777" w:rsidR="00567B14" w:rsidRPr="00F76B43" w:rsidRDefault="00567B14" w:rsidP="00176F19">
      <w:pPr>
        <w:pStyle w:val="OBJET"/>
        <w:rPr>
          <w:sz w:val="40"/>
          <w:szCs w:val="40"/>
        </w:rPr>
      </w:pPr>
    </w:p>
    <w:p w14:paraId="457C79CA" w14:textId="77777777" w:rsidR="00EC46F9" w:rsidRPr="0040394F" w:rsidRDefault="00EC46F9" w:rsidP="00D536AE">
      <w:pPr>
        <w:pStyle w:val="OBJET"/>
      </w:pPr>
    </w:p>
    <w:p w14:paraId="1D7A8896" w14:textId="77777777" w:rsidR="00C0365E" w:rsidRPr="003543CF" w:rsidRDefault="00C0365E" w:rsidP="003543CF">
      <w:pPr>
        <w:rPr>
          <w:b/>
          <w:bCs/>
        </w:rPr>
      </w:pPr>
    </w:p>
    <w:p w14:paraId="00D69E84" w14:textId="22F5D11B" w:rsidR="00176F19" w:rsidRPr="00F76B43" w:rsidRDefault="00F76B43" w:rsidP="00176F19">
      <w:pPr>
        <w:spacing w:before="38"/>
        <w:ind w:left="112" w:right="112"/>
        <w:jc w:val="center"/>
        <w:rPr>
          <w:b/>
          <w:bCs/>
          <w:sz w:val="28"/>
        </w:rPr>
      </w:pPr>
      <w:r>
        <w:rPr>
          <w:b/>
          <w:bCs/>
        </w:rPr>
        <w:t xml:space="preserve">                   </w:t>
      </w:r>
      <w:r w:rsidRPr="00F76B43">
        <w:rPr>
          <w:b/>
          <w:bCs/>
        </w:rPr>
        <w:t>MARCHE DE TECHNIQUES DE L’INFORMATION ET DE LA COMMUNICATION (TIC)</w:t>
      </w:r>
    </w:p>
    <w:p w14:paraId="69FAC409" w14:textId="77777777" w:rsidR="00F76B43" w:rsidRDefault="00F76B43" w:rsidP="00F76B43">
      <w:pPr>
        <w:pStyle w:val="NOM"/>
        <w:pBdr>
          <w:bottom w:val="single" w:sz="4" w:space="31" w:color="31849B" w:themeColor="accent5" w:themeShade="BF"/>
        </w:pBdr>
      </w:pPr>
    </w:p>
    <w:p w14:paraId="426B8C21" w14:textId="2D30C554" w:rsidR="00176F19" w:rsidRDefault="006D71F5" w:rsidP="00F76B43">
      <w:pPr>
        <w:pStyle w:val="NOM"/>
        <w:pBdr>
          <w:bottom w:val="single" w:sz="4" w:space="31" w:color="31849B" w:themeColor="accent5" w:themeShade="BF"/>
        </w:pBdr>
      </w:pPr>
      <w:r>
        <w:t>Renouvellement des équipements informatiques</w:t>
      </w:r>
      <w:r w:rsidR="00427385">
        <w:t xml:space="preserve"> – </w:t>
      </w:r>
    </w:p>
    <w:p w14:paraId="1D06712C" w14:textId="3C985037" w:rsidR="00427385" w:rsidRDefault="00427385" w:rsidP="00F76B43">
      <w:pPr>
        <w:pStyle w:val="NOM"/>
        <w:pBdr>
          <w:bottom w:val="single" w:sz="4" w:space="31" w:color="31849B" w:themeColor="accent5" w:themeShade="BF"/>
        </w:pBdr>
      </w:pPr>
      <w:r>
        <w:t>Lot 1 : Fourniture micro-ordinateurs portables</w:t>
      </w:r>
    </w:p>
    <w:p w14:paraId="31C4BE46" w14:textId="79943100" w:rsidR="00347865" w:rsidRPr="00666709" w:rsidRDefault="00347865" w:rsidP="00F76B43">
      <w:pPr>
        <w:pStyle w:val="NOM"/>
        <w:pBdr>
          <w:bottom w:val="single" w:sz="4" w:space="31" w:color="31849B" w:themeColor="accent5" w:themeShade="BF"/>
        </w:pBdr>
      </w:pPr>
      <w:r>
        <w:t>Marché n°2026DSI0</w:t>
      </w:r>
      <w:r w:rsidR="00120085">
        <w:t>52</w:t>
      </w:r>
    </w:p>
    <w:p w14:paraId="16333A73" w14:textId="77777777" w:rsidR="00EC46F9" w:rsidRPr="003D5C21" w:rsidRDefault="00EC46F9" w:rsidP="00BF6AC9">
      <w:pPr>
        <w:rPr>
          <w:b/>
          <w:bCs/>
          <w:sz w:val="20"/>
          <w:szCs w:val="20"/>
        </w:rPr>
      </w:pPr>
    </w:p>
    <w:p w14:paraId="2CAB57B4" w14:textId="0F6B9402" w:rsidR="003D5C21" w:rsidRPr="003D5C21" w:rsidRDefault="003D5C21" w:rsidP="003D5C21">
      <w:pPr>
        <w:pStyle w:val="Texte"/>
        <w:jc w:val="center"/>
      </w:pPr>
      <w:r w:rsidRPr="003D5C21">
        <w:t xml:space="preserve">Procédure </w:t>
      </w:r>
      <w:r w:rsidR="000824F9">
        <w:t>avec négociation</w:t>
      </w:r>
      <w:r w:rsidRPr="003D5C21">
        <w:t xml:space="preserve"> conformément </w:t>
      </w:r>
      <w:r w:rsidR="004E36E6">
        <w:t xml:space="preserve">aux articles L. 2124-1 et </w:t>
      </w:r>
      <w:r w:rsidRPr="003D5C21">
        <w:t>L. 212</w:t>
      </w:r>
      <w:r w:rsidR="00B7403A">
        <w:t>4</w:t>
      </w:r>
      <w:r w:rsidRPr="003D5C21">
        <w:t>-</w:t>
      </w:r>
      <w:r w:rsidR="00B7403A">
        <w:t>3</w:t>
      </w:r>
      <w:r w:rsidRPr="003D5C21">
        <w:t xml:space="preserve"> du </w:t>
      </w:r>
      <w:r w:rsidR="004E36E6">
        <w:t>C</w:t>
      </w:r>
      <w:r w:rsidRPr="003D5C21">
        <w:t>ode de la commande publique</w:t>
      </w:r>
    </w:p>
    <w:p w14:paraId="46560034" w14:textId="77777777" w:rsidR="00EC46F9" w:rsidRPr="00511407" w:rsidRDefault="00EC46F9" w:rsidP="00511407">
      <w:pPr>
        <w:rPr>
          <w:b/>
          <w:bCs/>
        </w:rPr>
      </w:pPr>
    </w:p>
    <w:p w14:paraId="6C52AE18" w14:textId="77777777" w:rsidR="003543CF" w:rsidRPr="003D5C21" w:rsidRDefault="003543CF" w:rsidP="003543CF">
      <w:pPr>
        <w:pStyle w:val="Texte"/>
        <w:jc w:val="left"/>
        <w:rPr>
          <w:i w:val="0"/>
          <w:iCs/>
          <w:u w:val="single"/>
        </w:rPr>
      </w:pPr>
      <w:r w:rsidRPr="003D5C21">
        <w:rPr>
          <w:i w:val="0"/>
          <w:iCs/>
          <w:u w:val="single"/>
        </w:rPr>
        <w:t>Acheteur</w:t>
      </w:r>
      <w:r w:rsidR="00D27345" w:rsidRPr="003D5C21">
        <w:rPr>
          <w:i w:val="0"/>
          <w:iCs/>
          <w:u w:val="single"/>
        </w:rPr>
        <w:t> :</w:t>
      </w:r>
    </w:p>
    <w:p w14:paraId="3AEDBB71" w14:textId="77777777" w:rsidR="00EC46F9" w:rsidRPr="003D5C21" w:rsidRDefault="003543CF" w:rsidP="003543CF">
      <w:pPr>
        <w:pStyle w:val="Texte"/>
        <w:jc w:val="left"/>
        <w:rPr>
          <w:i w:val="0"/>
          <w:iCs/>
        </w:rPr>
      </w:pPr>
      <w:r w:rsidRPr="003D5C21">
        <w:rPr>
          <w:i w:val="0"/>
          <w:iCs/>
        </w:rPr>
        <w:t>SOCIETE ANONYME AEROPORT DE LA REUNION ROLAND GARROS</w:t>
      </w:r>
    </w:p>
    <w:p w14:paraId="597423B4" w14:textId="0934B9A9" w:rsidR="003D5C21" w:rsidRDefault="003D5C21" w:rsidP="003543CF">
      <w:pPr>
        <w:pStyle w:val="Texte"/>
        <w:jc w:val="left"/>
        <w:rPr>
          <w:i w:val="0"/>
          <w:iCs/>
        </w:rPr>
      </w:pPr>
      <w:r w:rsidRPr="003D5C21">
        <w:rPr>
          <w:i w:val="0"/>
          <w:iCs/>
        </w:rPr>
        <w:t>74 A</w:t>
      </w:r>
      <w:r>
        <w:rPr>
          <w:i w:val="0"/>
          <w:iCs/>
        </w:rPr>
        <w:t xml:space="preserve">venue Roland Garros </w:t>
      </w:r>
    </w:p>
    <w:p w14:paraId="4AE82B2A" w14:textId="548B97D5" w:rsidR="003D5C21" w:rsidRDefault="003D5C21" w:rsidP="003543CF">
      <w:pPr>
        <w:pStyle w:val="Texte"/>
        <w:jc w:val="left"/>
        <w:rPr>
          <w:i w:val="0"/>
          <w:iCs/>
        </w:rPr>
      </w:pPr>
      <w:r>
        <w:rPr>
          <w:i w:val="0"/>
          <w:iCs/>
        </w:rPr>
        <w:t>97438 SAINTE-MARIE</w:t>
      </w:r>
    </w:p>
    <w:p w14:paraId="392F9011" w14:textId="01884EAD" w:rsidR="003D5C21" w:rsidRDefault="003D5C21" w:rsidP="003543CF">
      <w:pPr>
        <w:pStyle w:val="Texte"/>
        <w:jc w:val="left"/>
        <w:rPr>
          <w:i w:val="0"/>
          <w:iCs/>
        </w:rPr>
      </w:pPr>
      <w:r>
        <w:rPr>
          <w:i w:val="0"/>
          <w:iCs/>
        </w:rPr>
        <w:t xml:space="preserve">Téléphone fixe : 0262 48 18 74 </w:t>
      </w:r>
    </w:p>
    <w:p w14:paraId="3885C1F8" w14:textId="77777777" w:rsidR="003D5C21" w:rsidRDefault="003D5C21" w:rsidP="003543CF">
      <w:pPr>
        <w:pStyle w:val="Texte"/>
        <w:jc w:val="left"/>
        <w:rPr>
          <w:i w:val="0"/>
          <w:iCs/>
        </w:rPr>
      </w:pPr>
    </w:p>
    <w:p w14:paraId="0646F9E8" w14:textId="77777777" w:rsidR="003D5C21" w:rsidRDefault="003D5C21" w:rsidP="003543CF">
      <w:pPr>
        <w:pStyle w:val="Texte"/>
        <w:jc w:val="left"/>
        <w:rPr>
          <w:i w:val="0"/>
          <w:iCs/>
        </w:rPr>
      </w:pPr>
    </w:p>
    <w:p w14:paraId="4D3CA71B" w14:textId="77777777" w:rsidR="003543CF" w:rsidRDefault="003543CF" w:rsidP="003543CF">
      <w:pPr>
        <w:pStyle w:val="Texte"/>
        <w:jc w:val="left"/>
      </w:pPr>
    </w:p>
    <w:p w14:paraId="77C39B61" w14:textId="77777777" w:rsidR="00176F19" w:rsidRDefault="00176F19" w:rsidP="00176F19">
      <w:pPr>
        <w:pStyle w:val="Texte"/>
        <w:jc w:val="both"/>
      </w:pPr>
    </w:p>
    <w:p w14:paraId="262CC5A3" w14:textId="77777777" w:rsidR="003543CF" w:rsidRPr="00666709" w:rsidRDefault="003543CF" w:rsidP="003543CF">
      <w:pPr>
        <w:pStyle w:val="Texte"/>
        <w:jc w:val="both"/>
      </w:pPr>
    </w:p>
    <w:p w14:paraId="1EA6B930" w14:textId="77777777" w:rsidR="003543CF" w:rsidRDefault="003543CF" w:rsidP="00511407">
      <w:pPr>
        <w:pStyle w:val="Texte"/>
      </w:pPr>
    </w:p>
    <w:p w14:paraId="32EF0198" w14:textId="77777777" w:rsidR="00B27D51" w:rsidRDefault="00B27D51" w:rsidP="00511407">
      <w:pPr>
        <w:pStyle w:val="Texte"/>
      </w:pPr>
    </w:p>
    <w:p w14:paraId="700685BB" w14:textId="77777777" w:rsidR="00B27D51" w:rsidRDefault="00B27D51" w:rsidP="00511407">
      <w:pPr>
        <w:pStyle w:val="Texte"/>
      </w:pPr>
    </w:p>
    <w:p w14:paraId="10E782FC" w14:textId="77777777" w:rsidR="00B27D51" w:rsidRDefault="00B27D51" w:rsidP="00511407">
      <w:pPr>
        <w:pStyle w:val="Texte"/>
      </w:pPr>
    </w:p>
    <w:p w14:paraId="28D4A477" w14:textId="77777777" w:rsidR="00B27D51" w:rsidRDefault="00B27D51" w:rsidP="00511407">
      <w:pPr>
        <w:pStyle w:val="Texte"/>
      </w:pPr>
    </w:p>
    <w:p w14:paraId="694C5153" w14:textId="77777777" w:rsidR="00B27D51" w:rsidRDefault="00B27D51" w:rsidP="00511407">
      <w:pPr>
        <w:pStyle w:val="Texte"/>
      </w:pPr>
    </w:p>
    <w:p w14:paraId="13761AEA" w14:textId="2FD8C4B5" w:rsidR="00666709" w:rsidRDefault="00666709" w:rsidP="00D27345">
      <w:pPr>
        <w:rPr>
          <w:b/>
          <w:bCs/>
          <w:i/>
          <w:color w:val="000000" w:themeColor="text1"/>
          <w:sz w:val="20"/>
          <w:szCs w:val="20"/>
        </w:rPr>
      </w:pPr>
    </w:p>
    <w:p w14:paraId="39A53E82" w14:textId="77777777" w:rsidR="00B27D51" w:rsidRDefault="00B27D51" w:rsidP="00D27345">
      <w:pPr>
        <w:rPr>
          <w:b/>
          <w:bCs/>
          <w:i/>
          <w:color w:val="000000" w:themeColor="text1"/>
          <w:sz w:val="20"/>
          <w:szCs w:val="20"/>
        </w:rPr>
      </w:pPr>
    </w:p>
    <w:p w14:paraId="4E6F9EBF" w14:textId="0D45E3A9" w:rsidR="00112D35" w:rsidRPr="00C20AD7" w:rsidRDefault="000362AB" w:rsidP="00C20AD7">
      <w:pPr>
        <w:pStyle w:val="Titre1"/>
      </w:pPr>
      <w:r>
        <w:t>Ecran 1</w:t>
      </w:r>
    </w:p>
    <w:p w14:paraId="345F5E90" w14:textId="77777777" w:rsidR="00B31212" w:rsidRPr="00157628" w:rsidRDefault="00B31212" w:rsidP="00B31212"/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2268"/>
        <w:gridCol w:w="3828"/>
        <w:gridCol w:w="2409"/>
        <w:gridCol w:w="2410"/>
      </w:tblGrid>
      <w:tr w:rsidR="0038189F" w:rsidRPr="00157628" w14:paraId="42138307" w14:textId="77777777" w:rsidTr="00874A69">
        <w:tc>
          <w:tcPr>
            <w:tcW w:w="2268" w:type="dxa"/>
            <w:shd w:val="clear" w:color="auto" w:fill="92CDDC" w:themeFill="accent5" w:themeFillTint="99"/>
          </w:tcPr>
          <w:p w14:paraId="2BB20F34" w14:textId="77777777" w:rsidR="0038189F" w:rsidRPr="00157628" w:rsidRDefault="0038189F" w:rsidP="000E4B62">
            <w:r w:rsidRPr="00157628">
              <w:t>Caractéristique</w:t>
            </w:r>
          </w:p>
        </w:tc>
        <w:tc>
          <w:tcPr>
            <w:tcW w:w="3828" w:type="dxa"/>
            <w:shd w:val="clear" w:color="auto" w:fill="92CDDC" w:themeFill="accent5" w:themeFillTint="99"/>
          </w:tcPr>
          <w:p w14:paraId="68FE1508" w14:textId="77777777" w:rsidR="0038189F" w:rsidRPr="00157628" w:rsidRDefault="0038189F" w:rsidP="000E4B62">
            <w:r w:rsidRPr="00157628">
              <w:t>Exigence minimales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14:paraId="7679B742" w14:textId="77777777" w:rsidR="0038189F" w:rsidRPr="00157628" w:rsidRDefault="0038189F" w:rsidP="000E4B62">
            <w:r w:rsidRPr="00157628">
              <w:t>Réponse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367859A3" w14:textId="77777777" w:rsidR="0038189F" w:rsidRPr="00157628" w:rsidRDefault="0038189F" w:rsidP="000E4B62">
            <w:r w:rsidRPr="00157628">
              <w:t>Document et page</w:t>
            </w:r>
          </w:p>
        </w:tc>
      </w:tr>
      <w:tr w:rsidR="00DF3D1B" w:rsidRPr="00157628" w14:paraId="1BEF7979" w14:textId="77777777" w:rsidTr="00874A69">
        <w:tc>
          <w:tcPr>
            <w:tcW w:w="2268" w:type="dxa"/>
          </w:tcPr>
          <w:p w14:paraId="019681F5" w14:textId="77BC679E" w:rsidR="00DF3D1B" w:rsidRPr="00157628" w:rsidRDefault="00DF3D1B" w:rsidP="00DF3D1B">
            <w:r w:rsidRPr="00005A31">
              <w:t>Taille</w:t>
            </w:r>
          </w:p>
        </w:tc>
        <w:tc>
          <w:tcPr>
            <w:tcW w:w="3828" w:type="dxa"/>
          </w:tcPr>
          <w:p w14:paraId="06044263" w14:textId="5D841909" w:rsidR="00DF3D1B" w:rsidRPr="00157628" w:rsidRDefault="00DF3D1B" w:rsidP="00DF3D1B">
            <w:r w:rsidRPr="00005A31">
              <w:t>19 Pouces</w:t>
            </w:r>
          </w:p>
        </w:tc>
        <w:tc>
          <w:tcPr>
            <w:tcW w:w="2409" w:type="dxa"/>
          </w:tcPr>
          <w:p w14:paraId="6C739426" w14:textId="77777777" w:rsidR="00DF3D1B" w:rsidRPr="00157628" w:rsidRDefault="00DF3D1B" w:rsidP="00DF3D1B">
            <w:r w:rsidRPr="00157628">
              <w:t>Oui / Non / Partiel</w:t>
            </w:r>
          </w:p>
        </w:tc>
        <w:tc>
          <w:tcPr>
            <w:tcW w:w="2410" w:type="dxa"/>
          </w:tcPr>
          <w:p w14:paraId="29076662" w14:textId="77777777" w:rsidR="00DF3D1B" w:rsidRPr="00157628" w:rsidRDefault="00DF3D1B" w:rsidP="00DF3D1B">
            <w:r w:rsidRPr="00157628">
              <w:t>Référence de la preuve</w:t>
            </w:r>
          </w:p>
        </w:tc>
      </w:tr>
      <w:tr w:rsidR="00DF3D1B" w:rsidRPr="00157628" w14:paraId="2D679A0B" w14:textId="77777777" w:rsidTr="00874A69">
        <w:tc>
          <w:tcPr>
            <w:tcW w:w="2268" w:type="dxa"/>
          </w:tcPr>
          <w:p w14:paraId="4D13CF74" w14:textId="26B5B7CD" w:rsidR="00DF3D1B" w:rsidRPr="00157628" w:rsidRDefault="00DF3D1B" w:rsidP="00DF3D1B">
            <w:r w:rsidRPr="00005A31">
              <w:t>Résolution</w:t>
            </w:r>
          </w:p>
        </w:tc>
        <w:tc>
          <w:tcPr>
            <w:tcW w:w="3828" w:type="dxa"/>
          </w:tcPr>
          <w:p w14:paraId="0C0A6D56" w14:textId="03921394" w:rsidR="00DF3D1B" w:rsidRPr="00157628" w:rsidRDefault="00DF3D1B" w:rsidP="00DF3D1B">
            <w:r w:rsidRPr="00005A31">
              <w:t>1280 x 1024</w:t>
            </w:r>
          </w:p>
        </w:tc>
        <w:tc>
          <w:tcPr>
            <w:tcW w:w="2409" w:type="dxa"/>
          </w:tcPr>
          <w:p w14:paraId="071127B4" w14:textId="77777777" w:rsidR="00DF3D1B" w:rsidRPr="00157628" w:rsidRDefault="00DF3D1B" w:rsidP="00DF3D1B">
            <w:r w:rsidRPr="00157628">
              <w:t>Oui / Non / Partiel</w:t>
            </w:r>
          </w:p>
        </w:tc>
        <w:tc>
          <w:tcPr>
            <w:tcW w:w="2410" w:type="dxa"/>
          </w:tcPr>
          <w:p w14:paraId="382CE55B" w14:textId="77777777" w:rsidR="00DF3D1B" w:rsidRPr="00157628" w:rsidRDefault="00DF3D1B" w:rsidP="00DF3D1B">
            <w:r w:rsidRPr="00157628">
              <w:t>Référence de la preuve</w:t>
            </w:r>
          </w:p>
        </w:tc>
      </w:tr>
      <w:tr w:rsidR="00DF3D1B" w:rsidRPr="00157628" w14:paraId="308598E1" w14:textId="77777777" w:rsidTr="00874A69">
        <w:tc>
          <w:tcPr>
            <w:tcW w:w="2268" w:type="dxa"/>
          </w:tcPr>
          <w:p w14:paraId="7A8D647F" w14:textId="7932C96C" w:rsidR="00DF3D1B" w:rsidRPr="00157628" w:rsidRDefault="00DF3D1B" w:rsidP="00DF3D1B">
            <w:r w:rsidRPr="00005A31">
              <w:t>Connectique</w:t>
            </w:r>
          </w:p>
        </w:tc>
        <w:tc>
          <w:tcPr>
            <w:tcW w:w="3828" w:type="dxa"/>
          </w:tcPr>
          <w:p w14:paraId="1D554770" w14:textId="66896EC8" w:rsidR="00DF3D1B" w:rsidRPr="00157628" w:rsidRDefault="00DF3D1B" w:rsidP="00DF3D1B">
            <w:r w:rsidRPr="00005A31">
              <w:t>HDMI - DisplayPort</w:t>
            </w:r>
          </w:p>
        </w:tc>
        <w:tc>
          <w:tcPr>
            <w:tcW w:w="2409" w:type="dxa"/>
          </w:tcPr>
          <w:p w14:paraId="6BA24B5B" w14:textId="77777777" w:rsidR="00DF3D1B" w:rsidRPr="00157628" w:rsidRDefault="00DF3D1B" w:rsidP="00DF3D1B">
            <w:r w:rsidRPr="00157628">
              <w:t>Oui / Non / Partiel</w:t>
            </w:r>
          </w:p>
        </w:tc>
        <w:tc>
          <w:tcPr>
            <w:tcW w:w="2410" w:type="dxa"/>
          </w:tcPr>
          <w:p w14:paraId="4C31E0B0" w14:textId="77777777" w:rsidR="00DF3D1B" w:rsidRPr="00157628" w:rsidRDefault="00DF3D1B" w:rsidP="00DF3D1B">
            <w:r w:rsidRPr="00157628">
              <w:t>Référence de la preuve</w:t>
            </w:r>
          </w:p>
        </w:tc>
      </w:tr>
      <w:tr w:rsidR="00DF3D1B" w:rsidRPr="00157628" w14:paraId="0D70535C" w14:textId="77777777" w:rsidTr="00874A69">
        <w:tc>
          <w:tcPr>
            <w:tcW w:w="2268" w:type="dxa"/>
          </w:tcPr>
          <w:p w14:paraId="1046BA85" w14:textId="6297F809" w:rsidR="00DF3D1B" w:rsidRPr="00157628" w:rsidRDefault="00DF3D1B" w:rsidP="00DF3D1B">
            <w:r w:rsidRPr="00005A31">
              <w:t xml:space="preserve">Garantie </w:t>
            </w:r>
          </w:p>
        </w:tc>
        <w:tc>
          <w:tcPr>
            <w:tcW w:w="3828" w:type="dxa"/>
          </w:tcPr>
          <w:p w14:paraId="046E3E70" w14:textId="2FE18F93" w:rsidR="00DF3D1B" w:rsidRPr="00157628" w:rsidRDefault="00DF3D1B" w:rsidP="00DF3D1B">
            <w:r w:rsidRPr="00005A31">
              <w:t>2 ans</w:t>
            </w:r>
          </w:p>
        </w:tc>
        <w:tc>
          <w:tcPr>
            <w:tcW w:w="2409" w:type="dxa"/>
          </w:tcPr>
          <w:p w14:paraId="145DF20F" w14:textId="77777777" w:rsidR="00DF3D1B" w:rsidRPr="00157628" w:rsidRDefault="00DF3D1B" w:rsidP="00DF3D1B">
            <w:r w:rsidRPr="00157628">
              <w:t>Oui / Non / Partiel</w:t>
            </w:r>
          </w:p>
        </w:tc>
        <w:tc>
          <w:tcPr>
            <w:tcW w:w="2410" w:type="dxa"/>
          </w:tcPr>
          <w:p w14:paraId="731BD2BB" w14:textId="77777777" w:rsidR="00DF3D1B" w:rsidRPr="00157628" w:rsidRDefault="00DF3D1B" w:rsidP="00DF3D1B">
            <w:r w:rsidRPr="00157628">
              <w:t>Référence de la preuve</w:t>
            </w:r>
          </w:p>
        </w:tc>
      </w:tr>
    </w:tbl>
    <w:p w14:paraId="0855A2C9" w14:textId="3CA03F35" w:rsidR="0038189F" w:rsidRDefault="0038189F" w:rsidP="0038189F">
      <w:pPr>
        <w:rPr>
          <w:sz w:val="16"/>
          <w:szCs w:val="16"/>
        </w:rPr>
      </w:pPr>
    </w:p>
    <w:p w14:paraId="6B4CF86F" w14:textId="750C8ECE" w:rsidR="008A74BC" w:rsidRDefault="000362AB" w:rsidP="008A74BC">
      <w:pPr>
        <w:pStyle w:val="Titre1"/>
      </w:pPr>
      <w:r>
        <w:t>Ecran 2</w:t>
      </w:r>
    </w:p>
    <w:p w14:paraId="70DA5054" w14:textId="77777777" w:rsidR="00B31212" w:rsidRPr="00B31212" w:rsidRDefault="00B31212" w:rsidP="00B31212"/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2268"/>
        <w:gridCol w:w="3828"/>
        <w:gridCol w:w="2409"/>
        <w:gridCol w:w="2410"/>
      </w:tblGrid>
      <w:tr w:rsidR="00A7132D" w:rsidRPr="00EC1F78" w14:paraId="0D0E8E22" w14:textId="1F29B557" w:rsidTr="002B7166">
        <w:trPr>
          <w:trHeight w:val="329"/>
        </w:trPr>
        <w:tc>
          <w:tcPr>
            <w:tcW w:w="2268" w:type="dxa"/>
            <w:shd w:val="clear" w:color="auto" w:fill="92CDDC" w:themeFill="accent5" w:themeFillTint="99"/>
          </w:tcPr>
          <w:p w14:paraId="0257EBB9" w14:textId="77777777" w:rsidR="00A7132D" w:rsidRPr="00157628" w:rsidRDefault="00A7132D" w:rsidP="00A7132D">
            <w:r w:rsidRPr="00157628">
              <w:t>Equipement</w:t>
            </w:r>
          </w:p>
        </w:tc>
        <w:tc>
          <w:tcPr>
            <w:tcW w:w="3828" w:type="dxa"/>
            <w:shd w:val="clear" w:color="auto" w:fill="92CDDC" w:themeFill="accent5" w:themeFillTint="99"/>
          </w:tcPr>
          <w:p w14:paraId="01FAC970" w14:textId="281730E7" w:rsidR="00A7132D" w:rsidRPr="00157628" w:rsidRDefault="00A7132D" w:rsidP="00A7132D">
            <w:pPr>
              <w:tabs>
                <w:tab w:val="left" w:pos="3645"/>
              </w:tabs>
            </w:pPr>
            <w:r w:rsidRPr="00157628">
              <w:t>Exigence minimal</w:t>
            </w:r>
            <w:r w:rsidR="00295BA5">
              <w:t>es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14:paraId="1E1E80B5" w14:textId="63ED40DF" w:rsidR="00A7132D" w:rsidRPr="00157628" w:rsidRDefault="00A7132D" w:rsidP="00A7132D">
            <w:r w:rsidRPr="00157628">
              <w:t>Réponse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133C58C7" w14:textId="3C35D056" w:rsidR="00A7132D" w:rsidRPr="00157628" w:rsidRDefault="00A7132D" w:rsidP="00A7132D">
            <w:r w:rsidRPr="00157628">
              <w:t>Document et page</w:t>
            </w:r>
          </w:p>
        </w:tc>
      </w:tr>
      <w:tr w:rsidR="00874A69" w:rsidRPr="00EC1F78" w14:paraId="4C1B884F" w14:textId="291122C2" w:rsidTr="00874A69">
        <w:tc>
          <w:tcPr>
            <w:tcW w:w="2268" w:type="dxa"/>
          </w:tcPr>
          <w:p w14:paraId="026F5A8F" w14:textId="7E04F00A" w:rsidR="00874A69" w:rsidRPr="00157628" w:rsidRDefault="00874A69" w:rsidP="00874A69">
            <w:r w:rsidRPr="00005A31">
              <w:t>Taille</w:t>
            </w:r>
          </w:p>
        </w:tc>
        <w:tc>
          <w:tcPr>
            <w:tcW w:w="3828" w:type="dxa"/>
          </w:tcPr>
          <w:p w14:paraId="04F1D240" w14:textId="3F07C325" w:rsidR="00874A69" w:rsidRPr="00157628" w:rsidRDefault="00874A69" w:rsidP="00874A69">
            <w:r w:rsidRPr="00005A31">
              <w:t xml:space="preserve">25 Pouces </w:t>
            </w:r>
            <w:r w:rsidRPr="00005A31">
              <w:rPr>
                <w:b/>
              </w:rPr>
              <w:t>borderless</w:t>
            </w:r>
          </w:p>
        </w:tc>
        <w:tc>
          <w:tcPr>
            <w:tcW w:w="2409" w:type="dxa"/>
          </w:tcPr>
          <w:p w14:paraId="116F402D" w14:textId="65FDA46F" w:rsidR="00874A69" w:rsidRPr="00157628" w:rsidRDefault="00874A69" w:rsidP="00874A69">
            <w:r w:rsidRPr="00157628">
              <w:t>Oui / Non / Partiel</w:t>
            </w:r>
          </w:p>
        </w:tc>
        <w:tc>
          <w:tcPr>
            <w:tcW w:w="2410" w:type="dxa"/>
          </w:tcPr>
          <w:p w14:paraId="73FDADB3" w14:textId="4E9A32A1" w:rsidR="00874A69" w:rsidRPr="00157628" w:rsidRDefault="00874A69" w:rsidP="00874A69">
            <w:r w:rsidRPr="00157628">
              <w:t>Référence de la preuve</w:t>
            </w:r>
          </w:p>
        </w:tc>
      </w:tr>
      <w:tr w:rsidR="00874A69" w:rsidRPr="00EC1F78" w14:paraId="5A36C8C6" w14:textId="0C953171" w:rsidTr="00874A69">
        <w:tc>
          <w:tcPr>
            <w:tcW w:w="2268" w:type="dxa"/>
          </w:tcPr>
          <w:p w14:paraId="574919AC" w14:textId="60B988FE" w:rsidR="00874A69" w:rsidRPr="00157628" w:rsidRDefault="00874A69" w:rsidP="00874A69">
            <w:r w:rsidRPr="00005A31">
              <w:t>Résolution</w:t>
            </w:r>
          </w:p>
        </w:tc>
        <w:tc>
          <w:tcPr>
            <w:tcW w:w="3828" w:type="dxa"/>
          </w:tcPr>
          <w:p w14:paraId="2A6AB1E1" w14:textId="6E1DD72E" w:rsidR="00874A69" w:rsidRPr="00157628" w:rsidRDefault="00874A69" w:rsidP="00874A69">
            <w:r w:rsidRPr="00005A31">
              <w:t>1920 x 1200</w:t>
            </w:r>
          </w:p>
        </w:tc>
        <w:tc>
          <w:tcPr>
            <w:tcW w:w="2409" w:type="dxa"/>
          </w:tcPr>
          <w:p w14:paraId="5296858E" w14:textId="3BDF64BA" w:rsidR="00874A69" w:rsidRPr="00157628" w:rsidRDefault="00874A69" w:rsidP="00874A69">
            <w:r w:rsidRPr="00157628">
              <w:t>Oui / Non / Partiel</w:t>
            </w:r>
          </w:p>
        </w:tc>
        <w:tc>
          <w:tcPr>
            <w:tcW w:w="2410" w:type="dxa"/>
          </w:tcPr>
          <w:p w14:paraId="738E79B1" w14:textId="0427FCEE" w:rsidR="00874A69" w:rsidRPr="00157628" w:rsidRDefault="00874A69" w:rsidP="00874A69">
            <w:r w:rsidRPr="00157628">
              <w:t>Référence de la preuve</w:t>
            </w:r>
          </w:p>
        </w:tc>
      </w:tr>
      <w:tr w:rsidR="00874A69" w:rsidRPr="00EC1F78" w14:paraId="1B60097E" w14:textId="0D1EE346" w:rsidTr="00874A69">
        <w:tc>
          <w:tcPr>
            <w:tcW w:w="2268" w:type="dxa"/>
          </w:tcPr>
          <w:p w14:paraId="02C12B13" w14:textId="484E49A7" w:rsidR="00874A69" w:rsidRPr="00157628" w:rsidRDefault="00874A69" w:rsidP="00874A69">
            <w:r w:rsidRPr="00005A31">
              <w:t>Connectique</w:t>
            </w:r>
          </w:p>
        </w:tc>
        <w:tc>
          <w:tcPr>
            <w:tcW w:w="3828" w:type="dxa"/>
          </w:tcPr>
          <w:p w14:paraId="479E34E5" w14:textId="201D16CA" w:rsidR="00874A69" w:rsidRPr="00157628" w:rsidRDefault="00874A69" w:rsidP="00874A69">
            <w:r w:rsidRPr="00005A31">
              <w:t>HDMI - DisplayPort</w:t>
            </w:r>
          </w:p>
        </w:tc>
        <w:tc>
          <w:tcPr>
            <w:tcW w:w="2409" w:type="dxa"/>
          </w:tcPr>
          <w:p w14:paraId="7501995E" w14:textId="29D36B3E" w:rsidR="00874A69" w:rsidRPr="00157628" w:rsidRDefault="00874A69" w:rsidP="00874A69">
            <w:r w:rsidRPr="00157628">
              <w:t>Oui / Non / Partiel</w:t>
            </w:r>
          </w:p>
        </w:tc>
        <w:tc>
          <w:tcPr>
            <w:tcW w:w="2410" w:type="dxa"/>
          </w:tcPr>
          <w:p w14:paraId="59659A0B" w14:textId="2EC5FBCC" w:rsidR="00874A69" w:rsidRPr="00157628" w:rsidRDefault="00874A69" w:rsidP="00874A69">
            <w:r w:rsidRPr="00157628">
              <w:t>Référence de la preuve</w:t>
            </w:r>
          </w:p>
        </w:tc>
      </w:tr>
      <w:tr w:rsidR="00874A69" w:rsidRPr="00EC1F78" w14:paraId="78C5942F" w14:textId="7C598584" w:rsidTr="00874A69">
        <w:tc>
          <w:tcPr>
            <w:tcW w:w="2268" w:type="dxa"/>
          </w:tcPr>
          <w:p w14:paraId="4E58D827" w14:textId="7526E229" w:rsidR="00874A69" w:rsidRPr="00157628" w:rsidRDefault="00874A69" w:rsidP="00874A69">
            <w:r w:rsidRPr="00005A31">
              <w:t>Support Réglable</w:t>
            </w:r>
          </w:p>
        </w:tc>
        <w:tc>
          <w:tcPr>
            <w:tcW w:w="3828" w:type="dxa"/>
          </w:tcPr>
          <w:p w14:paraId="41691E8B" w14:textId="13E2167E" w:rsidR="00874A69" w:rsidRPr="00157628" w:rsidRDefault="00874A69" w:rsidP="00874A69">
            <w:r w:rsidRPr="00005A31">
              <w:t>Hauteur – Pivotant</w:t>
            </w:r>
          </w:p>
        </w:tc>
        <w:tc>
          <w:tcPr>
            <w:tcW w:w="2409" w:type="dxa"/>
          </w:tcPr>
          <w:p w14:paraId="116412F1" w14:textId="3002805B" w:rsidR="00874A69" w:rsidRPr="00157628" w:rsidRDefault="00874A69" w:rsidP="00874A69">
            <w:r w:rsidRPr="00157628">
              <w:t>Oui / Non / Partiel</w:t>
            </w:r>
          </w:p>
        </w:tc>
        <w:tc>
          <w:tcPr>
            <w:tcW w:w="2410" w:type="dxa"/>
          </w:tcPr>
          <w:p w14:paraId="47374FF0" w14:textId="6B02F88D" w:rsidR="00874A69" w:rsidRPr="00157628" w:rsidRDefault="00874A69" w:rsidP="00874A69">
            <w:r w:rsidRPr="00157628">
              <w:t>Référence de la preuve</w:t>
            </w:r>
          </w:p>
        </w:tc>
      </w:tr>
      <w:tr w:rsidR="00874A69" w:rsidRPr="00EC1F78" w14:paraId="5235B0E0" w14:textId="6C061CBA" w:rsidTr="00874A69">
        <w:tc>
          <w:tcPr>
            <w:tcW w:w="2268" w:type="dxa"/>
          </w:tcPr>
          <w:p w14:paraId="4ED2B92C" w14:textId="16355283" w:rsidR="00874A69" w:rsidRPr="00157628" w:rsidRDefault="00874A69" w:rsidP="00874A69">
            <w:r w:rsidRPr="00005A31">
              <w:t xml:space="preserve">Dalles </w:t>
            </w:r>
          </w:p>
        </w:tc>
        <w:tc>
          <w:tcPr>
            <w:tcW w:w="3828" w:type="dxa"/>
          </w:tcPr>
          <w:p w14:paraId="0516AE9F" w14:textId="3E9CD7CC" w:rsidR="00874A69" w:rsidRPr="00157628" w:rsidRDefault="00874A69" w:rsidP="00874A69">
            <w:r w:rsidRPr="00005A31">
              <w:t>IPS LED - finition mate</w:t>
            </w:r>
          </w:p>
        </w:tc>
        <w:tc>
          <w:tcPr>
            <w:tcW w:w="2409" w:type="dxa"/>
          </w:tcPr>
          <w:p w14:paraId="4188EDCD" w14:textId="50D764F1" w:rsidR="00874A69" w:rsidRPr="00157628" w:rsidRDefault="00874A69" w:rsidP="00874A69">
            <w:r w:rsidRPr="00157628">
              <w:t>Oui / Non / Partiel</w:t>
            </w:r>
          </w:p>
        </w:tc>
        <w:tc>
          <w:tcPr>
            <w:tcW w:w="2410" w:type="dxa"/>
          </w:tcPr>
          <w:p w14:paraId="3D17B068" w14:textId="72483F40" w:rsidR="00874A69" w:rsidRPr="00157628" w:rsidRDefault="00874A69" w:rsidP="00874A69">
            <w:r w:rsidRPr="00157628">
              <w:t>Référence de la preuve</w:t>
            </w:r>
          </w:p>
        </w:tc>
      </w:tr>
      <w:tr w:rsidR="00874A69" w:rsidRPr="00EC1F78" w14:paraId="2228E456" w14:textId="58AF61F3" w:rsidTr="00874A69">
        <w:tc>
          <w:tcPr>
            <w:tcW w:w="2268" w:type="dxa"/>
          </w:tcPr>
          <w:p w14:paraId="70CF542B" w14:textId="45AB0D20" w:rsidR="00874A69" w:rsidRPr="00157628" w:rsidRDefault="00874A69" w:rsidP="00874A69">
            <w:r w:rsidRPr="00005A31">
              <w:t>Le ratio d’aspect</w:t>
            </w:r>
          </w:p>
        </w:tc>
        <w:tc>
          <w:tcPr>
            <w:tcW w:w="3828" w:type="dxa"/>
          </w:tcPr>
          <w:p w14:paraId="5CDCEACF" w14:textId="3F1C7F32" w:rsidR="00874A69" w:rsidRPr="00157628" w:rsidRDefault="00874A69" w:rsidP="00874A69">
            <w:r w:rsidRPr="00005A31">
              <w:t>16 :10</w:t>
            </w:r>
          </w:p>
        </w:tc>
        <w:tc>
          <w:tcPr>
            <w:tcW w:w="2409" w:type="dxa"/>
          </w:tcPr>
          <w:p w14:paraId="5B4D901A" w14:textId="2BC74648" w:rsidR="00874A69" w:rsidRPr="00157628" w:rsidRDefault="00874A69" w:rsidP="00874A69">
            <w:r w:rsidRPr="00157628">
              <w:t>Oui / Non / Partiel</w:t>
            </w:r>
          </w:p>
        </w:tc>
        <w:tc>
          <w:tcPr>
            <w:tcW w:w="2410" w:type="dxa"/>
          </w:tcPr>
          <w:p w14:paraId="499E13B4" w14:textId="2B33AB6D" w:rsidR="00874A69" w:rsidRPr="00157628" w:rsidRDefault="00874A69" w:rsidP="00874A69">
            <w:r w:rsidRPr="00157628">
              <w:t>Référence de la preuve</w:t>
            </w:r>
          </w:p>
        </w:tc>
      </w:tr>
      <w:tr w:rsidR="00874A69" w:rsidRPr="00EC1F78" w14:paraId="752539B7" w14:textId="09F60BFE" w:rsidTr="00874A69">
        <w:tc>
          <w:tcPr>
            <w:tcW w:w="2268" w:type="dxa"/>
          </w:tcPr>
          <w:p w14:paraId="15CC889E" w14:textId="4C59416B" w:rsidR="00874A69" w:rsidRPr="00157628" w:rsidRDefault="00874A69" w:rsidP="00874A69">
            <w:r w:rsidRPr="00005A31">
              <w:t>Surface de travail H x L</w:t>
            </w:r>
          </w:p>
        </w:tc>
        <w:tc>
          <w:tcPr>
            <w:tcW w:w="3828" w:type="dxa"/>
          </w:tcPr>
          <w:p w14:paraId="62A1D2EA" w14:textId="13B38142" w:rsidR="00874A69" w:rsidRPr="00157628" w:rsidRDefault="00874A69" w:rsidP="00874A69">
            <w:r w:rsidRPr="00005A31">
              <w:t>53,5 x 33,8 cm</w:t>
            </w:r>
          </w:p>
        </w:tc>
        <w:tc>
          <w:tcPr>
            <w:tcW w:w="2409" w:type="dxa"/>
          </w:tcPr>
          <w:p w14:paraId="3F36CB11" w14:textId="6BD03AE8" w:rsidR="00874A69" w:rsidRPr="00157628" w:rsidRDefault="00874A69" w:rsidP="00874A69">
            <w:r w:rsidRPr="00157628">
              <w:t>Oui / Non / Partiel</w:t>
            </w:r>
          </w:p>
        </w:tc>
        <w:tc>
          <w:tcPr>
            <w:tcW w:w="2410" w:type="dxa"/>
          </w:tcPr>
          <w:p w14:paraId="34192311" w14:textId="360A1106" w:rsidR="00874A69" w:rsidRPr="00157628" w:rsidRDefault="00874A69" w:rsidP="00874A69">
            <w:r w:rsidRPr="00157628">
              <w:t>Référence de la preuve</w:t>
            </w:r>
          </w:p>
        </w:tc>
      </w:tr>
      <w:tr w:rsidR="00874A69" w:rsidRPr="00EC1F78" w14:paraId="062E8D4D" w14:textId="77777777" w:rsidTr="00874A69">
        <w:tc>
          <w:tcPr>
            <w:tcW w:w="2268" w:type="dxa"/>
          </w:tcPr>
          <w:p w14:paraId="6C5B38A1" w14:textId="6872823D" w:rsidR="00874A69" w:rsidRPr="00157628" w:rsidRDefault="00874A69" w:rsidP="00874A69">
            <w:r w:rsidRPr="00005A31">
              <w:t>Luminosité</w:t>
            </w:r>
          </w:p>
        </w:tc>
        <w:tc>
          <w:tcPr>
            <w:tcW w:w="3828" w:type="dxa"/>
          </w:tcPr>
          <w:p w14:paraId="029871CD" w14:textId="0BFB4005" w:rsidR="00874A69" w:rsidRPr="00157628" w:rsidRDefault="00874A69" w:rsidP="00874A69">
            <w:r w:rsidRPr="00005A31">
              <w:t>300 cd/m</w:t>
            </w:r>
          </w:p>
        </w:tc>
        <w:tc>
          <w:tcPr>
            <w:tcW w:w="2409" w:type="dxa"/>
          </w:tcPr>
          <w:p w14:paraId="2D527BF2" w14:textId="61E62EA7" w:rsidR="00874A69" w:rsidRPr="00157628" w:rsidRDefault="00874A69" w:rsidP="00874A69">
            <w:r w:rsidRPr="00157628">
              <w:t>Oui / Non / Partiel</w:t>
            </w:r>
          </w:p>
        </w:tc>
        <w:tc>
          <w:tcPr>
            <w:tcW w:w="2410" w:type="dxa"/>
          </w:tcPr>
          <w:p w14:paraId="5069CEC7" w14:textId="3A56826C" w:rsidR="00874A69" w:rsidRPr="00157628" w:rsidRDefault="00874A69" w:rsidP="00874A69">
            <w:r w:rsidRPr="00157628">
              <w:t>Référence de la preuve</w:t>
            </w:r>
          </w:p>
        </w:tc>
      </w:tr>
      <w:tr w:rsidR="00874A69" w:rsidRPr="00EC1F78" w14:paraId="7B3FACC2" w14:textId="77777777" w:rsidTr="00874A69">
        <w:tc>
          <w:tcPr>
            <w:tcW w:w="2268" w:type="dxa"/>
          </w:tcPr>
          <w:p w14:paraId="607A7ED1" w14:textId="40D3BBD6" w:rsidR="00874A69" w:rsidRPr="00157628" w:rsidRDefault="00874A69" w:rsidP="00874A69">
            <w:r w:rsidRPr="00005A31">
              <w:t>Contraste</w:t>
            </w:r>
          </w:p>
        </w:tc>
        <w:tc>
          <w:tcPr>
            <w:tcW w:w="3828" w:type="dxa"/>
          </w:tcPr>
          <w:p w14:paraId="565FFAC1" w14:textId="15D9C72D" w:rsidR="00874A69" w:rsidRPr="00157628" w:rsidRDefault="00874A69" w:rsidP="00874A69">
            <w:r w:rsidRPr="00005A31">
              <w:t>1000 :1</w:t>
            </w:r>
          </w:p>
        </w:tc>
        <w:tc>
          <w:tcPr>
            <w:tcW w:w="2409" w:type="dxa"/>
          </w:tcPr>
          <w:p w14:paraId="3B23AE5B" w14:textId="6A31CB9A" w:rsidR="00874A69" w:rsidRPr="00157628" w:rsidRDefault="00874A69" w:rsidP="00874A69">
            <w:r w:rsidRPr="00157628">
              <w:t>Oui / Non / Partiel</w:t>
            </w:r>
          </w:p>
        </w:tc>
        <w:tc>
          <w:tcPr>
            <w:tcW w:w="2410" w:type="dxa"/>
          </w:tcPr>
          <w:p w14:paraId="62E4B6A4" w14:textId="6A8A9112" w:rsidR="00874A69" w:rsidRPr="00157628" w:rsidRDefault="00874A69" w:rsidP="00874A69">
            <w:r w:rsidRPr="00157628">
              <w:t>Référence de la preuve</w:t>
            </w:r>
          </w:p>
        </w:tc>
      </w:tr>
      <w:tr w:rsidR="00874A69" w:rsidRPr="00EC1F78" w14:paraId="426F08E4" w14:textId="5C21EF68" w:rsidTr="00874A69">
        <w:tc>
          <w:tcPr>
            <w:tcW w:w="2268" w:type="dxa"/>
          </w:tcPr>
          <w:p w14:paraId="30241219" w14:textId="412F0B2E" w:rsidR="00874A69" w:rsidRPr="00157628" w:rsidRDefault="00874A69" w:rsidP="00874A69">
            <w:r w:rsidRPr="00005A31">
              <w:t xml:space="preserve">Garantie </w:t>
            </w:r>
          </w:p>
        </w:tc>
        <w:tc>
          <w:tcPr>
            <w:tcW w:w="3828" w:type="dxa"/>
          </w:tcPr>
          <w:p w14:paraId="72D72338" w14:textId="7E87D0C5" w:rsidR="00874A69" w:rsidRPr="00157628" w:rsidRDefault="00874A69" w:rsidP="00874A69">
            <w:r w:rsidRPr="00005A31">
              <w:t>2 ans</w:t>
            </w:r>
          </w:p>
        </w:tc>
        <w:tc>
          <w:tcPr>
            <w:tcW w:w="2409" w:type="dxa"/>
          </w:tcPr>
          <w:p w14:paraId="1CEA435F" w14:textId="1B53619F" w:rsidR="00874A69" w:rsidRPr="00157628" w:rsidRDefault="00874A69" w:rsidP="00874A69">
            <w:r w:rsidRPr="00157628">
              <w:t>Oui / Non / Partiel</w:t>
            </w:r>
          </w:p>
        </w:tc>
        <w:tc>
          <w:tcPr>
            <w:tcW w:w="2410" w:type="dxa"/>
          </w:tcPr>
          <w:p w14:paraId="62275E23" w14:textId="68D4E2BB" w:rsidR="00874A69" w:rsidRPr="00157628" w:rsidRDefault="00874A69" w:rsidP="00874A69">
            <w:r w:rsidRPr="00157628">
              <w:t>Référence de la preuve</w:t>
            </w:r>
          </w:p>
        </w:tc>
      </w:tr>
    </w:tbl>
    <w:p w14:paraId="3D2AA8CF" w14:textId="77777777" w:rsidR="00466751" w:rsidRDefault="00466751" w:rsidP="0038189F">
      <w:pPr>
        <w:rPr>
          <w:sz w:val="18"/>
          <w:szCs w:val="18"/>
        </w:rPr>
      </w:pPr>
    </w:p>
    <w:p w14:paraId="0299C29F" w14:textId="7485DFE5" w:rsidR="00C20AD7" w:rsidRDefault="00874A69" w:rsidP="00C20AD7">
      <w:pPr>
        <w:pStyle w:val="Titre1"/>
      </w:pPr>
      <w:r>
        <w:t>Smart TV</w:t>
      </w:r>
    </w:p>
    <w:p w14:paraId="4336D620" w14:textId="77777777" w:rsidR="00714715" w:rsidRDefault="00714715" w:rsidP="00714715"/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843"/>
        <w:gridCol w:w="4253"/>
        <w:gridCol w:w="2409"/>
        <w:gridCol w:w="2410"/>
      </w:tblGrid>
      <w:tr w:rsidR="0080103D" w:rsidRPr="00EC1F78" w14:paraId="7A94B682" w14:textId="77777777" w:rsidTr="00157628">
        <w:tc>
          <w:tcPr>
            <w:tcW w:w="1843" w:type="dxa"/>
            <w:shd w:val="clear" w:color="auto" w:fill="92CDDC" w:themeFill="accent5" w:themeFillTint="99"/>
          </w:tcPr>
          <w:p w14:paraId="64039529" w14:textId="77777777" w:rsidR="0080103D" w:rsidRPr="00157628" w:rsidRDefault="0080103D" w:rsidP="000E4B62">
            <w:r w:rsidRPr="00157628">
              <w:t>Equipement</w:t>
            </w:r>
          </w:p>
        </w:tc>
        <w:tc>
          <w:tcPr>
            <w:tcW w:w="4253" w:type="dxa"/>
            <w:shd w:val="clear" w:color="auto" w:fill="92CDDC" w:themeFill="accent5" w:themeFillTint="99"/>
          </w:tcPr>
          <w:p w14:paraId="787E244D" w14:textId="77777777" w:rsidR="0080103D" w:rsidRPr="00157628" w:rsidRDefault="0080103D" w:rsidP="000E4B62">
            <w:pPr>
              <w:tabs>
                <w:tab w:val="left" w:pos="3645"/>
              </w:tabs>
            </w:pPr>
            <w:r w:rsidRPr="00157628">
              <w:t>Exigence minimales</w:t>
            </w:r>
            <w:r w:rsidRPr="00157628">
              <w:tab/>
            </w:r>
          </w:p>
        </w:tc>
        <w:tc>
          <w:tcPr>
            <w:tcW w:w="2409" w:type="dxa"/>
            <w:shd w:val="clear" w:color="auto" w:fill="92CDDC" w:themeFill="accent5" w:themeFillTint="99"/>
          </w:tcPr>
          <w:p w14:paraId="1A439915" w14:textId="77777777" w:rsidR="0080103D" w:rsidRPr="00157628" w:rsidRDefault="0080103D" w:rsidP="000E4B62">
            <w:r w:rsidRPr="00157628">
              <w:t>Réponse</w:t>
            </w:r>
          </w:p>
        </w:tc>
        <w:tc>
          <w:tcPr>
            <w:tcW w:w="2410" w:type="dxa"/>
            <w:shd w:val="clear" w:color="auto" w:fill="92CDDC" w:themeFill="accent5" w:themeFillTint="99"/>
          </w:tcPr>
          <w:p w14:paraId="2E547EE4" w14:textId="77777777" w:rsidR="0080103D" w:rsidRPr="00157628" w:rsidRDefault="0080103D" w:rsidP="000E4B62">
            <w:r w:rsidRPr="00157628">
              <w:t>Document et page</w:t>
            </w:r>
          </w:p>
        </w:tc>
      </w:tr>
      <w:tr w:rsidR="00131BD5" w:rsidRPr="00EC1F78" w14:paraId="59FDFAFD" w14:textId="77777777" w:rsidTr="00157628">
        <w:tc>
          <w:tcPr>
            <w:tcW w:w="1843" w:type="dxa"/>
          </w:tcPr>
          <w:p w14:paraId="49AFB0C4" w14:textId="39556753" w:rsidR="00131BD5" w:rsidRPr="00157628" w:rsidRDefault="00131BD5" w:rsidP="00131BD5">
            <w:r w:rsidRPr="00005A31">
              <w:t>Ecran</w:t>
            </w:r>
          </w:p>
        </w:tc>
        <w:tc>
          <w:tcPr>
            <w:tcW w:w="4253" w:type="dxa"/>
          </w:tcPr>
          <w:p w14:paraId="741D2106" w14:textId="1B156B32" w:rsidR="00131BD5" w:rsidRPr="00157628" w:rsidRDefault="00131BD5" w:rsidP="00131BD5">
            <w:r w:rsidRPr="00005A31">
              <w:t>Smart TV</w:t>
            </w:r>
          </w:p>
        </w:tc>
        <w:tc>
          <w:tcPr>
            <w:tcW w:w="2409" w:type="dxa"/>
          </w:tcPr>
          <w:p w14:paraId="1C88CA82" w14:textId="77777777" w:rsidR="00131BD5" w:rsidRPr="00157628" w:rsidRDefault="00131BD5" w:rsidP="00131BD5">
            <w:r w:rsidRPr="00157628">
              <w:t>Oui / Non / Partiel</w:t>
            </w:r>
          </w:p>
        </w:tc>
        <w:tc>
          <w:tcPr>
            <w:tcW w:w="2410" w:type="dxa"/>
          </w:tcPr>
          <w:p w14:paraId="46CDA349" w14:textId="77777777" w:rsidR="00131BD5" w:rsidRPr="00157628" w:rsidRDefault="00131BD5" w:rsidP="00131BD5">
            <w:r w:rsidRPr="00157628">
              <w:t>Référence de la preuve</w:t>
            </w:r>
          </w:p>
        </w:tc>
      </w:tr>
      <w:tr w:rsidR="00131BD5" w:rsidRPr="00EC1F78" w14:paraId="75169020" w14:textId="77777777" w:rsidTr="00157628">
        <w:tc>
          <w:tcPr>
            <w:tcW w:w="1843" w:type="dxa"/>
          </w:tcPr>
          <w:p w14:paraId="7F92A315" w14:textId="5923FA2A" w:rsidR="00131BD5" w:rsidRPr="00157628" w:rsidRDefault="00131BD5" w:rsidP="00131BD5">
            <w:r w:rsidRPr="00044831">
              <w:t>Taille</w:t>
            </w:r>
          </w:p>
        </w:tc>
        <w:tc>
          <w:tcPr>
            <w:tcW w:w="4253" w:type="dxa"/>
          </w:tcPr>
          <w:p w14:paraId="37876167" w14:textId="5BBBC719" w:rsidR="00131BD5" w:rsidRPr="00157628" w:rsidRDefault="00131BD5" w:rsidP="00131BD5">
            <w:r w:rsidRPr="00044831">
              <w:t>55 Pouces</w:t>
            </w:r>
          </w:p>
        </w:tc>
        <w:tc>
          <w:tcPr>
            <w:tcW w:w="2409" w:type="dxa"/>
          </w:tcPr>
          <w:p w14:paraId="5FB08129" w14:textId="77777777" w:rsidR="00131BD5" w:rsidRPr="00157628" w:rsidRDefault="00131BD5" w:rsidP="00131BD5">
            <w:r w:rsidRPr="00157628">
              <w:t>Oui / Non / Partiel</w:t>
            </w:r>
          </w:p>
        </w:tc>
        <w:tc>
          <w:tcPr>
            <w:tcW w:w="2410" w:type="dxa"/>
          </w:tcPr>
          <w:p w14:paraId="1157EC72" w14:textId="77777777" w:rsidR="00131BD5" w:rsidRPr="00157628" w:rsidRDefault="00131BD5" w:rsidP="00131BD5">
            <w:r w:rsidRPr="00157628">
              <w:t>Référence de la preuve</w:t>
            </w:r>
          </w:p>
        </w:tc>
      </w:tr>
      <w:tr w:rsidR="00131BD5" w:rsidRPr="00EC1F78" w14:paraId="5DF609F0" w14:textId="77777777" w:rsidTr="00157628">
        <w:tc>
          <w:tcPr>
            <w:tcW w:w="1843" w:type="dxa"/>
          </w:tcPr>
          <w:p w14:paraId="7DA41D19" w14:textId="08D3DE64" w:rsidR="00131BD5" w:rsidRPr="00157628" w:rsidRDefault="00131BD5" w:rsidP="00131BD5">
            <w:r w:rsidRPr="00044831">
              <w:t>Résolution</w:t>
            </w:r>
          </w:p>
        </w:tc>
        <w:tc>
          <w:tcPr>
            <w:tcW w:w="4253" w:type="dxa"/>
          </w:tcPr>
          <w:p w14:paraId="1BFD437E" w14:textId="0D567BC9" w:rsidR="00131BD5" w:rsidRPr="00157628" w:rsidRDefault="00131BD5" w:rsidP="00131BD5">
            <w:r w:rsidRPr="00044831">
              <w:t>3840 x 2160</w:t>
            </w:r>
          </w:p>
        </w:tc>
        <w:tc>
          <w:tcPr>
            <w:tcW w:w="2409" w:type="dxa"/>
          </w:tcPr>
          <w:p w14:paraId="5E12F28B" w14:textId="77777777" w:rsidR="00131BD5" w:rsidRPr="00157628" w:rsidRDefault="00131BD5" w:rsidP="00131BD5">
            <w:r w:rsidRPr="00157628">
              <w:t>Oui / Non / Partiel</w:t>
            </w:r>
          </w:p>
        </w:tc>
        <w:tc>
          <w:tcPr>
            <w:tcW w:w="2410" w:type="dxa"/>
          </w:tcPr>
          <w:p w14:paraId="17EF9A10" w14:textId="77777777" w:rsidR="00131BD5" w:rsidRPr="00157628" w:rsidRDefault="00131BD5" w:rsidP="00131BD5">
            <w:r w:rsidRPr="00157628">
              <w:t>Référence de la preuve</w:t>
            </w:r>
          </w:p>
        </w:tc>
      </w:tr>
      <w:tr w:rsidR="00131BD5" w:rsidRPr="00EC1F78" w14:paraId="698A0C45" w14:textId="77777777" w:rsidTr="00157628">
        <w:tc>
          <w:tcPr>
            <w:tcW w:w="1843" w:type="dxa"/>
          </w:tcPr>
          <w:p w14:paraId="42E829E2" w14:textId="6B397AB0" w:rsidR="00131BD5" w:rsidRPr="00157628" w:rsidRDefault="00131BD5" w:rsidP="00131BD5">
            <w:r w:rsidRPr="00044831">
              <w:t>Connectique</w:t>
            </w:r>
          </w:p>
        </w:tc>
        <w:tc>
          <w:tcPr>
            <w:tcW w:w="4253" w:type="dxa"/>
          </w:tcPr>
          <w:p w14:paraId="5F9B99F1" w14:textId="71499512" w:rsidR="00131BD5" w:rsidRPr="00157628" w:rsidRDefault="00131BD5" w:rsidP="00131BD5">
            <w:r w:rsidRPr="00044831">
              <w:t>HDMI – USB - RJ45</w:t>
            </w:r>
          </w:p>
        </w:tc>
        <w:tc>
          <w:tcPr>
            <w:tcW w:w="2409" w:type="dxa"/>
          </w:tcPr>
          <w:p w14:paraId="6F6DA065" w14:textId="77777777" w:rsidR="00131BD5" w:rsidRPr="00157628" w:rsidRDefault="00131BD5" w:rsidP="00131BD5">
            <w:r w:rsidRPr="00157628">
              <w:t>Oui / Non / Partiel</w:t>
            </w:r>
          </w:p>
        </w:tc>
        <w:tc>
          <w:tcPr>
            <w:tcW w:w="2410" w:type="dxa"/>
          </w:tcPr>
          <w:p w14:paraId="5BAF2778" w14:textId="77777777" w:rsidR="00131BD5" w:rsidRPr="00157628" w:rsidRDefault="00131BD5" w:rsidP="00131BD5">
            <w:r w:rsidRPr="00157628">
              <w:t>Référence de la preuve</w:t>
            </w:r>
          </w:p>
        </w:tc>
      </w:tr>
      <w:tr w:rsidR="00131BD5" w:rsidRPr="00EC1F78" w14:paraId="024594E1" w14:textId="77777777" w:rsidTr="00157628">
        <w:tc>
          <w:tcPr>
            <w:tcW w:w="1843" w:type="dxa"/>
          </w:tcPr>
          <w:p w14:paraId="70059F8F" w14:textId="3294AE6D" w:rsidR="00131BD5" w:rsidRPr="00157628" w:rsidRDefault="00131BD5" w:rsidP="00131BD5">
            <w:r w:rsidRPr="00044831">
              <w:rPr>
                <w:rFonts w:ascii="ArialMT" w:hAnsi="ArialMT" w:cs="ArialMT"/>
                <w:color w:val="000000"/>
              </w:rPr>
              <w:t xml:space="preserve">Garantie </w:t>
            </w:r>
          </w:p>
        </w:tc>
        <w:tc>
          <w:tcPr>
            <w:tcW w:w="4253" w:type="dxa"/>
          </w:tcPr>
          <w:p w14:paraId="22C731C1" w14:textId="176B6549" w:rsidR="00131BD5" w:rsidRPr="00157628" w:rsidRDefault="00131BD5" w:rsidP="00131BD5">
            <w:r w:rsidRPr="00044831">
              <w:rPr>
                <w:rFonts w:ascii="ArialMT" w:hAnsi="ArialMT" w:cs="ArialMT"/>
                <w:color w:val="000000"/>
              </w:rPr>
              <w:t>3 ans</w:t>
            </w:r>
          </w:p>
        </w:tc>
        <w:tc>
          <w:tcPr>
            <w:tcW w:w="2409" w:type="dxa"/>
          </w:tcPr>
          <w:p w14:paraId="4ECC75E1" w14:textId="77777777" w:rsidR="00131BD5" w:rsidRPr="00157628" w:rsidRDefault="00131BD5" w:rsidP="00131BD5">
            <w:r w:rsidRPr="00157628">
              <w:t>Oui / Non / Partiel</w:t>
            </w:r>
          </w:p>
        </w:tc>
        <w:tc>
          <w:tcPr>
            <w:tcW w:w="2410" w:type="dxa"/>
          </w:tcPr>
          <w:p w14:paraId="14D31E7E" w14:textId="77777777" w:rsidR="00131BD5" w:rsidRPr="00157628" w:rsidRDefault="00131BD5" w:rsidP="00131BD5">
            <w:r w:rsidRPr="00157628">
              <w:t>Référence de la preuve</w:t>
            </w:r>
          </w:p>
        </w:tc>
      </w:tr>
    </w:tbl>
    <w:p w14:paraId="7987CF9E" w14:textId="77777777" w:rsidR="00714715" w:rsidRPr="00714715" w:rsidRDefault="00714715" w:rsidP="00714715"/>
    <w:p w14:paraId="56414526" w14:textId="6497DA55" w:rsidR="00131BD5" w:rsidRDefault="00131BD5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309FE32B" w14:textId="77777777" w:rsidR="004859D1" w:rsidRDefault="004859D1" w:rsidP="004859D1">
      <w:pPr>
        <w:rPr>
          <w:sz w:val="18"/>
          <w:szCs w:val="18"/>
        </w:rPr>
      </w:pPr>
    </w:p>
    <w:p w14:paraId="210693CE" w14:textId="3255B8EA" w:rsidR="004859D1" w:rsidRDefault="00BE2C7F" w:rsidP="004859D1">
      <w:pPr>
        <w:pStyle w:val="Titre1"/>
      </w:pPr>
      <w:r>
        <w:t>Visioconference</w:t>
      </w:r>
    </w:p>
    <w:p w14:paraId="146106E0" w14:textId="77777777" w:rsidR="004859D1" w:rsidRDefault="004859D1" w:rsidP="004859D1"/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843"/>
        <w:gridCol w:w="4961"/>
        <w:gridCol w:w="1843"/>
        <w:gridCol w:w="2268"/>
      </w:tblGrid>
      <w:tr w:rsidR="00A25FEB" w:rsidRPr="00EC1F78" w14:paraId="033DB6C5" w14:textId="77777777" w:rsidTr="004B71FA">
        <w:tc>
          <w:tcPr>
            <w:tcW w:w="1843" w:type="dxa"/>
            <w:shd w:val="clear" w:color="auto" w:fill="92CDDC" w:themeFill="accent5" w:themeFillTint="99"/>
          </w:tcPr>
          <w:p w14:paraId="0E5E02FD" w14:textId="77777777" w:rsidR="00A25FEB" w:rsidRPr="00157628" w:rsidRDefault="00A25FEB" w:rsidP="004B71FA">
            <w:r w:rsidRPr="00157628">
              <w:t>Equipement</w:t>
            </w:r>
          </w:p>
        </w:tc>
        <w:tc>
          <w:tcPr>
            <w:tcW w:w="4961" w:type="dxa"/>
            <w:shd w:val="clear" w:color="auto" w:fill="92CDDC" w:themeFill="accent5" w:themeFillTint="99"/>
          </w:tcPr>
          <w:p w14:paraId="47A56878" w14:textId="77777777" w:rsidR="00A25FEB" w:rsidRPr="00157628" w:rsidRDefault="00A25FEB" w:rsidP="004B71FA">
            <w:pPr>
              <w:tabs>
                <w:tab w:val="left" w:pos="3645"/>
              </w:tabs>
            </w:pPr>
            <w:r w:rsidRPr="00157628">
              <w:t>Exigence minimales</w:t>
            </w:r>
            <w:r w:rsidRPr="00157628">
              <w:tab/>
            </w:r>
          </w:p>
        </w:tc>
        <w:tc>
          <w:tcPr>
            <w:tcW w:w="1843" w:type="dxa"/>
            <w:shd w:val="clear" w:color="auto" w:fill="92CDDC" w:themeFill="accent5" w:themeFillTint="99"/>
          </w:tcPr>
          <w:p w14:paraId="2FA5A527" w14:textId="77777777" w:rsidR="00A25FEB" w:rsidRPr="00157628" w:rsidRDefault="00A25FEB" w:rsidP="004B71FA">
            <w:r w:rsidRPr="00157628">
              <w:t>Réponse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14:paraId="00BD8FAE" w14:textId="77777777" w:rsidR="00A25FEB" w:rsidRPr="00157628" w:rsidRDefault="00A25FEB" w:rsidP="004B71FA">
            <w:r w:rsidRPr="00157628">
              <w:t>Document et page</w:t>
            </w:r>
          </w:p>
        </w:tc>
      </w:tr>
      <w:tr w:rsidR="005B74E1" w:rsidRPr="00EC1F78" w14:paraId="3124A545" w14:textId="77777777" w:rsidTr="004B71FA">
        <w:tc>
          <w:tcPr>
            <w:tcW w:w="1843" w:type="dxa"/>
          </w:tcPr>
          <w:p w14:paraId="71994BA7" w14:textId="3121257F" w:rsidR="005B74E1" w:rsidRPr="0073300C" w:rsidRDefault="005B74E1" w:rsidP="005B74E1">
            <w:pPr>
              <w:rPr>
                <w:sz w:val="20"/>
                <w:szCs w:val="20"/>
              </w:rPr>
            </w:pPr>
            <w:r w:rsidRPr="00044831">
              <w:rPr>
                <w:rFonts w:ascii="ArialMT" w:hAnsi="ArialMT" w:cs="ArialMT"/>
                <w:color w:val="000000"/>
              </w:rPr>
              <w:t>Petites salles</w:t>
            </w:r>
          </w:p>
        </w:tc>
        <w:tc>
          <w:tcPr>
            <w:tcW w:w="4961" w:type="dxa"/>
          </w:tcPr>
          <w:p w14:paraId="20F831D4" w14:textId="2AC03EF0" w:rsidR="005B74E1" w:rsidRPr="0073300C" w:rsidRDefault="005B74E1" w:rsidP="005B74E1">
            <w:pPr>
              <w:rPr>
                <w:sz w:val="18"/>
                <w:szCs w:val="18"/>
              </w:rPr>
            </w:pPr>
            <w:r w:rsidRPr="00044831">
              <w:rPr>
                <w:rFonts w:ascii="ArialMT" w:hAnsi="ArialMT" w:cs="ArialMT"/>
                <w:color w:val="000000"/>
              </w:rPr>
              <w:t>Poly Studio X3</w:t>
            </w:r>
            <w:r w:rsidR="00BD6387">
              <w:rPr>
                <w:rFonts w:ascii="ArialMT" w:hAnsi="ArialMT" w:cs="ArialMT"/>
                <w:color w:val="000000"/>
              </w:rPr>
              <w:t>2</w:t>
            </w:r>
            <w:r w:rsidRPr="00044831">
              <w:rPr>
                <w:rFonts w:ascii="ArialMT" w:hAnsi="ArialMT" w:cs="ArialMT"/>
                <w:color w:val="000000"/>
              </w:rPr>
              <w:t xml:space="preserve"> ou équivalent</w:t>
            </w:r>
          </w:p>
        </w:tc>
        <w:tc>
          <w:tcPr>
            <w:tcW w:w="1843" w:type="dxa"/>
          </w:tcPr>
          <w:p w14:paraId="6C9C4963" w14:textId="77777777" w:rsidR="005B74E1" w:rsidRPr="0073300C" w:rsidRDefault="005B74E1" w:rsidP="005B74E1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</w:tcPr>
          <w:p w14:paraId="42B83DB8" w14:textId="77777777" w:rsidR="005B74E1" w:rsidRPr="0073300C" w:rsidRDefault="005B74E1" w:rsidP="005B74E1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B74E1" w:rsidRPr="00EC1F78" w14:paraId="392F688F" w14:textId="77777777" w:rsidTr="004B71FA">
        <w:tc>
          <w:tcPr>
            <w:tcW w:w="1843" w:type="dxa"/>
          </w:tcPr>
          <w:p w14:paraId="65E51158" w14:textId="6BBAAC1A" w:rsidR="005B74E1" w:rsidRPr="0073300C" w:rsidRDefault="005B74E1" w:rsidP="005B74E1">
            <w:pPr>
              <w:rPr>
                <w:sz w:val="20"/>
                <w:szCs w:val="20"/>
              </w:rPr>
            </w:pPr>
            <w:r w:rsidRPr="00044831">
              <w:rPr>
                <w:rFonts w:ascii="ArialMT" w:hAnsi="ArialMT" w:cs="ArialMT"/>
                <w:color w:val="000000"/>
              </w:rPr>
              <w:t>Salles Moyenne</w:t>
            </w:r>
          </w:p>
        </w:tc>
        <w:tc>
          <w:tcPr>
            <w:tcW w:w="4961" w:type="dxa"/>
          </w:tcPr>
          <w:p w14:paraId="1FD74F89" w14:textId="2C3E75C7" w:rsidR="005B74E1" w:rsidRPr="0073300C" w:rsidRDefault="005B74E1" w:rsidP="005B74E1">
            <w:pPr>
              <w:rPr>
                <w:sz w:val="18"/>
                <w:szCs w:val="18"/>
              </w:rPr>
            </w:pPr>
            <w:r w:rsidRPr="00044831">
              <w:rPr>
                <w:rFonts w:ascii="ArialMT" w:hAnsi="ArialMT" w:cs="ArialMT"/>
                <w:color w:val="000000"/>
              </w:rPr>
              <w:t>Poly Studio X52 ou équivalent</w:t>
            </w:r>
          </w:p>
        </w:tc>
        <w:tc>
          <w:tcPr>
            <w:tcW w:w="1843" w:type="dxa"/>
          </w:tcPr>
          <w:p w14:paraId="22130A32" w14:textId="77777777" w:rsidR="005B74E1" w:rsidRPr="0073300C" w:rsidRDefault="005B74E1" w:rsidP="005B74E1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</w:tcPr>
          <w:p w14:paraId="4F7AE852" w14:textId="77777777" w:rsidR="005B74E1" w:rsidRPr="0073300C" w:rsidRDefault="005B74E1" w:rsidP="005B74E1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5B74E1" w:rsidRPr="00EC1F78" w14:paraId="35A4BACC" w14:textId="77777777" w:rsidTr="004B71FA">
        <w:tc>
          <w:tcPr>
            <w:tcW w:w="1843" w:type="dxa"/>
          </w:tcPr>
          <w:p w14:paraId="115A1DE5" w14:textId="733923D7" w:rsidR="005B74E1" w:rsidRPr="00044831" w:rsidRDefault="005B74E1" w:rsidP="005B74E1">
            <w:pPr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>Grande salles</w:t>
            </w:r>
          </w:p>
        </w:tc>
        <w:tc>
          <w:tcPr>
            <w:tcW w:w="4961" w:type="dxa"/>
          </w:tcPr>
          <w:p w14:paraId="493994A3" w14:textId="7BE27513" w:rsidR="005B74E1" w:rsidRPr="00044831" w:rsidRDefault="005B74E1" w:rsidP="005B74E1">
            <w:pPr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>Poly Studio X7</w:t>
            </w:r>
            <w:r w:rsidR="00BD6387">
              <w:rPr>
                <w:rFonts w:ascii="ArialMT" w:hAnsi="ArialMT" w:cs="ArialMT"/>
                <w:color w:val="000000"/>
              </w:rPr>
              <w:t>2</w:t>
            </w:r>
            <w:r w:rsidRPr="00044831">
              <w:rPr>
                <w:rFonts w:ascii="ArialMT" w:hAnsi="ArialMT" w:cs="ArialMT"/>
                <w:color w:val="000000"/>
              </w:rPr>
              <w:t xml:space="preserve"> ou équivalent</w:t>
            </w:r>
          </w:p>
        </w:tc>
        <w:tc>
          <w:tcPr>
            <w:tcW w:w="1843" w:type="dxa"/>
          </w:tcPr>
          <w:p w14:paraId="4107FEC4" w14:textId="0B9C8A79" w:rsidR="005B74E1" w:rsidRPr="0073300C" w:rsidRDefault="005B74E1" w:rsidP="005B74E1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</w:tcPr>
          <w:p w14:paraId="6AC57EF7" w14:textId="0F78EA53" w:rsidR="005B74E1" w:rsidRPr="0073300C" w:rsidRDefault="005B74E1" w:rsidP="005B74E1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</w:tbl>
    <w:p w14:paraId="4322CF41" w14:textId="77777777" w:rsidR="00BE2C7F" w:rsidRDefault="00BE2C7F" w:rsidP="004859D1"/>
    <w:p w14:paraId="229BB521" w14:textId="51895814" w:rsidR="00BE2C7F" w:rsidRDefault="00BE2C7F" w:rsidP="00BE2C7F">
      <w:pPr>
        <w:pStyle w:val="Titre1"/>
      </w:pPr>
      <w:r>
        <w:t>Equipements</w:t>
      </w:r>
      <w:r w:rsidR="005B74E1">
        <w:t xml:space="preserve"> divers</w:t>
      </w:r>
    </w:p>
    <w:p w14:paraId="372BB3C1" w14:textId="77777777" w:rsidR="00BE2C7F" w:rsidRDefault="00BE2C7F" w:rsidP="004859D1"/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843"/>
        <w:gridCol w:w="4961"/>
        <w:gridCol w:w="1843"/>
        <w:gridCol w:w="2268"/>
      </w:tblGrid>
      <w:tr w:rsidR="004859D1" w:rsidRPr="00EC1F78" w14:paraId="66E9B200" w14:textId="77777777" w:rsidTr="002009AF">
        <w:tc>
          <w:tcPr>
            <w:tcW w:w="1843" w:type="dxa"/>
            <w:shd w:val="clear" w:color="auto" w:fill="92CDDC" w:themeFill="accent5" w:themeFillTint="99"/>
          </w:tcPr>
          <w:p w14:paraId="69518C53" w14:textId="77777777" w:rsidR="004859D1" w:rsidRPr="00157628" w:rsidRDefault="004859D1" w:rsidP="000E4B62">
            <w:r w:rsidRPr="00157628">
              <w:t>Equipement</w:t>
            </w:r>
          </w:p>
        </w:tc>
        <w:tc>
          <w:tcPr>
            <w:tcW w:w="4961" w:type="dxa"/>
            <w:shd w:val="clear" w:color="auto" w:fill="92CDDC" w:themeFill="accent5" w:themeFillTint="99"/>
          </w:tcPr>
          <w:p w14:paraId="78813AE5" w14:textId="77777777" w:rsidR="004859D1" w:rsidRPr="00157628" w:rsidRDefault="004859D1" w:rsidP="000E4B62">
            <w:pPr>
              <w:tabs>
                <w:tab w:val="left" w:pos="3645"/>
              </w:tabs>
            </w:pPr>
            <w:r w:rsidRPr="00157628">
              <w:t>Exigence minimales</w:t>
            </w:r>
            <w:r w:rsidRPr="00157628">
              <w:tab/>
            </w:r>
          </w:p>
        </w:tc>
        <w:tc>
          <w:tcPr>
            <w:tcW w:w="1843" w:type="dxa"/>
            <w:shd w:val="clear" w:color="auto" w:fill="92CDDC" w:themeFill="accent5" w:themeFillTint="99"/>
          </w:tcPr>
          <w:p w14:paraId="10BD4EDE" w14:textId="77777777" w:rsidR="004859D1" w:rsidRPr="00157628" w:rsidRDefault="004859D1" w:rsidP="000E4B62">
            <w:r w:rsidRPr="00157628">
              <w:t>Réponse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14:paraId="49874EE0" w14:textId="77777777" w:rsidR="004859D1" w:rsidRPr="00157628" w:rsidRDefault="004859D1" w:rsidP="000E4B62">
            <w:r w:rsidRPr="00157628">
              <w:t>Document et page</w:t>
            </w:r>
          </w:p>
        </w:tc>
      </w:tr>
      <w:tr w:rsidR="003A1549" w:rsidRPr="00EC1F78" w14:paraId="2EF3394D" w14:textId="77777777" w:rsidTr="002009AF">
        <w:tc>
          <w:tcPr>
            <w:tcW w:w="1843" w:type="dxa"/>
          </w:tcPr>
          <w:p w14:paraId="2E5EA6E8" w14:textId="5A41750F" w:rsidR="003A1549" w:rsidRPr="0073300C" w:rsidRDefault="003A1549" w:rsidP="003A1549">
            <w:pPr>
              <w:rPr>
                <w:sz w:val="20"/>
                <w:szCs w:val="20"/>
              </w:rPr>
            </w:pPr>
            <w:r w:rsidRPr="00044831">
              <w:rPr>
                <w:rFonts w:ascii="ArialMT" w:hAnsi="ArialMT" w:cs="ArialMT"/>
                <w:color w:val="000000"/>
              </w:rPr>
              <w:t>Souris</w:t>
            </w:r>
          </w:p>
        </w:tc>
        <w:tc>
          <w:tcPr>
            <w:tcW w:w="4961" w:type="dxa"/>
          </w:tcPr>
          <w:p w14:paraId="0035E442" w14:textId="2BBBFBC7" w:rsidR="003A1549" w:rsidRPr="0073300C" w:rsidRDefault="003A1549" w:rsidP="003A1549">
            <w:pPr>
              <w:rPr>
                <w:sz w:val="18"/>
                <w:szCs w:val="18"/>
              </w:rPr>
            </w:pPr>
            <w:r w:rsidRPr="00044831">
              <w:rPr>
                <w:rFonts w:ascii="ArialMT" w:hAnsi="ArialMT" w:cs="ArialMT"/>
                <w:color w:val="000000"/>
              </w:rPr>
              <w:t xml:space="preserve">Filaire </w:t>
            </w:r>
          </w:p>
        </w:tc>
        <w:tc>
          <w:tcPr>
            <w:tcW w:w="1843" w:type="dxa"/>
          </w:tcPr>
          <w:p w14:paraId="2E826084" w14:textId="77777777" w:rsidR="003A1549" w:rsidRPr="0073300C" w:rsidRDefault="003A1549" w:rsidP="003A154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</w:tcPr>
          <w:p w14:paraId="5ABD65B2" w14:textId="77777777" w:rsidR="003A1549" w:rsidRPr="0073300C" w:rsidRDefault="003A1549" w:rsidP="003A154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3A1549" w:rsidRPr="00EC1F78" w14:paraId="358D5930" w14:textId="77777777" w:rsidTr="002009AF">
        <w:tc>
          <w:tcPr>
            <w:tcW w:w="1843" w:type="dxa"/>
          </w:tcPr>
          <w:p w14:paraId="43EA1E6E" w14:textId="2FAE9F4E" w:rsidR="003A1549" w:rsidRPr="0073300C" w:rsidRDefault="003A1549" w:rsidP="003A1549">
            <w:pPr>
              <w:rPr>
                <w:sz w:val="20"/>
                <w:szCs w:val="20"/>
              </w:rPr>
            </w:pPr>
            <w:r w:rsidRPr="00044831">
              <w:rPr>
                <w:rFonts w:ascii="ArialMT" w:hAnsi="ArialMT" w:cs="ArialMT"/>
                <w:color w:val="000000"/>
              </w:rPr>
              <w:t>Souris</w:t>
            </w:r>
          </w:p>
        </w:tc>
        <w:tc>
          <w:tcPr>
            <w:tcW w:w="4961" w:type="dxa"/>
          </w:tcPr>
          <w:p w14:paraId="079E4B8A" w14:textId="12BB5740" w:rsidR="003A1549" w:rsidRPr="0073300C" w:rsidRDefault="003A1549" w:rsidP="003A1549">
            <w:pPr>
              <w:rPr>
                <w:sz w:val="18"/>
                <w:szCs w:val="18"/>
              </w:rPr>
            </w:pPr>
            <w:r w:rsidRPr="00044831">
              <w:rPr>
                <w:rFonts w:ascii="ArialMT" w:hAnsi="ArialMT" w:cs="ArialMT"/>
                <w:color w:val="000000"/>
              </w:rPr>
              <w:t>Sans Fil – Ergonomique - Batterie rechargeable</w:t>
            </w:r>
          </w:p>
        </w:tc>
        <w:tc>
          <w:tcPr>
            <w:tcW w:w="1843" w:type="dxa"/>
          </w:tcPr>
          <w:p w14:paraId="5EC49DFC" w14:textId="77777777" w:rsidR="003A1549" w:rsidRPr="0073300C" w:rsidRDefault="003A1549" w:rsidP="003A154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</w:tcPr>
          <w:p w14:paraId="37EDB6DF" w14:textId="77777777" w:rsidR="003A1549" w:rsidRPr="0073300C" w:rsidRDefault="003A1549" w:rsidP="003A1549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</w:tbl>
    <w:p w14:paraId="0EA6D0CF" w14:textId="77777777" w:rsidR="00466751" w:rsidRDefault="00466751" w:rsidP="0038189F">
      <w:pPr>
        <w:rPr>
          <w:sz w:val="18"/>
          <w:szCs w:val="18"/>
        </w:rPr>
      </w:pPr>
    </w:p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843"/>
        <w:gridCol w:w="4961"/>
        <w:gridCol w:w="1843"/>
        <w:gridCol w:w="2268"/>
      </w:tblGrid>
      <w:tr w:rsidR="003A1549" w:rsidRPr="00EC1F78" w14:paraId="2E037B33" w14:textId="77777777" w:rsidTr="002009AF">
        <w:tc>
          <w:tcPr>
            <w:tcW w:w="1843" w:type="dxa"/>
            <w:shd w:val="clear" w:color="auto" w:fill="92CDDC" w:themeFill="accent5" w:themeFillTint="99"/>
          </w:tcPr>
          <w:p w14:paraId="15740179" w14:textId="77777777" w:rsidR="003A1549" w:rsidRPr="00157628" w:rsidRDefault="003A1549" w:rsidP="000E4B62">
            <w:r w:rsidRPr="00157628">
              <w:t>Equipement</w:t>
            </w:r>
          </w:p>
        </w:tc>
        <w:tc>
          <w:tcPr>
            <w:tcW w:w="4961" w:type="dxa"/>
            <w:shd w:val="clear" w:color="auto" w:fill="92CDDC" w:themeFill="accent5" w:themeFillTint="99"/>
          </w:tcPr>
          <w:p w14:paraId="1E694E4F" w14:textId="77777777" w:rsidR="003A1549" w:rsidRPr="00157628" w:rsidRDefault="003A1549" w:rsidP="000E4B62">
            <w:pPr>
              <w:tabs>
                <w:tab w:val="left" w:pos="3645"/>
              </w:tabs>
            </w:pPr>
            <w:r w:rsidRPr="00157628">
              <w:t>Exigence minimales</w:t>
            </w:r>
            <w:r w:rsidRPr="00157628">
              <w:tab/>
            </w:r>
          </w:p>
        </w:tc>
        <w:tc>
          <w:tcPr>
            <w:tcW w:w="1843" w:type="dxa"/>
            <w:shd w:val="clear" w:color="auto" w:fill="92CDDC" w:themeFill="accent5" w:themeFillTint="99"/>
          </w:tcPr>
          <w:p w14:paraId="48EDEDE3" w14:textId="77777777" w:rsidR="003A1549" w:rsidRPr="00157628" w:rsidRDefault="003A1549" w:rsidP="000E4B62">
            <w:r w:rsidRPr="00157628">
              <w:t>Réponse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14:paraId="6ACBF85A" w14:textId="77777777" w:rsidR="003A1549" w:rsidRPr="00157628" w:rsidRDefault="003A1549" w:rsidP="000E4B62">
            <w:r w:rsidRPr="00157628">
              <w:t>Document et page</w:t>
            </w:r>
          </w:p>
        </w:tc>
      </w:tr>
      <w:tr w:rsidR="003A1549" w:rsidRPr="00EC1F78" w14:paraId="3158F0E6" w14:textId="77777777" w:rsidTr="002009AF">
        <w:tc>
          <w:tcPr>
            <w:tcW w:w="1843" w:type="dxa"/>
          </w:tcPr>
          <w:p w14:paraId="569A1996" w14:textId="76990628" w:rsidR="003A1549" w:rsidRPr="0073300C" w:rsidRDefault="00C12857" w:rsidP="000E4B62">
            <w:pPr>
              <w:rPr>
                <w:sz w:val="20"/>
                <w:szCs w:val="20"/>
              </w:rPr>
            </w:pPr>
            <w:r>
              <w:rPr>
                <w:rFonts w:ascii="ArialMT" w:hAnsi="ArialMT" w:cs="ArialMT"/>
                <w:color w:val="000000"/>
              </w:rPr>
              <w:t>Casques</w:t>
            </w:r>
          </w:p>
        </w:tc>
        <w:tc>
          <w:tcPr>
            <w:tcW w:w="4961" w:type="dxa"/>
          </w:tcPr>
          <w:p w14:paraId="357F6926" w14:textId="77777777" w:rsidR="00B9056E" w:rsidRPr="00044831" w:rsidRDefault="00B9056E" w:rsidP="00B9056E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 xml:space="preserve">Filaire USB </w:t>
            </w:r>
          </w:p>
          <w:p w14:paraId="73F1B357" w14:textId="77777777" w:rsidR="00B9056E" w:rsidRPr="00044831" w:rsidRDefault="00B9056E" w:rsidP="00B9056E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>Micro :</w:t>
            </w:r>
          </w:p>
          <w:p w14:paraId="1A79F6F6" w14:textId="77777777" w:rsidR="00B9056E" w:rsidRPr="00044831" w:rsidRDefault="00B9056E" w:rsidP="00B9056E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>Réponse en fréquence : 100 Hz - 10 KHz</w:t>
            </w:r>
          </w:p>
          <w:p w14:paraId="5403F3A3" w14:textId="77777777" w:rsidR="00B9056E" w:rsidRPr="00044831" w:rsidRDefault="00B9056E" w:rsidP="00B9056E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>Sensibilité : Type : 45 dB +/- 3 dB</w:t>
            </w:r>
          </w:p>
          <w:p w14:paraId="36A69DDD" w14:textId="77777777" w:rsidR="00B9056E" w:rsidRPr="00044831" w:rsidRDefault="00B9056E" w:rsidP="00B9056E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>Traitement anti bruit de fond</w:t>
            </w:r>
          </w:p>
          <w:p w14:paraId="31030579" w14:textId="77777777" w:rsidR="00B9056E" w:rsidRPr="00044831" w:rsidRDefault="00B9056E" w:rsidP="00B9056E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 xml:space="preserve">Haut-parleurs </w:t>
            </w:r>
          </w:p>
          <w:p w14:paraId="5BF5B2CB" w14:textId="77777777" w:rsidR="00B9056E" w:rsidRPr="00044831" w:rsidRDefault="00B9056E" w:rsidP="00B9056E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 xml:space="preserve">Fréquence de 50 à 20kHz </w:t>
            </w:r>
          </w:p>
          <w:p w14:paraId="7BD90CA7" w14:textId="77777777" w:rsidR="00B9056E" w:rsidRPr="00044831" w:rsidRDefault="00B9056E" w:rsidP="00B9056E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>Sensibilité : 90 dB ±3 dB à 1 KHz</w:t>
            </w:r>
          </w:p>
          <w:p w14:paraId="50C76CFC" w14:textId="77777777" w:rsidR="00B9056E" w:rsidRPr="00044831" w:rsidRDefault="00B9056E" w:rsidP="00B9056E">
            <w:pPr>
              <w:autoSpaceDE w:val="0"/>
              <w:autoSpaceDN w:val="0"/>
              <w:adjustRightInd w:val="0"/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>Distorsion : &lt;4% @ 1 kHz, 0 dBm0, 1 kHz</w:t>
            </w:r>
          </w:p>
          <w:p w14:paraId="70D462F6" w14:textId="0DACE561" w:rsidR="003A1549" w:rsidRPr="0073300C" w:rsidRDefault="00B9056E" w:rsidP="00B9056E">
            <w:pPr>
              <w:rPr>
                <w:sz w:val="18"/>
                <w:szCs w:val="18"/>
              </w:rPr>
            </w:pPr>
            <w:r w:rsidRPr="00044831">
              <w:rPr>
                <w:rFonts w:ascii="ArialMT" w:hAnsi="ArialMT" w:cs="ArialMT"/>
                <w:color w:val="000000"/>
              </w:rPr>
              <w:t>Conforme à la norme EN60950-1</w:t>
            </w:r>
          </w:p>
        </w:tc>
        <w:tc>
          <w:tcPr>
            <w:tcW w:w="1843" w:type="dxa"/>
          </w:tcPr>
          <w:p w14:paraId="1EE55E8C" w14:textId="77777777" w:rsidR="003A1549" w:rsidRPr="0073300C" w:rsidRDefault="003A1549" w:rsidP="000E4B62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</w:tcPr>
          <w:p w14:paraId="6068D8FB" w14:textId="77777777" w:rsidR="003A1549" w:rsidRPr="0073300C" w:rsidRDefault="003A1549" w:rsidP="000E4B62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</w:tbl>
    <w:p w14:paraId="4B3D9B1A" w14:textId="77777777" w:rsidR="003A1549" w:rsidRDefault="003A1549" w:rsidP="0038189F">
      <w:pPr>
        <w:rPr>
          <w:sz w:val="18"/>
          <w:szCs w:val="18"/>
        </w:rPr>
      </w:pPr>
    </w:p>
    <w:tbl>
      <w:tblPr>
        <w:tblStyle w:val="Grilledutableau"/>
        <w:tblW w:w="10915" w:type="dxa"/>
        <w:tblInd w:w="-1139" w:type="dxa"/>
        <w:tblLook w:val="04A0" w:firstRow="1" w:lastRow="0" w:firstColumn="1" w:lastColumn="0" w:noHBand="0" w:noVBand="1"/>
      </w:tblPr>
      <w:tblGrid>
        <w:gridCol w:w="1843"/>
        <w:gridCol w:w="4961"/>
        <w:gridCol w:w="1843"/>
        <w:gridCol w:w="2268"/>
      </w:tblGrid>
      <w:tr w:rsidR="00B9056E" w:rsidRPr="00EC1F78" w14:paraId="28FA66F9" w14:textId="77777777" w:rsidTr="002009AF">
        <w:tc>
          <w:tcPr>
            <w:tcW w:w="1843" w:type="dxa"/>
            <w:shd w:val="clear" w:color="auto" w:fill="92CDDC" w:themeFill="accent5" w:themeFillTint="99"/>
          </w:tcPr>
          <w:p w14:paraId="39883927" w14:textId="77777777" w:rsidR="00B9056E" w:rsidRPr="00157628" w:rsidRDefault="00B9056E" w:rsidP="000E4B62">
            <w:r w:rsidRPr="00157628">
              <w:t>Equipement</w:t>
            </w:r>
          </w:p>
        </w:tc>
        <w:tc>
          <w:tcPr>
            <w:tcW w:w="4961" w:type="dxa"/>
            <w:shd w:val="clear" w:color="auto" w:fill="92CDDC" w:themeFill="accent5" w:themeFillTint="99"/>
          </w:tcPr>
          <w:p w14:paraId="3A055852" w14:textId="77777777" w:rsidR="00B9056E" w:rsidRPr="00157628" w:rsidRDefault="00B9056E" w:rsidP="000E4B62">
            <w:pPr>
              <w:tabs>
                <w:tab w:val="left" w:pos="3645"/>
              </w:tabs>
            </w:pPr>
            <w:r w:rsidRPr="00157628">
              <w:t>Exigence minimales</w:t>
            </w:r>
            <w:r w:rsidRPr="00157628">
              <w:tab/>
            </w:r>
          </w:p>
        </w:tc>
        <w:tc>
          <w:tcPr>
            <w:tcW w:w="1843" w:type="dxa"/>
            <w:shd w:val="clear" w:color="auto" w:fill="92CDDC" w:themeFill="accent5" w:themeFillTint="99"/>
          </w:tcPr>
          <w:p w14:paraId="7A1A22BE" w14:textId="77777777" w:rsidR="00B9056E" w:rsidRPr="00157628" w:rsidRDefault="00B9056E" w:rsidP="000E4B62">
            <w:r w:rsidRPr="00157628">
              <w:t>Réponse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14:paraId="57B3D4E0" w14:textId="77777777" w:rsidR="00B9056E" w:rsidRPr="00157628" w:rsidRDefault="00B9056E" w:rsidP="000E4B62">
            <w:r w:rsidRPr="00157628">
              <w:t>Document et page</w:t>
            </w:r>
          </w:p>
        </w:tc>
      </w:tr>
      <w:tr w:rsidR="002009AF" w:rsidRPr="00EC1F78" w14:paraId="29528F37" w14:textId="77777777" w:rsidTr="002009AF">
        <w:tc>
          <w:tcPr>
            <w:tcW w:w="1843" w:type="dxa"/>
          </w:tcPr>
          <w:p w14:paraId="294D30E1" w14:textId="253FF17D" w:rsidR="002009AF" w:rsidRPr="0073300C" w:rsidRDefault="002009AF" w:rsidP="002009AF">
            <w:pPr>
              <w:rPr>
                <w:sz w:val="20"/>
                <w:szCs w:val="20"/>
              </w:rPr>
            </w:pPr>
            <w:r w:rsidRPr="00044831">
              <w:rPr>
                <w:rFonts w:ascii="ArialMT" w:hAnsi="ArialMT" w:cs="ArialMT"/>
                <w:color w:val="000000"/>
              </w:rPr>
              <w:t>Support Ecran 1</w:t>
            </w:r>
          </w:p>
        </w:tc>
        <w:tc>
          <w:tcPr>
            <w:tcW w:w="4961" w:type="dxa"/>
          </w:tcPr>
          <w:p w14:paraId="1158FA16" w14:textId="68224AAE" w:rsidR="002009AF" w:rsidRPr="0073300C" w:rsidRDefault="002009AF" w:rsidP="002009AF">
            <w:pPr>
              <w:rPr>
                <w:sz w:val="18"/>
                <w:szCs w:val="18"/>
              </w:rPr>
            </w:pPr>
            <w:r w:rsidRPr="00044831">
              <w:rPr>
                <w:rFonts w:ascii="ArialMT" w:hAnsi="ArialMT" w:cs="ArialMT"/>
                <w:color w:val="000000"/>
              </w:rPr>
              <w:t>Support 2 moniteurs 25 pouces- Bras articulés</w:t>
            </w:r>
          </w:p>
        </w:tc>
        <w:tc>
          <w:tcPr>
            <w:tcW w:w="1843" w:type="dxa"/>
          </w:tcPr>
          <w:p w14:paraId="1D7EE95F" w14:textId="77777777" w:rsidR="002009AF" w:rsidRPr="0073300C" w:rsidRDefault="002009AF" w:rsidP="002009AF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</w:tcPr>
          <w:p w14:paraId="28CBB103" w14:textId="77777777" w:rsidR="002009AF" w:rsidRPr="0073300C" w:rsidRDefault="002009AF" w:rsidP="002009AF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2009AF" w:rsidRPr="00EC1F78" w14:paraId="6483DEB8" w14:textId="77777777" w:rsidTr="002009AF">
        <w:tc>
          <w:tcPr>
            <w:tcW w:w="1843" w:type="dxa"/>
          </w:tcPr>
          <w:p w14:paraId="5F4D03A0" w14:textId="0B6D1AB0" w:rsidR="002009AF" w:rsidRPr="0073300C" w:rsidRDefault="002009AF" w:rsidP="002009AF">
            <w:pPr>
              <w:rPr>
                <w:sz w:val="20"/>
                <w:szCs w:val="20"/>
              </w:rPr>
            </w:pPr>
            <w:r w:rsidRPr="00044831">
              <w:rPr>
                <w:rFonts w:ascii="ArialMT" w:hAnsi="ArialMT" w:cs="ArialMT"/>
                <w:color w:val="000000"/>
              </w:rPr>
              <w:t>Support Ecran 2</w:t>
            </w:r>
          </w:p>
        </w:tc>
        <w:tc>
          <w:tcPr>
            <w:tcW w:w="4961" w:type="dxa"/>
          </w:tcPr>
          <w:p w14:paraId="2890F861" w14:textId="30CAFBDF" w:rsidR="002009AF" w:rsidRPr="0073300C" w:rsidRDefault="002009AF" w:rsidP="002009AF">
            <w:pPr>
              <w:rPr>
                <w:sz w:val="18"/>
                <w:szCs w:val="18"/>
              </w:rPr>
            </w:pPr>
            <w:r w:rsidRPr="00044831">
              <w:rPr>
                <w:rFonts w:ascii="ArialMT" w:hAnsi="ArialMT" w:cs="ArialMT"/>
                <w:color w:val="000000"/>
              </w:rPr>
              <w:t>Support mural écran 55 pouces - fixe</w:t>
            </w:r>
          </w:p>
        </w:tc>
        <w:tc>
          <w:tcPr>
            <w:tcW w:w="1843" w:type="dxa"/>
          </w:tcPr>
          <w:p w14:paraId="5C956040" w14:textId="77777777" w:rsidR="002009AF" w:rsidRPr="0073300C" w:rsidRDefault="002009AF" w:rsidP="002009AF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</w:tcPr>
          <w:p w14:paraId="699A6E3C" w14:textId="77777777" w:rsidR="002009AF" w:rsidRPr="0073300C" w:rsidRDefault="002009AF" w:rsidP="002009AF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2009AF" w:rsidRPr="00EC1F78" w14:paraId="05FC54A0" w14:textId="77777777" w:rsidTr="002009AF">
        <w:tc>
          <w:tcPr>
            <w:tcW w:w="1843" w:type="dxa"/>
          </w:tcPr>
          <w:p w14:paraId="08311693" w14:textId="762D5760" w:rsidR="002009AF" w:rsidRPr="00044831" w:rsidRDefault="002009AF" w:rsidP="002009AF">
            <w:pPr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>Support Ecran 3</w:t>
            </w:r>
          </w:p>
        </w:tc>
        <w:tc>
          <w:tcPr>
            <w:tcW w:w="4961" w:type="dxa"/>
          </w:tcPr>
          <w:p w14:paraId="5E3BAEC3" w14:textId="447DF503" w:rsidR="002009AF" w:rsidRPr="00044831" w:rsidRDefault="002009AF" w:rsidP="002009AF">
            <w:pPr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>Support mural écran 55 pouces - inclinable</w:t>
            </w:r>
          </w:p>
        </w:tc>
        <w:tc>
          <w:tcPr>
            <w:tcW w:w="1843" w:type="dxa"/>
          </w:tcPr>
          <w:p w14:paraId="32AC52DF" w14:textId="72F290EE" w:rsidR="002009AF" w:rsidRPr="0073300C" w:rsidRDefault="002009AF" w:rsidP="002009AF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</w:tcPr>
          <w:p w14:paraId="17F3FB4C" w14:textId="5EAEEE26" w:rsidR="002009AF" w:rsidRPr="0073300C" w:rsidRDefault="002009AF" w:rsidP="002009AF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  <w:tr w:rsidR="002009AF" w:rsidRPr="00EC1F78" w14:paraId="563401CE" w14:textId="77777777" w:rsidTr="002009AF">
        <w:tc>
          <w:tcPr>
            <w:tcW w:w="1843" w:type="dxa"/>
          </w:tcPr>
          <w:p w14:paraId="59429F93" w14:textId="2F2D46BD" w:rsidR="002009AF" w:rsidRPr="00044831" w:rsidRDefault="002009AF" w:rsidP="002009AF">
            <w:pPr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br w:type="page"/>
              <w:t>Support Ecran 4</w:t>
            </w:r>
          </w:p>
        </w:tc>
        <w:tc>
          <w:tcPr>
            <w:tcW w:w="4961" w:type="dxa"/>
          </w:tcPr>
          <w:p w14:paraId="6BF0B087" w14:textId="76FF818C" w:rsidR="002009AF" w:rsidRPr="00044831" w:rsidRDefault="002009AF" w:rsidP="002009AF">
            <w:pPr>
              <w:rPr>
                <w:rFonts w:ascii="ArialMT" w:hAnsi="ArialMT" w:cs="ArialMT"/>
                <w:color w:val="000000"/>
              </w:rPr>
            </w:pPr>
            <w:r w:rsidRPr="00044831">
              <w:rPr>
                <w:rFonts w:ascii="ArialMT" w:hAnsi="ArialMT" w:cs="ArialMT"/>
                <w:color w:val="000000"/>
              </w:rPr>
              <w:t>Support mural écran 55 pouces - Bras articulés</w:t>
            </w:r>
          </w:p>
        </w:tc>
        <w:tc>
          <w:tcPr>
            <w:tcW w:w="1843" w:type="dxa"/>
          </w:tcPr>
          <w:p w14:paraId="0BB11AFD" w14:textId="77F31306" w:rsidR="002009AF" w:rsidRPr="0073300C" w:rsidRDefault="002009AF" w:rsidP="002009AF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Oui / Non / Partiel</w:t>
            </w:r>
          </w:p>
        </w:tc>
        <w:tc>
          <w:tcPr>
            <w:tcW w:w="2268" w:type="dxa"/>
          </w:tcPr>
          <w:p w14:paraId="24651DC6" w14:textId="432DCA9C" w:rsidR="002009AF" w:rsidRPr="0073300C" w:rsidRDefault="002009AF" w:rsidP="002009AF">
            <w:pPr>
              <w:rPr>
                <w:sz w:val="20"/>
                <w:szCs w:val="20"/>
              </w:rPr>
            </w:pPr>
            <w:r w:rsidRPr="0073300C">
              <w:rPr>
                <w:sz w:val="20"/>
                <w:szCs w:val="20"/>
              </w:rPr>
              <w:t>Référence de la preuve</w:t>
            </w:r>
          </w:p>
        </w:tc>
      </w:tr>
    </w:tbl>
    <w:p w14:paraId="6F696658" w14:textId="77777777" w:rsidR="00B9056E" w:rsidRPr="00EC1F78" w:rsidRDefault="00B9056E" w:rsidP="0038189F">
      <w:pPr>
        <w:rPr>
          <w:sz w:val="18"/>
          <w:szCs w:val="18"/>
        </w:rPr>
      </w:pPr>
    </w:p>
    <w:sectPr w:rsidR="00B9056E" w:rsidRPr="00EC1F78" w:rsidSect="004122C7">
      <w:headerReference w:type="default" r:id="rId11"/>
      <w:footerReference w:type="even" r:id="rId12"/>
      <w:footerReference w:type="default" r:id="rId13"/>
      <w:type w:val="continuous"/>
      <w:pgSz w:w="11906" w:h="16838"/>
      <w:pgMar w:top="1440" w:right="1800" w:bottom="1440" w:left="1800" w:header="90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BA34C" w14:textId="77777777" w:rsidR="003C2670" w:rsidRDefault="003C2670">
      <w:pPr>
        <w:spacing w:after="0" w:line="240" w:lineRule="auto"/>
      </w:pPr>
      <w:r>
        <w:separator/>
      </w:r>
    </w:p>
  </w:endnote>
  <w:endnote w:type="continuationSeparator" w:id="0">
    <w:p w14:paraId="6DBE56C0" w14:textId="77777777" w:rsidR="003C2670" w:rsidRDefault="003C2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FDingbatsArrowsOne">
    <w:altName w:val="Times New Roman"/>
    <w:charset w:val="00"/>
    <w:family w:val="auto"/>
    <w:pitch w:val="variable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(Corps CS)">
    <w:altName w:val="Arial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</w:rPr>
      <w:id w:val="2040469165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6A096285" w14:textId="77777777" w:rsidR="00F55348" w:rsidRDefault="00F55348" w:rsidP="00C57A8F">
        <w:pPr>
          <w:pStyle w:val="Pieddepage"/>
          <w:framePr w:wrap="none" w:vAnchor="text" w:hAnchor="margin" w:xAlign="right" w:y="1"/>
          <w:rPr>
            <w:rStyle w:val="Numrodepage"/>
          </w:rPr>
        </w:pPr>
        <w:r>
          <w:rPr>
            <w:rStyle w:val="Numrodepage"/>
          </w:rPr>
          <w:fldChar w:fldCharType="begin"/>
        </w:r>
        <w:r>
          <w:rPr>
            <w:rStyle w:val="Numrodepage"/>
          </w:rPr>
          <w:instrText xml:space="preserve"> PAGE </w:instrText>
        </w:r>
        <w:r>
          <w:rPr>
            <w:rStyle w:val="Numrodepage"/>
          </w:rPr>
          <w:fldChar w:fldCharType="separate"/>
        </w:r>
        <w:r>
          <w:rPr>
            <w:rStyle w:val="Numrodepage"/>
            <w:noProof/>
          </w:rPr>
          <w:t>1</w:t>
        </w:r>
        <w:r>
          <w:rPr>
            <w:rStyle w:val="Numrodepage"/>
          </w:rPr>
          <w:fldChar w:fldCharType="end"/>
        </w:r>
      </w:p>
    </w:sdtContent>
  </w:sdt>
  <w:p w14:paraId="0515739E" w14:textId="77777777" w:rsidR="00F55348" w:rsidRDefault="00F55348" w:rsidP="00F55348">
    <w:pPr>
      <w:pStyle w:val="Pieddepag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rodepage"/>
        <w:b/>
        <w:bCs/>
        <w:color w:val="4F81BD" w:themeColor="accent1"/>
      </w:rPr>
      <w:id w:val="2100597104"/>
      <w:docPartObj>
        <w:docPartGallery w:val="Page Numbers (Bottom of Page)"/>
        <w:docPartUnique/>
      </w:docPartObj>
    </w:sdtPr>
    <w:sdtEndPr>
      <w:rPr>
        <w:rStyle w:val="Numrodepage"/>
      </w:rPr>
    </w:sdtEndPr>
    <w:sdtContent>
      <w:p w14:paraId="7F0486CD" w14:textId="77777777" w:rsidR="00F55348" w:rsidRPr="00D27345" w:rsidRDefault="00D27345" w:rsidP="00C57A8F">
        <w:pPr>
          <w:pStyle w:val="Pieddepage"/>
          <w:framePr w:wrap="none" w:vAnchor="text" w:hAnchor="margin" w:xAlign="right" w:y="1"/>
          <w:rPr>
            <w:rStyle w:val="Numrodepage"/>
            <w:b/>
            <w:bCs/>
            <w:color w:val="4F81BD" w:themeColor="accent1"/>
          </w:rPr>
        </w:pPr>
        <w:r w:rsidRPr="003D5C21">
          <w:rPr>
            <w:rStyle w:val="Numrodepage"/>
            <w:b/>
            <w:bCs/>
            <w:color w:val="E36C0A" w:themeColor="accent6" w:themeShade="BF"/>
          </w:rPr>
          <w:t>Page</w:t>
        </w:r>
        <w:r w:rsidRPr="00D27345">
          <w:rPr>
            <w:rStyle w:val="Numrodepage"/>
            <w:b/>
            <w:bCs/>
            <w:color w:val="4F81BD" w:themeColor="accent1"/>
          </w:rPr>
          <w:t xml:space="preserve"> </w: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begin"/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instrText xml:space="preserve"> PAGE </w:instrTex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separate"/>
        </w:r>
        <w:r w:rsidR="00F55348" w:rsidRPr="003D5C21">
          <w:rPr>
            <w:rStyle w:val="Numrodepage"/>
            <w:b/>
            <w:bCs/>
            <w:noProof/>
            <w:color w:val="E36C0A" w:themeColor="accent6" w:themeShade="BF"/>
          </w:rPr>
          <w:t>3</w:t>
        </w:r>
        <w:r w:rsidR="00F55348" w:rsidRPr="003D5C21">
          <w:rPr>
            <w:rStyle w:val="Numrodepage"/>
            <w:b/>
            <w:bCs/>
            <w:color w:val="E36C0A" w:themeColor="accent6" w:themeShade="BF"/>
          </w:rPr>
          <w:fldChar w:fldCharType="end"/>
        </w:r>
      </w:p>
    </w:sdtContent>
  </w:sdt>
  <w:p w14:paraId="6BB465A0" w14:textId="3FBFCB20" w:rsidR="00494DC2" w:rsidRPr="003D5C21" w:rsidRDefault="003D5C21" w:rsidP="003D5C21">
    <w:pPr>
      <w:rPr>
        <w:i/>
        <w:iCs/>
        <w:color w:val="A6A6A6" w:themeColor="background1" w:themeShade="A6"/>
      </w:rPr>
    </w:pPr>
    <w:r w:rsidRPr="003D5C21">
      <w:rPr>
        <w:i/>
        <w:iCs/>
        <w:noProof/>
        <w:color w:val="A6A6A6" w:themeColor="background1" w:themeShade="A6"/>
      </w:rPr>
      <w:drawing>
        <wp:anchor distT="0" distB="0" distL="114300" distR="114300" simplePos="0" relativeHeight="251662336" behindDoc="0" locked="0" layoutInCell="1" allowOverlap="1" wp14:anchorId="44680C7F" wp14:editId="04643B7F">
          <wp:simplePos x="0" y="0"/>
          <wp:positionH relativeFrom="page">
            <wp:posOffset>4900773</wp:posOffset>
          </wp:positionH>
          <wp:positionV relativeFrom="paragraph">
            <wp:posOffset>-10064115</wp:posOffset>
          </wp:positionV>
          <wp:extent cx="2764545" cy="1047750"/>
          <wp:effectExtent l="0" t="0" r="0" b="0"/>
          <wp:wrapNone/>
          <wp:docPr id="1989480600" name="Image 1989480600" descr="Une image contenant Graphique, graphisme, silhouet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480600" name="Image 1989480600" descr="Une image contenant Graphique, graphisme, silhouet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07532" cy="10640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27D51">
      <w:rPr>
        <w:i/>
        <w:iCs/>
        <w:color w:val="A6A6A6" w:themeColor="background1" w:themeShade="A6"/>
      </w:rPr>
      <w:t xml:space="preserve">CRT – LOT </w:t>
    </w:r>
    <w:r w:rsidR="00473F9E">
      <w:rPr>
        <w:i/>
        <w:iCs/>
        <w:color w:val="A6A6A6" w:themeColor="background1" w:themeShade="A6"/>
      </w:rPr>
      <w:t>3</w:t>
    </w:r>
    <w:r w:rsidR="00B27D51">
      <w:rPr>
        <w:i/>
        <w:iCs/>
        <w:color w:val="A6A6A6" w:themeColor="background1" w:themeShade="A6"/>
      </w:rPr>
      <w:t xml:space="preserve"> : Fourniture </w:t>
    </w:r>
    <w:r w:rsidR="00473F9E">
      <w:rPr>
        <w:i/>
        <w:iCs/>
        <w:color w:val="A6A6A6" w:themeColor="background1" w:themeShade="A6"/>
      </w:rPr>
      <w:t xml:space="preserve">Ecrans &amp; </w:t>
    </w:r>
    <w:r w:rsidR="00A35BE5">
      <w:rPr>
        <w:i/>
        <w:iCs/>
        <w:color w:val="A6A6A6" w:themeColor="background1" w:themeShade="A6"/>
      </w:rPr>
      <w:t>Equipements Divers</w:t>
    </w:r>
    <w:r w:rsidRPr="003D5C21">
      <w:rPr>
        <w:i/>
        <w:iCs/>
        <w:color w:val="A6A6A6" w:themeColor="background1" w:themeShade="A6"/>
      </w:rPr>
      <w:t xml:space="preserve"> - Marché n°2026DSI0</w:t>
    </w:r>
    <w:r w:rsidR="00120085">
      <w:rPr>
        <w:i/>
        <w:iCs/>
        <w:color w:val="A6A6A6" w:themeColor="background1" w:themeShade="A6"/>
      </w:rPr>
      <w:t>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1683C" w14:textId="77777777" w:rsidR="003C2670" w:rsidRDefault="003C2670">
      <w:pPr>
        <w:spacing w:after="0" w:line="240" w:lineRule="auto"/>
      </w:pPr>
      <w:r>
        <w:separator/>
      </w:r>
    </w:p>
  </w:footnote>
  <w:footnote w:type="continuationSeparator" w:id="0">
    <w:p w14:paraId="799836C3" w14:textId="77777777" w:rsidR="003C2670" w:rsidRDefault="003C2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4A0" w:firstRow="1" w:lastRow="0" w:firstColumn="1" w:lastColumn="0" w:noHBand="0" w:noVBand="1"/>
    </w:tblPr>
    <w:tblGrid>
      <w:gridCol w:w="2842"/>
      <w:gridCol w:w="2686"/>
    </w:tblGrid>
    <w:tr w:rsidR="003D5C21" w14:paraId="2E917E31" w14:textId="77777777" w:rsidTr="00FA25E5">
      <w:tc>
        <w:tcPr>
          <w:tcW w:w="2842" w:type="dxa"/>
        </w:tcPr>
        <w:p w14:paraId="78449B7D" w14:textId="77777777" w:rsidR="003D5C21" w:rsidRDefault="003D5C21" w:rsidP="003D5C21">
          <w:r>
            <w:rPr>
              <w:noProof/>
            </w:rPr>
            <w:drawing>
              <wp:inline distT="0" distB="0" distL="0" distR="0" wp14:anchorId="5D9E4BE7" wp14:editId="1CD2C6DC">
                <wp:extent cx="1365069" cy="457200"/>
                <wp:effectExtent l="0" t="0" r="0" b="0"/>
                <wp:docPr id="777087263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HeaderFoote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5069" cy="457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6" w:type="dxa"/>
        </w:tcPr>
        <w:p w14:paraId="7B0E018B" w14:textId="106DFF45" w:rsidR="003D5C21" w:rsidRDefault="003D5C21" w:rsidP="003D5C21"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pStyle w:val="ListBullet9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pStyle w:val="ListBullet8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pStyle w:val="Listepuces41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puc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puc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720CA2"/>
    <w:multiLevelType w:val="hybridMultilevel"/>
    <w:tmpl w:val="9DB22AA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3D8262B"/>
    <w:multiLevelType w:val="hybridMultilevel"/>
    <w:tmpl w:val="03BA53AE"/>
    <w:lvl w:ilvl="0" w:tplc="7FA418A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DA6835"/>
    <w:multiLevelType w:val="hybridMultilevel"/>
    <w:tmpl w:val="96501A7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2C1FD4"/>
    <w:multiLevelType w:val="multilevel"/>
    <w:tmpl w:val="08587FA4"/>
    <w:lvl w:ilvl="0">
      <w:numFmt w:val="bullet"/>
      <w:lvlText w:val=""/>
      <w:lvlJc w:val="left"/>
      <w:pPr>
        <w:ind w:left="397" w:hanging="397"/>
      </w:pPr>
      <w:rPr>
        <w:rFonts w:ascii="Wingdings" w:hAnsi="Wingdings"/>
        <w:sz w:val="24"/>
      </w:rPr>
    </w:lvl>
    <w:lvl w:ilvl="1">
      <w:numFmt w:val="bullet"/>
      <w:pStyle w:val="Style5"/>
      <w:lvlText w:val=""/>
      <w:lvlJc w:val="left"/>
      <w:pPr>
        <w:ind w:left="814" w:hanging="360"/>
      </w:pPr>
      <w:rPr>
        <w:rFonts w:hAnsi="Symbol" w:hint="default"/>
        <w:sz w:val="23"/>
      </w:rPr>
    </w:lvl>
    <w:lvl w:ilvl="2">
      <w:start w:val="1"/>
      <w:numFmt w:val="bullet"/>
      <w:lvlText w:val=""/>
      <w:lvlJc w:val="left"/>
      <w:pPr>
        <w:ind w:left="1196" w:hanging="360"/>
      </w:pPr>
      <w:rPr>
        <w:rFonts w:ascii="Wingdings" w:hAnsi="Wingdings" w:hint="default"/>
        <w:b w:val="0"/>
        <w:i w:val="0"/>
        <w:sz w:val="24"/>
      </w:rPr>
    </w:lvl>
    <w:lvl w:ilvl="3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  <w:sz w:val="31"/>
      </w:rPr>
    </w:lvl>
    <w:lvl w:ilvl="4">
      <w:numFmt w:val="bullet"/>
      <w:lvlText w:val=""/>
      <w:lvlJc w:val="left"/>
      <w:pPr>
        <w:ind w:left="1951" w:hanging="360"/>
      </w:pPr>
      <w:rPr>
        <w:rFonts w:ascii="Wingdings" w:hAnsi="Wingdings"/>
        <w:b w:val="0"/>
        <w:i w:val="0"/>
        <w:sz w:val="24"/>
      </w:rPr>
    </w:lvl>
    <w:lvl w:ilvl="5">
      <w:numFmt w:val="bullet"/>
      <w:lvlText w:val="k"/>
      <w:lvlJc w:val="left"/>
      <w:pPr>
        <w:ind w:left="2335" w:hanging="360"/>
      </w:pPr>
      <w:rPr>
        <w:rFonts w:ascii="FFDingbatsArrowsOne" w:hAnsi="FFDingbatsArrowsOne"/>
      </w:rPr>
    </w:lvl>
    <w:lvl w:ilvl="6">
      <w:numFmt w:val="bullet"/>
      <w:lvlText w:val="●"/>
      <w:lvlJc w:val="left"/>
      <w:pPr>
        <w:ind w:left="2575" w:hanging="360"/>
      </w:pPr>
      <w:rPr>
        <w:rFonts w:ascii="FFDingbatsArrowsOne" w:hAnsi="FFDingbatsArrowsOne"/>
      </w:rPr>
    </w:lvl>
    <w:lvl w:ilvl="7">
      <w:numFmt w:val="bullet"/>
      <w:lvlText w:val="○"/>
      <w:lvlJc w:val="left"/>
      <w:pPr>
        <w:ind w:left="2959" w:hanging="360"/>
      </w:pPr>
      <w:rPr>
        <w:rFonts w:ascii="FFDingbatsArrowsOne" w:hAnsi="FFDingbatsArrowsOne"/>
      </w:rPr>
    </w:lvl>
    <w:lvl w:ilvl="8">
      <w:numFmt w:val="bullet"/>
      <w:lvlText w:val="■"/>
      <w:lvlJc w:val="left"/>
      <w:pPr>
        <w:ind w:left="3331" w:hanging="360"/>
      </w:pPr>
      <w:rPr>
        <w:rFonts w:ascii="FFDingbatsArrowsOne" w:hAnsi="FFDingbatsArrowsOne"/>
      </w:rPr>
    </w:lvl>
  </w:abstractNum>
  <w:abstractNum w:abstractNumId="13" w15:restartNumberingAfterBreak="0">
    <w:nsid w:val="08F001C4"/>
    <w:multiLevelType w:val="multilevel"/>
    <w:tmpl w:val="CFD81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10055221"/>
    <w:multiLevelType w:val="multilevel"/>
    <w:tmpl w:val="E9F897D6"/>
    <w:styleLink w:val="LFO20"/>
    <w:lvl w:ilvl="0">
      <w:numFmt w:val="bullet"/>
      <w:pStyle w:val="Redaliapuces"/>
      <w:lvlText w:val=""/>
      <w:lvlJc w:val="left"/>
      <w:pPr>
        <w:ind w:left="284" w:hanging="114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15" w15:restartNumberingAfterBreak="0">
    <w:nsid w:val="14262263"/>
    <w:multiLevelType w:val="hybridMultilevel"/>
    <w:tmpl w:val="6958D410"/>
    <w:lvl w:ilvl="0" w:tplc="F9D89E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F20B21"/>
    <w:multiLevelType w:val="hybridMultilevel"/>
    <w:tmpl w:val="5D4CA8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0B5600"/>
    <w:multiLevelType w:val="hybridMultilevel"/>
    <w:tmpl w:val="17F46D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3E5AC4"/>
    <w:multiLevelType w:val="hybridMultilevel"/>
    <w:tmpl w:val="82D6E90A"/>
    <w:lvl w:ilvl="0" w:tplc="8EC4A2C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C515A7"/>
    <w:multiLevelType w:val="multilevel"/>
    <w:tmpl w:val="B952FE4E"/>
    <w:styleLink w:val="LFO4"/>
    <w:lvl w:ilvl="0">
      <w:numFmt w:val="bullet"/>
      <w:pStyle w:val="RdaliaRetraitniveau1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7C7303D"/>
    <w:multiLevelType w:val="multilevel"/>
    <w:tmpl w:val="96B2CEBC"/>
    <w:lvl w:ilvl="0">
      <w:numFmt w:val="bullet"/>
      <w:lvlText w:val="-"/>
      <w:lvlJc w:val="left"/>
      <w:pPr>
        <w:ind w:left="720" w:hanging="360"/>
      </w:pPr>
      <w:rPr>
        <w:rFonts w:ascii="Calibri" w:eastAsia="Arial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29C51ADF"/>
    <w:multiLevelType w:val="hybridMultilevel"/>
    <w:tmpl w:val="06D8CE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2A663C"/>
    <w:multiLevelType w:val="multilevel"/>
    <w:tmpl w:val="D68A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12E3625"/>
    <w:multiLevelType w:val="multilevel"/>
    <w:tmpl w:val="FECED8F6"/>
    <w:lvl w:ilvl="0">
      <w:start w:val="1"/>
      <w:numFmt w:val="decimal"/>
      <w:pStyle w:val="Titre1"/>
      <w:lvlText w:val="%1"/>
      <w:lvlJc w:val="left"/>
      <w:pPr>
        <w:tabs>
          <w:tab w:val="num" w:pos="794"/>
        </w:tabs>
        <w:ind w:left="284" w:hanging="284"/>
      </w:pPr>
      <w:rPr>
        <w:rFonts w:ascii="Calibri" w:hAnsi="Calibri" w:hint="default"/>
        <w:b/>
        <w:i w:val="0"/>
        <w:sz w:val="32"/>
      </w:rPr>
    </w:lvl>
    <w:lvl w:ilvl="1">
      <w:start w:val="1"/>
      <w:numFmt w:val="decimal"/>
      <w:pStyle w:val="Titre2"/>
      <w:lvlText w:val="%1.%2  "/>
      <w:lvlJc w:val="left"/>
      <w:pPr>
        <w:ind w:left="720" w:hanging="607"/>
      </w:pPr>
      <w:rPr>
        <w:rFonts w:ascii="Calibri" w:hAnsi="Calibri" w:hint="default"/>
        <w:sz w:val="32"/>
      </w:rPr>
    </w:lvl>
    <w:lvl w:ilvl="2">
      <w:start w:val="1"/>
      <w:numFmt w:val="decimal"/>
      <w:pStyle w:val="Titre3"/>
      <w:lvlText w:val="%1.%2.%3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pStyle w:val="Titre4"/>
      <w:lvlText w:val="%1.%2.%3.%4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pStyle w:val="Titre5"/>
      <w:lvlText w:val="%1.%2.%3.%4.%5"/>
      <w:lvlJc w:val="left"/>
      <w:pPr>
        <w:ind w:left="1588" w:hanging="1304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pStyle w:val="Titre6"/>
      <w:lvlText w:val="%1.%2.%3.%4.%5.%6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3166908"/>
    <w:multiLevelType w:val="hybridMultilevel"/>
    <w:tmpl w:val="44583FF6"/>
    <w:lvl w:ilvl="0" w:tplc="040C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E4460B"/>
    <w:multiLevelType w:val="multilevel"/>
    <w:tmpl w:val="0809001D"/>
    <w:styleLink w:val="CurrentList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447035E6"/>
    <w:multiLevelType w:val="multilevel"/>
    <w:tmpl w:val="4422615C"/>
    <w:styleLink w:val="CurrentList2"/>
    <w:lvl w:ilvl="0">
      <w:start w:val="1"/>
      <w:numFmt w:val="decimal"/>
      <w:lvlText w:val="%1."/>
      <w:lvlJc w:val="left"/>
      <w:pPr>
        <w:ind w:left="284" w:hanging="284"/>
      </w:pPr>
      <w:rPr>
        <w:rFonts w:ascii="Calibri" w:hAnsi="Calibri" w:hint="default"/>
        <w:b/>
        <w:i w:val="0"/>
        <w:sz w:val="24"/>
      </w:rPr>
    </w:lvl>
    <w:lvl w:ilvl="1">
      <w:start w:val="1"/>
      <w:numFmt w:val="decimal"/>
      <w:lvlText w:val="%1.%2. "/>
      <w:lvlJc w:val="left"/>
      <w:pPr>
        <w:ind w:left="720" w:hanging="607"/>
      </w:pPr>
      <w:rPr>
        <w:rFonts w:ascii="Calibri" w:hAnsi="Calibri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lvlText w:val="%1.%2.%3.%4.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lvlText w:val="%1.%2.%3.%4.%5."/>
      <w:lvlJc w:val="left"/>
      <w:pPr>
        <w:ind w:left="1588" w:hanging="1588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461B4EC9"/>
    <w:multiLevelType w:val="hybridMultilevel"/>
    <w:tmpl w:val="60A2A044"/>
    <w:lvl w:ilvl="0" w:tplc="F9D89E4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0A215C"/>
    <w:multiLevelType w:val="multilevel"/>
    <w:tmpl w:val="11487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BC56769"/>
    <w:multiLevelType w:val="multilevel"/>
    <w:tmpl w:val="37FC46F2"/>
    <w:styleLink w:val="CurrentList3"/>
    <w:lvl w:ilvl="0">
      <w:start w:val="1"/>
      <w:numFmt w:val="decimal"/>
      <w:lvlText w:val="%1"/>
      <w:lvlJc w:val="left"/>
      <w:pPr>
        <w:ind w:left="284" w:hanging="284"/>
      </w:pPr>
      <w:rPr>
        <w:rFonts w:ascii="Calibri" w:hAnsi="Calibri" w:hint="default"/>
        <w:b/>
        <w:i w:val="0"/>
        <w:sz w:val="24"/>
      </w:rPr>
    </w:lvl>
    <w:lvl w:ilvl="1">
      <w:start w:val="1"/>
      <w:numFmt w:val="decimal"/>
      <w:lvlText w:val="%1.%2. "/>
      <w:lvlJc w:val="left"/>
      <w:pPr>
        <w:ind w:left="720" w:hanging="607"/>
      </w:pPr>
      <w:rPr>
        <w:rFonts w:ascii="Calibri" w:hAnsi="Calibri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910"/>
      </w:pPr>
      <w:rPr>
        <w:rFonts w:ascii="Calibri" w:hAnsi="Calibri" w:hint="default"/>
        <w:b/>
        <w:i/>
        <w:sz w:val="22"/>
      </w:rPr>
    </w:lvl>
    <w:lvl w:ilvl="3">
      <w:start w:val="1"/>
      <w:numFmt w:val="decimal"/>
      <w:lvlText w:val="%1.%2.%3.%4. "/>
      <w:lvlJc w:val="left"/>
      <w:pPr>
        <w:ind w:left="1440" w:hanging="1156"/>
      </w:pPr>
      <w:rPr>
        <w:rFonts w:ascii="Calibri" w:hAnsi="Calibri" w:hint="default"/>
        <w:b w:val="0"/>
        <w:i/>
        <w:sz w:val="22"/>
        <w:u w:val="none"/>
      </w:rPr>
    </w:lvl>
    <w:lvl w:ilvl="4">
      <w:start w:val="1"/>
      <w:numFmt w:val="decimal"/>
      <w:lvlText w:val="%1.%2.%3.%4.%5."/>
      <w:lvlJc w:val="left"/>
      <w:pPr>
        <w:ind w:left="1588" w:hanging="1588"/>
      </w:pPr>
      <w:rPr>
        <w:rFonts w:ascii="Calibri" w:hAnsi="Calibri" w:hint="default"/>
        <w:b w:val="0"/>
        <w:i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2160" w:hanging="1876"/>
      </w:pPr>
      <w:rPr>
        <w:rFonts w:ascii="Calibri" w:hAnsi="Calibri" w:hint="default"/>
        <w:b w:val="0"/>
        <w:i/>
        <w:sz w:val="20"/>
        <w:u w:val="singl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66FD4198"/>
    <w:multiLevelType w:val="hybridMultilevel"/>
    <w:tmpl w:val="5BE622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811847"/>
    <w:multiLevelType w:val="hybridMultilevel"/>
    <w:tmpl w:val="454E2F8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FB3996"/>
    <w:multiLevelType w:val="multilevel"/>
    <w:tmpl w:val="CE762522"/>
    <w:lvl w:ilvl="0">
      <w:numFmt w:val="bullet"/>
      <w:lvlText w:val="o"/>
      <w:lvlJc w:val="left"/>
      <w:pPr>
        <w:ind w:left="1146" w:hanging="360"/>
      </w:pPr>
      <w:rPr>
        <w:rFonts w:ascii="Courier New" w:hAnsi="Courier New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33" w15:restartNumberingAfterBreak="0">
    <w:nsid w:val="6AA32EDD"/>
    <w:multiLevelType w:val="multilevel"/>
    <w:tmpl w:val="4102407A"/>
    <w:styleLink w:val="LFO21"/>
    <w:lvl w:ilvl="0">
      <w:numFmt w:val="bullet"/>
      <w:pStyle w:val="RedaliaRetraitavecpuce"/>
      <w:lvlText w:val=""/>
      <w:lvlJc w:val="left"/>
      <w:pPr>
        <w:ind w:left="720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34" w15:restartNumberingAfterBreak="0">
    <w:nsid w:val="6C2F1CCA"/>
    <w:multiLevelType w:val="multilevel"/>
    <w:tmpl w:val="C75822E8"/>
    <w:styleLink w:val="ListeSimpleRiskpart"/>
    <w:lvl w:ilvl="0">
      <w:start w:val="1"/>
      <w:numFmt w:val="decimal"/>
      <w:lvlText w:val="%1"/>
      <w:lvlJc w:val="left"/>
      <w:pPr>
        <w:ind w:left="568" w:hanging="432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32"/>
        <w:szCs w:val="32"/>
        <w:lang w:val="fr-FR" w:eastAsia="en-US" w:bidi="ar-SA"/>
      </w:rPr>
    </w:lvl>
    <w:lvl w:ilvl="1">
      <w:start w:val="1"/>
      <w:numFmt w:val="decimal"/>
      <w:lvlText w:val="%1.%2"/>
      <w:lvlJc w:val="left"/>
      <w:pPr>
        <w:ind w:left="712" w:hanging="57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99"/>
        <w:sz w:val="24"/>
        <w:szCs w:val="24"/>
        <w:lang w:val="fr-FR" w:eastAsia="en-US" w:bidi="ar-SA"/>
      </w:rPr>
    </w:lvl>
    <w:lvl w:ilvl="3">
      <w:numFmt w:val="bullet"/>
      <w:lvlText w:val="·"/>
      <w:lvlJc w:val="left"/>
      <w:pPr>
        <w:ind w:left="136" w:hanging="14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fr-FR" w:eastAsia="en-US" w:bidi="ar-SA"/>
      </w:rPr>
    </w:lvl>
    <w:lvl w:ilvl="4">
      <w:numFmt w:val="bullet"/>
      <w:lvlText w:val="•"/>
      <w:lvlJc w:val="left"/>
      <w:pPr>
        <w:ind w:left="2072" w:hanging="146"/>
      </w:pPr>
      <w:rPr>
        <w:rFonts w:hint="default"/>
        <w:lang w:val="fr-FR" w:eastAsia="en-US" w:bidi="ar-SA"/>
      </w:rPr>
    </w:lvl>
    <w:lvl w:ilvl="5">
      <w:numFmt w:val="bullet"/>
      <w:lvlText w:val="•"/>
      <w:lvlJc w:val="left"/>
      <w:pPr>
        <w:ind w:left="3284" w:hanging="146"/>
      </w:pPr>
      <w:rPr>
        <w:rFonts w:hint="default"/>
        <w:lang w:val="fr-FR" w:eastAsia="en-US" w:bidi="ar-SA"/>
      </w:rPr>
    </w:lvl>
    <w:lvl w:ilvl="6">
      <w:numFmt w:val="bullet"/>
      <w:lvlText w:val="•"/>
      <w:lvlJc w:val="left"/>
      <w:pPr>
        <w:ind w:left="4497" w:hanging="146"/>
      </w:pPr>
      <w:rPr>
        <w:rFonts w:hint="default"/>
        <w:lang w:val="fr-FR" w:eastAsia="en-US" w:bidi="ar-SA"/>
      </w:rPr>
    </w:lvl>
    <w:lvl w:ilvl="7">
      <w:numFmt w:val="bullet"/>
      <w:lvlText w:val="•"/>
      <w:lvlJc w:val="left"/>
      <w:pPr>
        <w:ind w:left="5709" w:hanging="146"/>
      </w:pPr>
      <w:rPr>
        <w:rFonts w:hint="default"/>
        <w:lang w:val="fr-FR" w:eastAsia="en-US" w:bidi="ar-SA"/>
      </w:rPr>
    </w:lvl>
    <w:lvl w:ilvl="8">
      <w:numFmt w:val="bullet"/>
      <w:lvlText w:val="•"/>
      <w:lvlJc w:val="left"/>
      <w:pPr>
        <w:ind w:left="6921" w:hanging="146"/>
      </w:pPr>
      <w:rPr>
        <w:rFonts w:hint="default"/>
        <w:lang w:val="fr-FR" w:eastAsia="en-US" w:bidi="ar-SA"/>
      </w:rPr>
    </w:lvl>
  </w:abstractNum>
  <w:num w:numId="1" w16cid:durableId="1238831126">
    <w:abstractNumId w:val="8"/>
  </w:num>
  <w:num w:numId="2" w16cid:durableId="156114793">
    <w:abstractNumId w:val="6"/>
  </w:num>
  <w:num w:numId="3" w16cid:durableId="342442234">
    <w:abstractNumId w:val="5"/>
  </w:num>
  <w:num w:numId="4" w16cid:durableId="1642953196">
    <w:abstractNumId w:val="4"/>
  </w:num>
  <w:num w:numId="5" w16cid:durableId="77530729">
    <w:abstractNumId w:val="7"/>
  </w:num>
  <w:num w:numId="6" w16cid:durableId="1921871130">
    <w:abstractNumId w:val="3"/>
  </w:num>
  <w:num w:numId="7" w16cid:durableId="1831673803">
    <w:abstractNumId w:val="2"/>
  </w:num>
  <w:num w:numId="8" w16cid:durableId="1169636171">
    <w:abstractNumId w:val="1"/>
  </w:num>
  <w:num w:numId="9" w16cid:durableId="1481268638">
    <w:abstractNumId w:val="0"/>
  </w:num>
  <w:num w:numId="10" w16cid:durableId="1937858714">
    <w:abstractNumId w:val="23"/>
  </w:num>
  <w:num w:numId="11" w16cid:durableId="1230917234">
    <w:abstractNumId w:val="12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pStyle w:val="Style5"/>
        <w:lvlText w:val=""/>
        <w:lvlJc w:val="left"/>
        <w:rPr>
          <w:rFonts w:cs="Times New Roman"/>
        </w:rPr>
      </w:lvl>
    </w:lvlOverride>
    <w:lvlOverride w:ilvl="2">
      <w:lvl w:ilvl="2">
        <w:numFmt w:val="decimal"/>
        <w:lvlText w:val=""/>
        <w:lvlJc w:val="left"/>
        <w:rPr>
          <w:rFonts w:cs="Times New Roman"/>
        </w:rPr>
      </w:lvl>
    </w:lvlOverride>
    <w:lvlOverride w:ilvl="3">
      <w:lvl w:ilvl="3">
        <w:start w:val="1"/>
        <w:numFmt w:val="bullet"/>
        <w:lvlText w:val=""/>
        <w:lvlJc w:val="left"/>
        <w:pPr>
          <w:ind w:left="1436" w:hanging="360"/>
        </w:pPr>
        <w:rPr>
          <w:rFonts w:ascii="Wingdings" w:hAnsi="Wingdings" w:hint="default"/>
          <w:sz w:val="31"/>
        </w:rPr>
      </w:lvl>
    </w:lvlOverride>
  </w:num>
  <w:num w:numId="12" w16cid:durableId="612632008">
    <w:abstractNumId w:val="34"/>
  </w:num>
  <w:num w:numId="13" w16cid:durableId="336856816">
    <w:abstractNumId w:val="25"/>
  </w:num>
  <w:num w:numId="14" w16cid:durableId="2105416397">
    <w:abstractNumId w:val="26"/>
  </w:num>
  <w:num w:numId="15" w16cid:durableId="2066683062">
    <w:abstractNumId w:val="29"/>
  </w:num>
  <w:num w:numId="16" w16cid:durableId="1554149488">
    <w:abstractNumId w:val="13"/>
    <w:lvlOverride w:ilvl="0">
      <w:startOverride w:val="1"/>
    </w:lvlOverride>
  </w:num>
  <w:num w:numId="17" w16cid:durableId="1763066575">
    <w:abstractNumId w:val="13"/>
    <w:lvlOverride w:ilvl="0">
      <w:startOverride w:val="1"/>
    </w:lvlOverride>
  </w:num>
  <w:num w:numId="18" w16cid:durableId="35543463">
    <w:abstractNumId w:val="13"/>
    <w:lvlOverride w:ilvl="0">
      <w:startOverride w:val="1"/>
    </w:lvlOverride>
  </w:num>
  <w:num w:numId="19" w16cid:durableId="1758863697">
    <w:abstractNumId w:val="18"/>
  </w:num>
  <w:num w:numId="20" w16cid:durableId="404763954">
    <w:abstractNumId w:val="15"/>
  </w:num>
  <w:num w:numId="21" w16cid:durableId="13967631">
    <w:abstractNumId w:val="23"/>
  </w:num>
  <w:num w:numId="22" w16cid:durableId="1386754271">
    <w:abstractNumId w:val="20"/>
  </w:num>
  <w:num w:numId="23" w16cid:durableId="1201363915">
    <w:abstractNumId w:val="23"/>
  </w:num>
  <w:num w:numId="24" w16cid:durableId="1370763892">
    <w:abstractNumId w:val="23"/>
  </w:num>
  <w:num w:numId="25" w16cid:durableId="2096248412">
    <w:abstractNumId w:val="33"/>
  </w:num>
  <w:num w:numId="26" w16cid:durableId="519203144">
    <w:abstractNumId w:val="23"/>
  </w:num>
  <w:num w:numId="27" w16cid:durableId="1311597086">
    <w:abstractNumId w:val="14"/>
  </w:num>
  <w:num w:numId="28" w16cid:durableId="1580286453">
    <w:abstractNumId w:val="19"/>
  </w:num>
  <w:num w:numId="29" w16cid:durableId="806170112">
    <w:abstractNumId w:val="10"/>
  </w:num>
  <w:num w:numId="30" w16cid:durableId="1434671477">
    <w:abstractNumId w:val="24"/>
  </w:num>
  <w:num w:numId="31" w16cid:durableId="531504618">
    <w:abstractNumId w:val="23"/>
  </w:num>
  <w:num w:numId="32" w16cid:durableId="932779870">
    <w:abstractNumId w:val="21"/>
  </w:num>
  <w:num w:numId="33" w16cid:durableId="2098286148">
    <w:abstractNumId w:val="32"/>
  </w:num>
  <w:num w:numId="34" w16cid:durableId="1155415035">
    <w:abstractNumId w:val="27"/>
  </w:num>
  <w:num w:numId="35" w16cid:durableId="313530964">
    <w:abstractNumId w:val="22"/>
  </w:num>
  <w:num w:numId="36" w16cid:durableId="1091703817">
    <w:abstractNumId w:val="28"/>
  </w:num>
  <w:num w:numId="37" w16cid:durableId="1264260674">
    <w:abstractNumId w:val="16"/>
  </w:num>
  <w:num w:numId="38" w16cid:durableId="1377317443">
    <w:abstractNumId w:val="9"/>
  </w:num>
  <w:num w:numId="39" w16cid:durableId="1338731673">
    <w:abstractNumId w:val="31"/>
  </w:num>
  <w:num w:numId="40" w16cid:durableId="226763259">
    <w:abstractNumId w:val="23"/>
  </w:num>
  <w:num w:numId="41" w16cid:durableId="1717699612">
    <w:abstractNumId w:val="30"/>
  </w:num>
  <w:num w:numId="42" w16cid:durableId="378819419">
    <w:abstractNumId w:val="17"/>
  </w:num>
  <w:num w:numId="43" w16cid:durableId="1016539778">
    <w:abstractNumId w:val="1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669C"/>
    <w:rsid w:val="00012FAF"/>
    <w:rsid w:val="00017DAC"/>
    <w:rsid w:val="0002074B"/>
    <w:rsid w:val="00020CBD"/>
    <w:rsid w:val="000267E4"/>
    <w:rsid w:val="00030631"/>
    <w:rsid w:val="00034616"/>
    <w:rsid w:val="000362AB"/>
    <w:rsid w:val="00041BFD"/>
    <w:rsid w:val="000426AD"/>
    <w:rsid w:val="00054C39"/>
    <w:rsid w:val="00057574"/>
    <w:rsid w:val="00057BA3"/>
    <w:rsid w:val="0006063C"/>
    <w:rsid w:val="00063AC7"/>
    <w:rsid w:val="000655D6"/>
    <w:rsid w:val="00067A06"/>
    <w:rsid w:val="00076406"/>
    <w:rsid w:val="0007683E"/>
    <w:rsid w:val="000824F9"/>
    <w:rsid w:val="0009619C"/>
    <w:rsid w:val="000A1CBD"/>
    <w:rsid w:val="000A1EAF"/>
    <w:rsid w:val="000D1B07"/>
    <w:rsid w:val="000D2BA2"/>
    <w:rsid w:val="000E72DB"/>
    <w:rsid w:val="000F7091"/>
    <w:rsid w:val="00101A4E"/>
    <w:rsid w:val="00101DB3"/>
    <w:rsid w:val="00104EA6"/>
    <w:rsid w:val="00107EBD"/>
    <w:rsid w:val="00112D35"/>
    <w:rsid w:val="00120085"/>
    <w:rsid w:val="00120986"/>
    <w:rsid w:val="00131BD5"/>
    <w:rsid w:val="0015074B"/>
    <w:rsid w:val="0015215F"/>
    <w:rsid w:val="00154B2F"/>
    <w:rsid w:val="00157628"/>
    <w:rsid w:val="00157ED9"/>
    <w:rsid w:val="00163DA8"/>
    <w:rsid w:val="00172299"/>
    <w:rsid w:val="0017424F"/>
    <w:rsid w:val="00176F19"/>
    <w:rsid w:val="00182B1F"/>
    <w:rsid w:val="00195E7B"/>
    <w:rsid w:val="001A1D99"/>
    <w:rsid w:val="001A3D4D"/>
    <w:rsid w:val="001A5499"/>
    <w:rsid w:val="001A66E3"/>
    <w:rsid w:val="001B0F6C"/>
    <w:rsid w:val="001B1CAB"/>
    <w:rsid w:val="001B7B3D"/>
    <w:rsid w:val="001C1F93"/>
    <w:rsid w:val="001C329B"/>
    <w:rsid w:val="001D4E25"/>
    <w:rsid w:val="001E49D8"/>
    <w:rsid w:val="001F0632"/>
    <w:rsid w:val="001F4525"/>
    <w:rsid w:val="002009AF"/>
    <w:rsid w:val="00207E76"/>
    <w:rsid w:val="00214915"/>
    <w:rsid w:val="00221781"/>
    <w:rsid w:val="0022460C"/>
    <w:rsid w:val="0022717C"/>
    <w:rsid w:val="00227977"/>
    <w:rsid w:val="00236249"/>
    <w:rsid w:val="00266611"/>
    <w:rsid w:val="0028126A"/>
    <w:rsid w:val="00283453"/>
    <w:rsid w:val="00287641"/>
    <w:rsid w:val="00287703"/>
    <w:rsid w:val="00293EF9"/>
    <w:rsid w:val="00295BA5"/>
    <w:rsid w:val="0029639D"/>
    <w:rsid w:val="002A26D8"/>
    <w:rsid w:val="002A2E5B"/>
    <w:rsid w:val="002B386C"/>
    <w:rsid w:val="002B4273"/>
    <w:rsid w:val="002B4533"/>
    <w:rsid w:val="002B49D5"/>
    <w:rsid w:val="002B5323"/>
    <w:rsid w:val="002B6B0E"/>
    <w:rsid w:val="002B7166"/>
    <w:rsid w:val="002B73ED"/>
    <w:rsid w:val="002C0E3B"/>
    <w:rsid w:val="002C1213"/>
    <w:rsid w:val="002C663A"/>
    <w:rsid w:val="002C7224"/>
    <w:rsid w:val="002D5081"/>
    <w:rsid w:val="002E0C29"/>
    <w:rsid w:val="002E1D54"/>
    <w:rsid w:val="002F42BE"/>
    <w:rsid w:val="002F7CC4"/>
    <w:rsid w:val="002F7E96"/>
    <w:rsid w:val="003061D8"/>
    <w:rsid w:val="00312327"/>
    <w:rsid w:val="00315286"/>
    <w:rsid w:val="00326862"/>
    <w:rsid w:val="00326F90"/>
    <w:rsid w:val="00327DF9"/>
    <w:rsid w:val="00344FC2"/>
    <w:rsid w:val="00347865"/>
    <w:rsid w:val="003505F7"/>
    <w:rsid w:val="003543CF"/>
    <w:rsid w:val="0037404C"/>
    <w:rsid w:val="00376DBA"/>
    <w:rsid w:val="0038189F"/>
    <w:rsid w:val="003A1549"/>
    <w:rsid w:val="003B3B67"/>
    <w:rsid w:val="003B708A"/>
    <w:rsid w:val="003C1791"/>
    <w:rsid w:val="003C2670"/>
    <w:rsid w:val="003C4AF8"/>
    <w:rsid w:val="003D4308"/>
    <w:rsid w:val="003D5C21"/>
    <w:rsid w:val="003D60B6"/>
    <w:rsid w:val="003E7746"/>
    <w:rsid w:val="003E7D21"/>
    <w:rsid w:val="003F0BC2"/>
    <w:rsid w:val="003F6129"/>
    <w:rsid w:val="0040394F"/>
    <w:rsid w:val="0040688A"/>
    <w:rsid w:val="00410707"/>
    <w:rsid w:val="004122C7"/>
    <w:rsid w:val="00412E05"/>
    <w:rsid w:val="00427385"/>
    <w:rsid w:val="00434D2B"/>
    <w:rsid w:val="00436641"/>
    <w:rsid w:val="00442BA0"/>
    <w:rsid w:val="00443994"/>
    <w:rsid w:val="00443A39"/>
    <w:rsid w:val="004553ED"/>
    <w:rsid w:val="00460A00"/>
    <w:rsid w:val="00460FEE"/>
    <w:rsid w:val="00463E5F"/>
    <w:rsid w:val="00466751"/>
    <w:rsid w:val="00470DE9"/>
    <w:rsid w:val="00473813"/>
    <w:rsid w:val="00473F9E"/>
    <w:rsid w:val="0047596A"/>
    <w:rsid w:val="00482FA6"/>
    <w:rsid w:val="0048508F"/>
    <w:rsid w:val="004859D1"/>
    <w:rsid w:val="0049461E"/>
    <w:rsid w:val="00494DC2"/>
    <w:rsid w:val="00497AF1"/>
    <w:rsid w:val="004A0560"/>
    <w:rsid w:val="004A26C0"/>
    <w:rsid w:val="004A4A0F"/>
    <w:rsid w:val="004D603A"/>
    <w:rsid w:val="004E1FCA"/>
    <w:rsid w:val="004E36E6"/>
    <w:rsid w:val="004E500A"/>
    <w:rsid w:val="004E6C7F"/>
    <w:rsid w:val="004F0246"/>
    <w:rsid w:val="004F12DE"/>
    <w:rsid w:val="004F1B70"/>
    <w:rsid w:val="004F3F33"/>
    <w:rsid w:val="004F705A"/>
    <w:rsid w:val="0050365A"/>
    <w:rsid w:val="00505F20"/>
    <w:rsid w:val="00511407"/>
    <w:rsid w:val="0051265C"/>
    <w:rsid w:val="00512730"/>
    <w:rsid w:val="005138B7"/>
    <w:rsid w:val="00515902"/>
    <w:rsid w:val="00520A37"/>
    <w:rsid w:val="00541AC1"/>
    <w:rsid w:val="00541BC6"/>
    <w:rsid w:val="005421EB"/>
    <w:rsid w:val="00543B3D"/>
    <w:rsid w:val="00546545"/>
    <w:rsid w:val="00551552"/>
    <w:rsid w:val="00553536"/>
    <w:rsid w:val="00555E40"/>
    <w:rsid w:val="00566243"/>
    <w:rsid w:val="0056699C"/>
    <w:rsid w:val="00567B14"/>
    <w:rsid w:val="00577784"/>
    <w:rsid w:val="00591C25"/>
    <w:rsid w:val="00591D98"/>
    <w:rsid w:val="005A4545"/>
    <w:rsid w:val="005B013D"/>
    <w:rsid w:val="005B74E1"/>
    <w:rsid w:val="005C0542"/>
    <w:rsid w:val="005C3199"/>
    <w:rsid w:val="005D1E42"/>
    <w:rsid w:val="005E2E8E"/>
    <w:rsid w:val="005E380A"/>
    <w:rsid w:val="005F4299"/>
    <w:rsid w:val="005F44B9"/>
    <w:rsid w:val="00600DEF"/>
    <w:rsid w:val="00603019"/>
    <w:rsid w:val="00604CAE"/>
    <w:rsid w:val="006062FC"/>
    <w:rsid w:val="00607717"/>
    <w:rsid w:val="006127A0"/>
    <w:rsid w:val="006177AB"/>
    <w:rsid w:val="0062008A"/>
    <w:rsid w:val="006431CF"/>
    <w:rsid w:val="00644F4F"/>
    <w:rsid w:val="00647470"/>
    <w:rsid w:val="00666709"/>
    <w:rsid w:val="00677FBA"/>
    <w:rsid w:val="00680CD0"/>
    <w:rsid w:val="0068544B"/>
    <w:rsid w:val="00693724"/>
    <w:rsid w:val="006962B2"/>
    <w:rsid w:val="00697681"/>
    <w:rsid w:val="006B26B4"/>
    <w:rsid w:val="006C1D07"/>
    <w:rsid w:val="006C3A8E"/>
    <w:rsid w:val="006D71F5"/>
    <w:rsid w:val="006E0D51"/>
    <w:rsid w:val="006E12E4"/>
    <w:rsid w:val="006E48FA"/>
    <w:rsid w:val="006E67BD"/>
    <w:rsid w:val="006F6F4F"/>
    <w:rsid w:val="006F72F9"/>
    <w:rsid w:val="0070023E"/>
    <w:rsid w:val="00700412"/>
    <w:rsid w:val="00701882"/>
    <w:rsid w:val="0070201A"/>
    <w:rsid w:val="00705D12"/>
    <w:rsid w:val="0071186E"/>
    <w:rsid w:val="007137EA"/>
    <w:rsid w:val="00713FF8"/>
    <w:rsid w:val="00714715"/>
    <w:rsid w:val="00721C1B"/>
    <w:rsid w:val="00721C9C"/>
    <w:rsid w:val="0073045A"/>
    <w:rsid w:val="0073300C"/>
    <w:rsid w:val="00735746"/>
    <w:rsid w:val="007411D4"/>
    <w:rsid w:val="0075158B"/>
    <w:rsid w:val="00754684"/>
    <w:rsid w:val="007706B7"/>
    <w:rsid w:val="007712F3"/>
    <w:rsid w:val="00772677"/>
    <w:rsid w:val="00774A84"/>
    <w:rsid w:val="00783305"/>
    <w:rsid w:val="00787A32"/>
    <w:rsid w:val="00792B05"/>
    <w:rsid w:val="0079458D"/>
    <w:rsid w:val="007A0AAC"/>
    <w:rsid w:val="007B1D0A"/>
    <w:rsid w:val="007B38CC"/>
    <w:rsid w:val="007B6217"/>
    <w:rsid w:val="007C1586"/>
    <w:rsid w:val="007C1F12"/>
    <w:rsid w:val="007D089B"/>
    <w:rsid w:val="007D240C"/>
    <w:rsid w:val="007D3F58"/>
    <w:rsid w:val="007D63B6"/>
    <w:rsid w:val="007F0240"/>
    <w:rsid w:val="007F572D"/>
    <w:rsid w:val="0080103D"/>
    <w:rsid w:val="00806115"/>
    <w:rsid w:val="00806408"/>
    <w:rsid w:val="00811270"/>
    <w:rsid w:val="008357BE"/>
    <w:rsid w:val="00835C79"/>
    <w:rsid w:val="0084569E"/>
    <w:rsid w:val="00851019"/>
    <w:rsid w:val="00856FFC"/>
    <w:rsid w:val="00857693"/>
    <w:rsid w:val="00874A69"/>
    <w:rsid w:val="0088507E"/>
    <w:rsid w:val="00895568"/>
    <w:rsid w:val="0089624B"/>
    <w:rsid w:val="00896753"/>
    <w:rsid w:val="008A0161"/>
    <w:rsid w:val="008A2C82"/>
    <w:rsid w:val="008A74BC"/>
    <w:rsid w:val="008B7B39"/>
    <w:rsid w:val="008C2313"/>
    <w:rsid w:val="008C6D36"/>
    <w:rsid w:val="008D3AF3"/>
    <w:rsid w:val="008E3D91"/>
    <w:rsid w:val="008E7923"/>
    <w:rsid w:val="008F5D11"/>
    <w:rsid w:val="009048A8"/>
    <w:rsid w:val="00904A63"/>
    <w:rsid w:val="00907DC6"/>
    <w:rsid w:val="00940DC0"/>
    <w:rsid w:val="00942394"/>
    <w:rsid w:val="009430C1"/>
    <w:rsid w:val="00943C1C"/>
    <w:rsid w:val="00946054"/>
    <w:rsid w:val="00954B6A"/>
    <w:rsid w:val="00970715"/>
    <w:rsid w:val="00976875"/>
    <w:rsid w:val="00992509"/>
    <w:rsid w:val="009A03E8"/>
    <w:rsid w:val="009B4E1E"/>
    <w:rsid w:val="009C1E6C"/>
    <w:rsid w:val="009C1EA0"/>
    <w:rsid w:val="009C1F5F"/>
    <w:rsid w:val="009C36B8"/>
    <w:rsid w:val="009C484B"/>
    <w:rsid w:val="009C5076"/>
    <w:rsid w:val="009D2A4D"/>
    <w:rsid w:val="009D43B1"/>
    <w:rsid w:val="009E050E"/>
    <w:rsid w:val="009F0BAF"/>
    <w:rsid w:val="009F3D7F"/>
    <w:rsid w:val="009F70B0"/>
    <w:rsid w:val="00A026A5"/>
    <w:rsid w:val="00A02A71"/>
    <w:rsid w:val="00A17CF6"/>
    <w:rsid w:val="00A25FEB"/>
    <w:rsid w:val="00A35BE5"/>
    <w:rsid w:val="00A36B39"/>
    <w:rsid w:val="00A46990"/>
    <w:rsid w:val="00A55516"/>
    <w:rsid w:val="00A6121C"/>
    <w:rsid w:val="00A6227D"/>
    <w:rsid w:val="00A7132D"/>
    <w:rsid w:val="00A7535F"/>
    <w:rsid w:val="00A81D2E"/>
    <w:rsid w:val="00A86A97"/>
    <w:rsid w:val="00AA1D8D"/>
    <w:rsid w:val="00AB46D6"/>
    <w:rsid w:val="00AE0134"/>
    <w:rsid w:val="00AE2E25"/>
    <w:rsid w:val="00AE79AE"/>
    <w:rsid w:val="00AF4EA6"/>
    <w:rsid w:val="00B058DA"/>
    <w:rsid w:val="00B11641"/>
    <w:rsid w:val="00B211CA"/>
    <w:rsid w:val="00B2318B"/>
    <w:rsid w:val="00B24A01"/>
    <w:rsid w:val="00B27D51"/>
    <w:rsid w:val="00B31212"/>
    <w:rsid w:val="00B33E11"/>
    <w:rsid w:val="00B347B2"/>
    <w:rsid w:val="00B37874"/>
    <w:rsid w:val="00B43A35"/>
    <w:rsid w:val="00B47730"/>
    <w:rsid w:val="00B52600"/>
    <w:rsid w:val="00B53093"/>
    <w:rsid w:val="00B53289"/>
    <w:rsid w:val="00B61C55"/>
    <w:rsid w:val="00B721DD"/>
    <w:rsid w:val="00B72910"/>
    <w:rsid w:val="00B7403A"/>
    <w:rsid w:val="00B82542"/>
    <w:rsid w:val="00B86478"/>
    <w:rsid w:val="00B9056E"/>
    <w:rsid w:val="00B935CE"/>
    <w:rsid w:val="00B9434D"/>
    <w:rsid w:val="00BA39ED"/>
    <w:rsid w:val="00BB21E4"/>
    <w:rsid w:val="00BB30D4"/>
    <w:rsid w:val="00BB331E"/>
    <w:rsid w:val="00BC2B59"/>
    <w:rsid w:val="00BD2D2F"/>
    <w:rsid w:val="00BD3A5C"/>
    <w:rsid w:val="00BD4FC7"/>
    <w:rsid w:val="00BD626A"/>
    <w:rsid w:val="00BD6387"/>
    <w:rsid w:val="00BE015E"/>
    <w:rsid w:val="00BE2608"/>
    <w:rsid w:val="00BE2C7F"/>
    <w:rsid w:val="00BE7407"/>
    <w:rsid w:val="00BF4C56"/>
    <w:rsid w:val="00BF6AC9"/>
    <w:rsid w:val="00C01F66"/>
    <w:rsid w:val="00C0365E"/>
    <w:rsid w:val="00C04C9E"/>
    <w:rsid w:val="00C12857"/>
    <w:rsid w:val="00C2038A"/>
    <w:rsid w:val="00C20AD7"/>
    <w:rsid w:val="00C24CC9"/>
    <w:rsid w:val="00C31414"/>
    <w:rsid w:val="00C33B12"/>
    <w:rsid w:val="00C34CC6"/>
    <w:rsid w:val="00C4075F"/>
    <w:rsid w:val="00C42E99"/>
    <w:rsid w:val="00C45968"/>
    <w:rsid w:val="00C502F0"/>
    <w:rsid w:val="00C541C2"/>
    <w:rsid w:val="00C715D0"/>
    <w:rsid w:val="00C76E74"/>
    <w:rsid w:val="00C92C1B"/>
    <w:rsid w:val="00C94808"/>
    <w:rsid w:val="00C94820"/>
    <w:rsid w:val="00CB0664"/>
    <w:rsid w:val="00CD3FAF"/>
    <w:rsid w:val="00CD7EF2"/>
    <w:rsid w:val="00CE546A"/>
    <w:rsid w:val="00CE7D12"/>
    <w:rsid w:val="00CF0DBD"/>
    <w:rsid w:val="00CF5DFA"/>
    <w:rsid w:val="00D107D9"/>
    <w:rsid w:val="00D20C9E"/>
    <w:rsid w:val="00D20FAB"/>
    <w:rsid w:val="00D27345"/>
    <w:rsid w:val="00D4301C"/>
    <w:rsid w:val="00D52F18"/>
    <w:rsid w:val="00D536AE"/>
    <w:rsid w:val="00D67211"/>
    <w:rsid w:val="00D70B63"/>
    <w:rsid w:val="00D77A02"/>
    <w:rsid w:val="00D82E86"/>
    <w:rsid w:val="00D83041"/>
    <w:rsid w:val="00D8741D"/>
    <w:rsid w:val="00D9128F"/>
    <w:rsid w:val="00D95896"/>
    <w:rsid w:val="00D96A10"/>
    <w:rsid w:val="00DA2ADC"/>
    <w:rsid w:val="00DB0593"/>
    <w:rsid w:val="00DB6EE2"/>
    <w:rsid w:val="00DC318F"/>
    <w:rsid w:val="00DC3D56"/>
    <w:rsid w:val="00DC6427"/>
    <w:rsid w:val="00DD06C8"/>
    <w:rsid w:val="00DD479B"/>
    <w:rsid w:val="00DF0789"/>
    <w:rsid w:val="00DF3D1B"/>
    <w:rsid w:val="00E00ACD"/>
    <w:rsid w:val="00E027C3"/>
    <w:rsid w:val="00E035B7"/>
    <w:rsid w:val="00E33515"/>
    <w:rsid w:val="00E44EDC"/>
    <w:rsid w:val="00E46DDC"/>
    <w:rsid w:val="00E5211C"/>
    <w:rsid w:val="00E61F07"/>
    <w:rsid w:val="00E6249E"/>
    <w:rsid w:val="00E64C1D"/>
    <w:rsid w:val="00E75528"/>
    <w:rsid w:val="00E972E2"/>
    <w:rsid w:val="00EA0BE5"/>
    <w:rsid w:val="00EA6BB6"/>
    <w:rsid w:val="00EB35BA"/>
    <w:rsid w:val="00EC1F78"/>
    <w:rsid w:val="00EC46F9"/>
    <w:rsid w:val="00ED03C7"/>
    <w:rsid w:val="00ED2995"/>
    <w:rsid w:val="00ED47BC"/>
    <w:rsid w:val="00EE51AA"/>
    <w:rsid w:val="00EE51E7"/>
    <w:rsid w:val="00EE604D"/>
    <w:rsid w:val="00EF0F35"/>
    <w:rsid w:val="00EF4500"/>
    <w:rsid w:val="00EF45BF"/>
    <w:rsid w:val="00EF7C05"/>
    <w:rsid w:val="00F066FD"/>
    <w:rsid w:val="00F221AA"/>
    <w:rsid w:val="00F3630A"/>
    <w:rsid w:val="00F45501"/>
    <w:rsid w:val="00F46D5C"/>
    <w:rsid w:val="00F55348"/>
    <w:rsid w:val="00F609AD"/>
    <w:rsid w:val="00F61787"/>
    <w:rsid w:val="00F62847"/>
    <w:rsid w:val="00F67A11"/>
    <w:rsid w:val="00F70131"/>
    <w:rsid w:val="00F706BD"/>
    <w:rsid w:val="00F73BE4"/>
    <w:rsid w:val="00F764A8"/>
    <w:rsid w:val="00F76B43"/>
    <w:rsid w:val="00F935D1"/>
    <w:rsid w:val="00F95378"/>
    <w:rsid w:val="00F96D8B"/>
    <w:rsid w:val="00F9745D"/>
    <w:rsid w:val="00FB34A4"/>
    <w:rsid w:val="00FC175D"/>
    <w:rsid w:val="00FC3CEF"/>
    <w:rsid w:val="00FC693F"/>
    <w:rsid w:val="00FD1073"/>
    <w:rsid w:val="00FD7AE3"/>
    <w:rsid w:val="00FE3324"/>
    <w:rsid w:val="00FE3360"/>
    <w:rsid w:val="00FF1962"/>
    <w:rsid w:val="00FF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C4A5280"/>
  <w14:defaultImageDpi w14:val="300"/>
  <w15:docId w15:val="{9AC6D441-1498-7444-84C0-DC17B1DCA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65E"/>
    <w:rPr>
      <w:rFonts w:asciiTheme="majorHAnsi" w:hAnsiTheme="majorHAnsi"/>
    </w:rPr>
  </w:style>
  <w:style w:type="paragraph" w:styleId="Titre1">
    <w:name w:val="heading 1"/>
    <w:basedOn w:val="Paragraphedeliste"/>
    <w:next w:val="Normal"/>
    <w:link w:val="Titre1Car"/>
    <w:uiPriority w:val="9"/>
    <w:qFormat/>
    <w:rsid w:val="00F76B43"/>
    <w:pPr>
      <w:numPr>
        <w:numId w:val="10"/>
      </w:numPr>
      <w:shd w:val="clear" w:color="auto" w:fill="31849B" w:themeFill="accent5" w:themeFillShade="BF"/>
      <w:spacing w:before="240" w:after="160" w:line="259" w:lineRule="auto"/>
      <w:contextualSpacing w:val="0"/>
      <w:outlineLvl w:val="0"/>
    </w:pPr>
    <w:rPr>
      <w:rFonts w:eastAsiaTheme="minorHAnsi" w:cs="Arial (Corps CS)"/>
      <w:b/>
      <w:bCs/>
      <w:caps/>
      <w:color w:val="FFFFFF" w:themeColor="background1"/>
      <w:sz w:val="24"/>
      <w:szCs w:val="24"/>
    </w:rPr>
  </w:style>
  <w:style w:type="paragraph" w:styleId="Titre2">
    <w:name w:val="heading 2"/>
    <w:basedOn w:val="Titre1"/>
    <w:next w:val="Normal"/>
    <w:link w:val="Titre2Car"/>
    <w:uiPriority w:val="9"/>
    <w:unhideWhenUsed/>
    <w:qFormat/>
    <w:rsid w:val="00F76B43"/>
    <w:pPr>
      <w:numPr>
        <w:ilvl w:val="1"/>
      </w:numPr>
      <w:shd w:val="clear" w:color="auto" w:fill="auto"/>
      <w:outlineLvl w:val="1"/>
    </w:pPr>
    <w:rPr>
      <w:bCs w:val="0"/>
      <w:caps w:val="0"/>
      <w:smallCaps/>
      <w:color w:val="31849B" w:themeColor="accent5" w:themeShade="BF"/>
    </w:rPr>
  </w:style>
  <w:style w:type="paragraph" w:styleId="Titre3">
    <w:name w:val="heading 3"/>
    <w:basedOn w:val="Titre2"/>
    <w:next w:val="Normal"/>
    <w:link w:val="Titre3Car"/>
    <w:uiPriority w:val="9"/>
    <w:unhideWhenUsed/>
    <w:qFormat/>
    <w:rsid w:val="00207E76"/>
    <w:pPr>
      <w:numPr>
        <w:ilvl w:val="2"/>
      </w:numPr>
      <w:outlineLvl w:val="2"/>
    </w:pPr>
    <w:rPr>
      <w:i/>
      <w:iCs/>
      <w:sz w:val="22"/>
      <w:szCs w:val="22"/>
    </w:rPr>
  </w:style>
  <w:style w:type="paragraph" w:styleId="Titre4">
    <w:name w:val="heading 4"/>
    <w:basedOn w:val="Titre3"/>
    <w:next w:val="Normal"/>
    <w:link w:val="Titre4Car"/>
    <w:uiPriority w:val="9"/>
    <w:unhideWhenUsed/>
    <w:qFormat/>
    <w:rsid w:val="00207E76"/>
    <w:pPr>
      <w:numPr>
        <w:ilvl w:val="3"/>
      </w:numPr>
      <w:outlineLvl w:val="3"/>
    </w:pPr>
    <w:rPr>
      <w:b w:val="0"/>
    </w:rPr>
  </w:style>
  <w:style w:type="paragraph" w:styleId="Titre5">
    <w:name w:val="heading 5"/>
    <w:basedOn w:val="Titre4"/>
    <w:next w:val="Normal"/>
    <w:link w:val="Titre5Car"/>
    <w:uiPriority w:val="9"/>
    <w:unhideWhenUsed/>
    <w:qFormat/>
    <w:rsid w:val="00207E76"/>
    <w:pPr>
      <w:numPr>
        <w:ilvl w:val="4"/>
      </w:numPr>
      <w:outlineLvl w:val="4"/>
    </w:pPr>
    <w:rPr>
      <w:color w:val="auto"/>
      <w:sz w:val="20"/>
      <w:szCs w:val="20"/>
    </w:rPr>
  </w:style>
  <w:style w:type="paragraph" w:styleId="Titre6">
    <w:name w:val="heading 6"/>
    <w:basedOn w:val="Titre5"/>
    <w:next w:val="Normal"/>
    <w:link w:val="Titre6Car"/>
    <w:uiPriority w:val="9"/>
    <w:unhideWhenUsed/>
    <w:qFormat/>
    <w:rsid w:val="00207E76"/>
    <w:pPr>
      <w:numPr>
        <w:ilvl w:val="5"/>
      </w:numPr>
      <w:outlineLvl w:val="5"/>
    </w:pPr>
    <w:rPr>
      <w:u w:val="single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FC693F"/>
    <w:pPr>
      <w:keepNext/>
      <w:keepLines/>
      <w:spacing w:before="200" w:after="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F76B43"/>
    <w:pPr>
      <w:keepNext/>
      <w:keepLines/>
      <w:spacing w:before="200" w:after="0"/>
      <w:outlineLvl w:val="7"/>
    </w:pPr>
    <w:rPr>
      <w:rFonts w:eastAsiaTheme="majorEastAsia" w:cstheme="majorBidi"/>
      <w:color w:val="31849B" w:themeColor="accent5" w:themeShade="BF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618BF"/>
  </w:style>
  <w:style w:type="paragraph" w:styleId="Pieddepage">
    <w:name w:val="footer"/>
    <w:basedOn w:val="Normal"/>
    <w:link w:val="Pieddepage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618BF"/>
  </w:style>
  <w:style w:type="paragraph" w:styleId="Sansinterligne">
    <w:name w:val="No Spacing"/>
    <w:uiPriority w:val="1"/>
    <w:qFormat/>
    <w:rsid w:val="00FC693F"/>
    <w:pPr>
      <w:spacing w:after="0" w:line="240" w:lineRule="auto"/>
    </w:pPr>
  </w:style>
  <w:style w:type="character" w:customStyle="1" w:styleId="Titre1Car">
    <w:name w:val="Titre 1 Car"/>
    <w:basedOn w:val="Policepardfaut"/>
    <w:link w:val="Titre1"/>
    <w:uiPriority w:val="9"/>
    <w:rsid w:val="00F76B43"/>
    <w:rPr>
      <w:rFonts w:asciiTheme="majorHAnsi" w:eastAsiaTheme="minorHAnsi" w:hAnsiTheme="majorHAnsi" w:cs="Arial (Corps CS)"/>
      <w:b/>
      <w:bCs/>
      <w:caps/>
      <w:color w:val="FFFFFF" w:themeColor="background1"/>
      <w:sz w:val="24"/>
      <w:szCs w:val="24"/>
      <w:shd w:val="clear" w:color="auto" w:fill="31849B" w:themeFill="accent5" w:themeFillShade="BF"/>
    </w:rPr>
  </w:style>
  <w:style w:type="character" w:customStyle="1" w:styleId="Titre2Car">
    <w:name w:val="Titre 2 Car"/>
    <w:basedOn w:val="Policepardfaut"/>
    <w:link w:val="Titre2"/>
    <w:uiPriority w:val="9"/>
    <w:rsid w:val="00F76B43"/>
    <w:rPr>
      <w:rFonts w:asciiTheme="majorHAnsi" w:eastAsiaTheme="minorHAnsi" w:hAnsiTheme="majorHAnsi" w:cs="Arial (Corps CS)"/>
      <w:b/>
      <w:smallCaps/>
      <w:color w:val="31849B" w:themeColor="accent5" w:themeShade="BF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9C1F5F"/>
    <w:rPr>
      <w:rFonts w:asciiTheme="majorHAnsi" w:eastAsiaTheme="minorHAnsi" w:hAnsiTheme="majorHAnsi" w:cs="Arial (Corps CS)"/>
      <w:b/>
      <w:i/>
      <w:iCs/>
      <w:smallCaps/>
      <w:color w:val="31849B" w:themeColor="accent5" w:themeShade="BF"/>
    </w:rPr>
  </w:style>
  <w:style w:type="paragraph" w:styleId="Titre">
    <w:name w:val="Title"/>
    <w:basedOn w:val="Normal"/>
    <w:next w:val="Normal"/>
    <w:link w:val="Titre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76B43"/>
    <w:pPr>
      <w:numPr>
        <w:ilvl w:val="1"/>
      </w:numPr>
    </w:pPr>
    <w:rPr>
      <w:rFonts w:eastAsiaTheme="majorEastAsia" w:cstheme="majorBidi"/>
      <w:i/>
      <w:iCs/>
      <w:color w:val="E36C0A" w:themeColor="accent6" w:themeShade="BF"/>
      <w:spacing w:val="15"/>
      <w:sz w:val="24"/>
      <w:szCs w:val="24"/>
    </w:rPr>
  </w:style>
  <w:style w:type="character" w:customStyle="1" w:styleId="Sous-titreCar">
    <w:name w:val="Sous-titre Car"/>
    <w:basedOn w:val="Policepardfaut"/>
    <w:link w:val="Sous-titre"/>
    <w:uiPriority w:val="11"/>
    <w:rsid w:val="00F76B43"/>
    <w:rPr>
      <w:rFonts w:asciiTheme="majorHAnsi" w:eastAsiaTheme="majorEastAsia" w:hAnsiTheme="majorHAnsi" w:cstheme="majorBidi"/>
      <w:i/>
      <w:iCs/>
      <w:color w:val="E36C0A" w:themeColor="accent6" w:themeShade="BF"/>
      <w:spacing w:val="15"/>
      <w:sz w:val="24"/>
      <w:szCs w:val="24"/>
    </w:rPr>
  </w:style>
  <w:style w:type="paragraph" w:styleId="Paragraphedeliste">
    <w:name w:val="List Paragraph"/>
    <w:aliases w:val="ParagrapheLEXSI,Titre 1 Car1,armelle Car,Liste puces 2,Paragraphe de liste1,1er niveau,Liste puces 21,Paragraphe de liste11,1er niveau1,Liste puces 22,Paragraphe de liste12,1er niveau2,Liste puces 23,Paragraphe de liste13,1er niveau3"/>
    <w:basedOn w:val="Normal"/>
    <w:link w:val="ParagraphedelisteCar"/>
    <w:uiPriority w:val="1"/>
    <w:qFormat/>
    <w:rsid w:val="00FC693F"/>
    <w:pPr>
      <w:ind w:left="720"/>
      <w:contextualSpacing/>
    </w:pPr>
  </w:style>
  <w:style w:type="paragraph" w:styleId="Corpsdetexte">
    <w:name w:val="Body Text"/>
    <w:basedOn w:val="Normal"/>
    <w:link w:val="CorpsdetexteCar"/>
    <w:uiPriority w:val="99"/>
    <w:unhideWhenUsed/>
    <w:rsid w:val="00AA1D8D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rsid w:val="00AA1D8D"/>
  </w:style>
  <w:style w:type="paragraph" w:styleId="Corpsdetexte2">
    <w:name w:val="Body Text 2"/>
    <w:basedOn w:val="Normal"/>
    <w:link w:val="Corpsdetexte2Car"/>
    <w:uiPriority w:val="99"/>
    <w:unhideWhenUsed/>
    <w:rsid w:val="00AA1D8D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rsid w:val="00AA1D8D"/>
  </w:style>
  <w:style w:type="paragraph" w:styleId="Corpsdetexte3">
    <w:name w:val="Body Text 3"/>
    <w:basedOn w:val="Normal"/>
    <w:link w:val="Corpsdetex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puc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puc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puc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edemacro">
    <w:name w:val="macro"/>
    <w:link w:val="Textede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edemacroCar">
    <w:name w:val="Texte de macro Car"/>
    <w:basedOn w:val="Policepardfaut"/>
    <w:link w:val="Textedemacro"/>
    <w:uiPriority w:val="99"/>
    <w:rsid w:val="0029639D"/>
    <w:rPr>
      <w:rFonts w:ascii="Courier" w:hAnsi="Courier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FC693F"/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FC693F"/>
    <w:rPr>
      <w:i/>
      <w:iCs/>
      <w:color w:val="000000" w:themeColor="text1"/>
    </w:rPr>
  </w:style>
  <w:style w:type="character" w:customStyle="1" w:styleId="Titre4Car">
    <w:name w:val="Titre 4 Car"/>
    <w:basedOn w:val="Policepardfaut"/>
    <w:link w:val="Titre4"/>
    <w:uiPriority w:val="9"/>
    <w:rsid w:val="00700412"/>
    <w:rPr>
      <w:rFonts w:asciiTheme="majorHAnsi" w:eastAsiaTheme="minorHAnsi" w:hAnsiTheme="majorHAnsi" w:cs="Arial (Corps CS)"/>
      <w:i/>
      <w:iCs/>
      <w:smallCaps/>
      <w:color w:val="31849B" w:themeColor="accent5" w:themeShade="BF"/>
    </w:rPr>
  </w:style>
  <w:style w:type="character" w:customStyle="1" w:styleId="Titre5Car">
    <w:name w:val="Titre 5 Car"/>
    <w:basedOn w:val="Policepardfaut"/>
    <w:link w:val="Titre5"/>
    <w:uiPriority w:val="9"/>
    <w:rsid w:val="00700412"/>
    <w:rPr>
      <w:rFonts w:asciiTheme="majorHAnsi" w:eastAsiaTheme="minorHAnsi" w:hAnsiTheme="majorHAnsi" w:cs="Arial (Corps CS)"/>
      <w:i/>
      <w:iCs/>
      <w:smallCaps/>
      <w:sz w:val="20"/>
      <w:szCs w:val="20"/>
    </w:rPr>
  </w:style>
  <w:style w:type="character" w:customStyle="1" w:styleId="Titre6Car">
    <w:name w:val="Titre 6 Car"/>
    <w:basedOn w:val="Policepardfaut"/>
    <w:link w:val="Titre6"/>
    <w:uiPriority w:val="9"/>
    <w:rsid w:val="009C1F5F"/>
    <w:rPr>
      <w:rFonts w:asciiTheme="majorHAnsi" w:eastAsiaTheme="minorHAnsi" w:hAnsiTheme="majorHAnsi" w:cs="Arial (Corps CS)"/>
      <w:i/>
      <w:iCs/>
      <w:smallCaps/>
      <w:sz w:val="20"/>
      <w:szCs w:val="20"/>
      <w:u w:val="single"/>
    </w:rPr>
  </w:style>
  <w:style w:type="character" w:customStyle="1" w:styleId="Titre7Car">
    <w:name w:val="Titre 7 Car"/>
    <w:basedOn w:val="Policepardfaut"/>
    <w:link w:val="Titre7"/>
    <w:uiPriority w:val="9"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re8Car">
    <w:name w:val="Titre 8 Car"/>
    <w:basedOn w:val="Policepardfaut"/>
    <w:link w:val="Titre8"/>
    <w:uiPriority w:val="9"/>
    <w:rsid w:val="00F76B43"/>
    <w:rPr>
      <w:rFonts w:asciiTheme="majorHAnsi" w:eastAsiaTheme="majorEastAsia" w:hAnsiTheme="majorHAnsi" w:cstheme="majorBidi"/>
      <w:color w:val="31849B" w:themeColor="accent5" w:themeShade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lev">
    <w:name w:val="Strong"/>
    <w:basedOn w:val="Policepardfaut"/>
    <w:uiPriority w:val="22"/>
    <w:qFormat/>
    <w:rsid w:val="00FC693F"/>
    <w:rPr>
      <w:b/>
      <w:bCs/>
    </w:rPr>
  </w:style>
  <w:style w:type="character" w:styleId="Accentuation">
    <w:name w:val="Emphasis"/>
    <w:basedOn w:val="Policepardfaut"/>
    <w:uiPriority w:val="20"/>
    <w:qFormat/>
    <w:rsid w:val="00FC693F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76B4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E36C0A" w:themeColor="accent6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76B43"/>
    <w:rPr>
      <w:rFonts w:asciiTheme="majorHAnsi" w:hAnsiTheme="majorHAnsi"/>
      <w:b/>
      <w:bCs/>
      <w:i/>
      <w:iCs/>
      <w:color w:val="E36C0A" w:themeColor="accent6" w:themeShade="BF"/>
    </w:rPr>
  </w:style>
  <w:style w:type="character" w:styleId="Accentuationlgre">
    <w:name w:val="Subtle Emphasis"/>
    <w:basedOn w:val="Policepardfaut"/>
    <w:uiPriority w:val="19"/>
    <w:qFormat/>
    <w:rsid w:val="00FC693F"/>
    <w:rPr>
      <w:i/>
      <w:iCs/>
      <w:color w:val="808080" w:themeColor="text1" w:themeTint="7F"/>
    </w:rPr>
  </w:style>
  <w:style w:type="character" w:styleId="Accentuationintense">
    <w:name w:val="Intense Emphasis"/>
    <w:basedOn w:val="Policepardfaut"/>
    <w:uiPriority w:val="21"/>
    <w:qFormat/>
    <w:rsid w:val="00F76B43"/>
    <w:rPr>
      <w:b/>
      <w:bCs/>
      <w:i/>
      <w:iCs/>
      <w:color w:val="31849B" w:themeColor="accent5" w:themeShade="BF"/>
    </w:rPr>
  </w:style>
  <w:style w:type="character" w:styleId="Rfrencelgre">
    <w:name w:val="Subtle Reference"/>
    <w:basedOn w:val="Policepardfaut"/>
    <w:uiPriority w:val="31"/>
    <w:qFormat/>
    <w:rsid w:val="00FC693F"/>
    <w:rPr>
      <w:smallCaps/>
      <w:color w:val="C0504D" w:themeColor="accent2"/>
      <w:u w:val="single"/>
    </w:rPr>
  </w:style>
  <w:style w:type="character" w:styleId="Rfrenceintense">
    <w:name w:val="Intense Reference"/>
    <w:basedOn w:val="Policepardfau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redulivre">
    <w:name w:val="Book Title"/>
    <w:basedOn w:val="Policepardfaut"/>
    <w:uiPriority w:val="33"/>
    <w:qFormat/>
    <w:rsid w:val="00FC693F"/>
    <w:rPr>
      <w:b/>
      <w:bCs/>
      <w:smallCaps/>
      <w:spacing w:val="5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F76B43"/>
    <w:pPr>
      <w:outlineLvl w:val="9"/>
    </w:pPr>
  </w:style>
  <w:style w:type="table" w:styleId="Grilledutableau">
    <w:name w:val="Table Grid"/>
    <w:basedOn w:val="TableauNormal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Ombrageclair">
    <w:name w:val="Light Shading"/>
    <w:basedOn w:val="Tableau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Trameclaire-Accent1">
    <w:name w:val="Light Shading Accent 1"/>
    <w:basedOn w:val="Tableau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Trameclaire-Accent2">
    <w:name w:val="Light Shading Accent 2"/>
    <w:basedOn w:val="Tableau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Trameclaire-Accent3">
    <w:name w:val="Light Shading Accent 3"/>
    <w:basedOn w:val="Tableau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Trameclaire-Accent4">
    <w:name w:val="Light Shading Accent 4"/>
    <w:basedOn w:val="Tableau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Trameclaire-Accent5">
    <w:name w:val="Light Shading Accent 5"/>
    <w:basedOn w:val="Tableau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Trameclaire-Accent6">
    <w:name w:val="Light Shading Accent 6"/>
    <w:basedOn w:val="Tableau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eclaire">
    <w:name w:val="Light List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eclaire-Accent1">
    <w:name w:val="Light List Accent 1"/>
    <w:basedOn w:val="Tableau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eclaire-Accent2">
    <w:name w:val="Light List Accent 2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eclaire-Accent3">
    <w:name w:val="Light List Accent 3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eclaire-Accent4">
    <w:name w:val="Light List Accent 4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eclaire-Accent5">
    <w:name w:val="Light List Accent 5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eclaire-Accent6">
    <w:name w:val="Light List Accent 6"/>
    <w:basedOn w:val="Tableau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leclaire">
    <w:name w:val="Light Grid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leclaire-Accent1">
    <w:name w:val="Light Grid Accent 1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leclaire-Accent2">
    <w:name w:val="Light Grid Accent 2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leclaire-Accent3">
    <w:name w:val="Light Grid Accent 3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leclaire-Accent4">
    <w:name w:val="Light Grid Accent 4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leclaire-Accent5">
    <w:name w:val="Light Grid Accent 5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leclaire-Accent6">
    <w:name w:val="Light Grid Accent 6"/>
    <w:basedOn w:val="Tableau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Tramemoyenne1">
    <w:name w:val="Medium Shading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moyenne1">
    <w:name w:val="Medium Lis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emoyenne1-Accent1">
    <w:name w:val="Medium List 1 Accent 1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emoyenne1-Accent2">
    <w:name w:val="Medium List 1 Accent 2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emoyenne1-Accent3">
    <w:name w:val="Medium List 1 Accent 3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emoyenne1-Accent4">
    <w:name w:val="Medium List 1 Accent 4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emoyenne1-Accent5">
    <w:name w:val="Medium List 1 Accent 5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emoyenne1-Accent6">
    <w:name w:val="Medium List 1 Accent 6"/>
    <w:basedOn w:val="Tableau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emoyenne2">
    <w:name w:val="Medium Lis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lemoyenne1">
    <w:name w:val="Medium Grid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1-Accent1">
    <w:name w:val="Medium Grid 1 Accent 1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moyenne1-Accent2">
    <w:name w:val="Medium Grid 1 Accent 2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moyenne1-Accent3">
    <w:name w:val="Medium Grid 1 Accent 3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moyenne1-Accent4">
    <w:name w:val="Medium Grid 1 Accent 4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moyenne1-Accent5">
    <w:name w:val="Medium Grid 1 Accent 5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moyenne1-Accent6">
    <w:name w:val="Medium Grid 1 Accent 6"/>
    <w:basedOn w:val="Tableau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lemoyenne2">
    <w:name w:val="Medium Grid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1">
    <w:name w:val="Medium Grid 2 Accent 1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2">
    <w:name w:val="Medium Grid 2 Accent 2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3">
    <w:name w:val="Medium Grid 2 Accent 3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4">
    <w:name w:val="Medium Grid 2 Accent 4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5">
    <w:name w:val="Medium Grid 2 Accent 5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2-Accent6">
    <w:name w:val="Medium Grid 2 Accent 6"/>
    <w:basedOn w:val="Tableau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lemoyenne3">
    <w:name w:val="Medium Grid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lemoyenne3-Accent1">
    <w:name w:val="Medium Grid 3 Accent 1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lemoyenne3-Accent2">
    <w:name w:val="Medium Grid 3 Accent 2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lemoyenne3-Accent3">
    <w:name w:val="Medium Grid 3 Accent 3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lemoyenne3-Accent4">
    <w:name w:val="Medium Grid 3 Accent 4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lemoyenne3-Accent5">
    <w:name w:val="Medium Grid 3 Accent 5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lemoyenne3-Accent6">
    <w:name w:val="Medium Grid 3 Accent 6"/>
    <w:basedOn w:val="Tableau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efonce">
    <w:name w:val="Dark List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efonce-Accent1">
    <w:name w:val="Dark List Accent 1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efonce-Accent2">
    <w:name w:val="Dark List Accent 2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efonce-Accent3">
    <w:name w:val="Dark List Accent 3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efonce-Accent4">
    <w:name w:val="Dark List Accent 4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efonce-Accent5">
    <w:name w:val="Dark List Accent 5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efonce-Accent6">
    <w:name w:val="Dark List Accent 6"/>
    <w:basedOn w:val="Tableau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Tramecouleur">
    <w:name w:val="Colorful Shading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1">
    <w:name w:val="Colorful Shading Accent 1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2">
    <w:name w:val="Colorful Shading Accent 2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3">
    <w:name w:val="Colorful Shading Accent 3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Tramecouleur-Accent4">
    <w:name w:val="Colorful Shading Accent 4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5">
    <w:name w:val="Colorful Shading Accent 5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Tramecouleur-Accent6">
    <w:name w:val="Colorful Shading Accent 6"/>
    <w:basedOn w:val="Tableau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ecouleur">
    <w:name w:val="Colorful List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couleur-Accent1">
    <w:name w:val="Colorful List Accent 1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ecouleur-Accent2">
    <w:name w:val="Colorful List Accent 2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ecouleur-Accent3">
    <w:name w:val="Colorful List Accent 3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ecouleur-Accent4">
    <w:name w:val="Colorful List Accent 4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ecouleur-Accent5">
    <w:name w:val="Colorful List Accent 5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ecouleur-Accent6">
    <w:name w:val="Colorful List Accent 6"/>
    <w:basedOn w:val="Tableau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lecouleur">
    <w:name w:val="Colorful Grid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couleur-Accent1">
    <w:name w:val="Colorful Grid Accent 1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lecouleur-Accent2">
    <w:name w:val="Colorful Grid Accent 2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lecouleur-Accent3">
    <w:name w:val="Colorful Grid Accent 3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lecouleur-Accent4">
    <w:name w:val="Colorful Grid Accent 4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lecouleur-Accent5">
    <w:name w:val="Colorful Grid Accent 5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lecouleur-Accent6">
    <w:name w:val="Colorful Grid Accent 6"/>
    <w:basedOn w:val="Tableau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istepuces41">
    <w:name w:val="Liste à puces 41"/>
    <w:basedOn w:val="Normal"/>
    <w:pPr>
      <w:numPr>
        <w:numId w:val="4"/>
      </w:numPr>
      <w:contextualSpacing/>
    </w:pPr>
  </w:style>
  <w:style w:type="paragraph" w:customStyle="1" w:styleId="Listepuces51">
    <w:name w:val="Liste à puces 51"/>
    <w:basedOn w:val="Normal"/>
    <w:pPr>
      <w:tabs>
        <w:tab w:val="num" w:pos="360"/>
      </w:tabs>
      <w:ind w:left="360" w:hanging="360"/>
      <w:contextualSpacing/>
    </w:pPr>
  </w:style>
  <w:style w:type="paragraph" w:styleId="TM1">
    <w:name w:val="toc 1"/>
    <w:basedOn w:val="Normal"/>
    <w:next w:val="Normal"/>
    <w:autoRedefine/>
    <w:uiPriority w:val="39"/>
    <w:unhideWhenUsed/>
    <w:rsid w:val="00057BA3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057BA3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057BA3"/>
    <w:pPr>
      <w:spacing w:after="100"/>
      <w:ind w:left="440"/>
    </w:pPr>
  </w:style>
  <w:style w:type="paragraph" w:styleId="TM4">
    <w:name w:val="toc 4"/>
    <w:basedOn w:val="Normal"/>
    <w:next w:val="Normal"/>
    <w:autoRedefine/>
    <w:uiPriority w:val="39"/>
    <w:unhideWhenUsed/>
    <w:rsid w:val="00057BA3"/>
    <w:pPr>
      <w:spacing w:after="100" w:line="240" w:lineRule="auto"/>
      <w:ind w:left="720"/>
    </w:pPr>
    <w:rPr>
      <w:sz w:val="24"/>
      <w:szCs w:val="24"/>
      <w:lang w:eastAsia="fr-FR"/>
    </w:rPr>
  </w:style>
  <w:style w:type="paragraph" w:styleId="TM5">
    <w:name w:val="toc 5"/>
    <w:basedOn w:val="Normal"/>
    <w:next w:val="Normal"/>
    <w:autoRedefine/>
    <w:uiPriority w:val="39"/>
    <w:unhideWhenUsed/>
    <w:rsid w:val="00057BA3"/>
    <w:pPr>
      <w:spacing w:after="100" w:line="240" w:lineRule="auto"/>
      <w:ind w:left="960"/>
    </w:pPr>
    <w:rPr>
      <w:sz w:val="24"/>
      <w:szCs w:val="24"/>
      <w:lang w:eastAsia="fr-FR"/>
    </w:rPr>
  </w:style>
  <w:style w:type="paragraph" w:styleId="TM6">
    <w:name w:val="toc 6"/>
    <w:basedOn w:val="Normal"/>
    <w:next w:val="Normal"/>
    <w:autoRedefine/>
    <w:uiPriority w:val="39"/>
    <w:unhideWhenUsed/>
    <w:rsid w:val="00057BA3"/>
    <w:pPr>
      <w:spacing w:after="100" w:line="240" w:lineRule="auto"/>
      <w:ind w:left="1200"/>
    </w:pPr>
    <w:rPr>
      <w:sz w:val="24"/>
      <w:szCs w:val="24"/>
      <w:lang w:eastAsia="fr-FR"/>
    </w:rPr>
  </w:style>
  <w:style w:type="paragraph" w:styleId="TM7">
    <w:name w:val="toc 7"/>
    <w:basedOn w:val="Normal"/>
    <w:next w:val="Normal"/>
    <w:autoRedefine/>
    <w:uiPriority w:val="39"/>
    <w:unhideWhenUsed/>
    <w:rsid w:val="00057BA3"/>
    <w:pPr>
      <w:spacing w:after="100" w:line="240" w:lineRule="auto"/>
      <w:ind w:left="1440"/>
    </w:pPr>
    <w:rPr>
      <w:sz w:val="24"/>
      <w:szCs w:val="24"/>
      <w:lang w:eastAsia="fr-FR"/>
    </w:rPr>
  </w:style>
  <w:style w:type="paragraph" w:styleId="TM8">
    <w:name w:val="toc 8"/>
    <w:basedOn w:val="Normal"/>
    <w:next w:val="Normal"/>
    <w:autoRedefine/>
    <w:uiPriority w:val="39"/>
    <w:unhideWhenUsed/>
    <w:rsid w:val="00057BA3"/>
    <w:pPr>
      <w:spacing w:after="100" w:line="240" w:lineRule="auto"/>
      <w:ind w:left="1680"/>
    </w:pPr>
    <w:rPr>
      <w:sz w:val="24"/>
      <w:szCs w:val="24"/>
      <w:lang w:eastAsia="fr-FR"/>
    </w:rPr>
  </w:style>
  <w:style w:type="paragraph" w:styleId="TM9">
    <w:name w:val="toc 9"/>
    <w:basedOn w:val="Normal"/>
    <w:next w:val="Normal"/>
    <w:autoRedefine/>
    <w:uiPriority w:val="39"/>
    <w:unhideWhenUsed/>
    <w:rsid w:val="00057BA3"/>
    <w:pPr>
      <w:spacing w:after="100" w:line="240" w:lineRule="auto"/>
      <w:ind w:left="1920"/>
    </w:pPr>
    <w:rPr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057BA3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057BA3"/>
    <w:rPr>
      <w:color w:val="605E5C"/>
      <w:shd w:val="clear" w:color="auto" w:fill="E1DFDD"/>
    </w:rPr>
  </w:style>
  <w:style w:type="character" w:styleId="Numrodepage">
    <w:name w:val="page number"/>
    <w:basedOn w:val="Policepardfaut"/>
    <w:uiPriority w:val="99"/>
    <w:semiHidden/>
    <w:unhideWhenUsed/>
    <w:rsid w:val="00F55348"/>
  </w:style>
  <w:style w:type="paragraph" w:customStyle="1" w:styleId="OBJET">
    <w:name w:val="OBJET"/>
    <w:basedOn w:val="Paragraphedeliste"/>
    <w:qFormat/>
    <w:rsid w:val="00F76B43"/>
    <w:pPr>
      <w:shd w:val="clear" w:color="auto" w:fill="31849B" w:themeFill="accent5" w:themeFillShade="BF"/>
      <w:spacing w:line="240" w:lineRule="auto"/>
      <w:jc w:val="center"/>
    </w:pPr>
    <w:rPr>
      <w:b/>
      <w:bCs/>
      <w:color w:val="FFFFFF" w:themeColor="background1"/>
      <w:sz w:val="32"/>
      <w:szCs w:val="32"/>
    </w:rPr>
  </w:style>
  <w:style w:type="paragraph" w:customStyle="1" w:styleId="Rfrence">
    <w:name w:val="Référence"/>
    <w:basedOn w:val="Paragraphedeliste"/>
    <w:qFormat/>
    <w:rsid w:val="00BF6AC9"/>
    <w:pPr>
      <w:jc w:val="center"/>
    </w:pPr>
    <w:rPr>
      <w:b/>
      <w:bCs/>
    </w:rPr>
  </w:style>
  <w:style w:type="paragraph" w:customStyle="1" w:styleId="Texte">
    <w:name w:val="Texte"/>
    <w:basedOn w:val="Paragraphedeliste"/>
    <w:qFormat/>
    <w:rsid w:val="00511407"/>
    <w:pPr>
      <w:jc w:val="right"/>
    </w:pPr>
    <w:rPr>
      <w:b/>
      <w:bCs/>
      <w:i/>
      <w:color w:val="000000" w:themeColor="text1"/>
      <w:sz w:val="20"/>
      <w:szCs w:val="20"/>
    </w:rPr>
  </w:style>
  <w:style w:type="paragraph" w:customStyle="1" w:styleId="NOM">
    <w:name w:val="NOM"/>
    <w:basedOn w:val="Paragraphedeliste"/>
    <w:qFormat/>
    <w:rsid w:val="00F76B43"/>
    <w:pPr>
      <w:pBdr>
        <w:top w:val="single" w:sz="4" w:space="1" w:color="31849B" w:themeColor="accent5" w:themeShade="BF"/>
        <w:left w:val="single" w:sz="4" w:space="4" w:color="31849B" w:themeColor="accent5" w:themeShade="BF"/>
        <w:bottom w:val="single" w:sz="4" w:space="1" w:color="31849B" w:themeColor="accent5" w:themeShade="BF"/>
        <w:right w:val="single" w:sz="4" w:space="4" w:color="31849B" w:themeColor="accent5" w:themeShade="BF"/>
      </w:pBdr>
      <w:jc w:val="center"/>
    </w:pPr>
    <w:rPr>
      <w:b/>
      <w:bCs/>
      <w:color w:val="31849B" w:themeColor="accent5" w:themeShade="BF"/>
      <w:sz w:val="28"/>
      <w:szCs w:val="28"/>
    </w:rPr>
  </w:style>
  <w:style w:type="paragraph" w:customStyle="1" w:styleId="Textebas">
    <w:name w:val="Texte bas"/>
    <w:basedOn w:val="Paragraphedeliste"/>
    <w:qFormat/>
    <w:rsid w:val="00F76B43"/>
    <w:pPr>
      <w:pBdr>
        <w:bottom w:val="single" w:sz="4" w:space="1" w:color="036CAA"/>
      </w:pBdr>
      <w:jc w:val="center"/>
    </w:pPr>
    <w:rPr>
      <w:b/>
      <w:bCs/>
      <w:color w:val="31849B" w:themeColor="accent5" w:themeShade="BF"/>
    </w:rPr>
  </w:style>
  <w:style w:type="paragraph" w:customStyle="1" w:styleId="RedaliaNormal">
    <w:name w:val="Redalia : Normal"/>
    <w:basedOn w:val="Normal"/>
    <w:rsid w:val="00BF4C56"/>
    <w:pPr>
      <w:widowControl w:val="0"/>
      <w:tabs>
        <w:tab w:val="left" w:leader="dot" w:pos="8505"/>
      </w:tabs>
      <w:spacing w:before="40" w:after="0" w:line="240" w:lineRule="auto"/>
      <w:jc w:val="both"/>
    </w:pPr>
    <w:rPr>
      <w:rFonts w:ascii="Arial" w:eastAsia="Times New Roman" w:hAnsi="Arial" w:cs="Times New Roman"/>
      <w:szCs w:val="20"/>
      <w:lang w:eastAsia="fr-FR"/>
    </w:rPr>
  </w:style>
  <w:style w:type="character" w:customStyle="1" w:styleId="ParagraphedelisteCar">
    <w:name w:val="Paragraphe de liste Car"/>
    <w:aliases w:val="ParagrapheLEXSI Car,Titre 1 Car1 Car,armelle Car Car,Liste puces 2 Car,Paragraphe de liste1 Car,1er niveau Car,Liste puces 21 Car,Paragraphe de liste11 Car,1er niveau1 Car,Liste puces 22 Car,Paragraphe de liste12 Car"/>
    <w:link w:val="Paragraphedeliste"/>
    <w:uiPriority w:val="34"/>
    <w:rsid w:val="00BF4C56"/>
    <w:rPr>
      <w:rFonts w:asciiTheme="majorHAnsi" w:hAnsiTheme="majorHAnsi"/>
    </w:rPr>
  </w:style>
  <w:style w:type="numbering" w:customStyle="1" w:styleId="ListeSimpleRiskpart">
    <w:name w:val="Liste Simple Riskpart"/>
    <w:rsid w:val="00BF4C56"/>
    <w:pPr>
      <w:numPr>
        <w:numId w:val="12"/>
      </w:numPr>
    </w:pPr>
  </w:style>
  <w:style w:type="paragraph" w:customStyle="1" w:styleId="Style5">
    <w:name w:val="Style5"/>
    <w:basedOn w:val="Normal"/>
    <w:link w:val="Style5Car"/>
    <w:qFormat/>
    <w:rsid w:val="00BF4C56"/>
    <w:pPr>
      <w:widowControl w:val="0"/>
      <w:numPr>
        <w:ilvl w:val="1"/>
        <w:numId w:val="11"/>
      </w:num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i/>
      <w:iCs/>
      <w:color w:val="CC6600"/>
      <w:kern w:val="3"/>
      <w:lang w:eastAsia="fr-FR"/>
    </w:rPr>
  </w:style>
  <w:style w:type="character" w:customStyle="1" w:styleId="Style5Car">
    <w:name w:val="Style5 Car"/>
    <w:link w:val="Style5"/>
    <w:rsid w:val="00BF4C56"/>
    <w:rPr>
      <w:rFonts w:ascii="Times New Roman" w:eastAsia="Times New Roman" w:hAnsi="Times New Roman" w:cs="Times New Roman"/>
      <w:b/>
      <w:bCs/>
      <w:i/>
      <w:iCs/>
      <w:color w:val="CC6600"/>
      <w:kern w:val="3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BF4C56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BF4C56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BF4C56"/>
    <w:rPr>
      <w:rFonts w:asciiTheme="majorHAnsi" w:hAnsiTheme="majorHAnsi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F4C56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F4C56"/>
    <w:rPr>
      <w:rFonts w:asciiTheme="majorHAnsi" w:hAnsiTheme="majorHAnsi"/>
      <w:b/>
      <w:bCs/>
      <w:sz w:val="20"/>
      <w:szCs w:val="20"/>
    </w:rPr>
  </w:style>
  <w:style w:type="paragraph" w:customStyle="1" w:styleId="REFERENCEMARCHE">
    <w:name w:val="REFERENCE_MARCHE"/>
    <w:basedOn w:val="Normal"/>
    <w:qFormat/>
    <w:rsid w:val="000A1EAF"/>
    <w:pPr>
      <w:spacing w:before="38"/>
      <w:ind w:left="112" w:right="112"/>
      <w:jc w:val="center"/>
    </w:pPr>
    <w:rPr>
      <w:sz w:val="28"/>
    </w:rPr>
  </w:style>
  <w:style w:type="paragraph" w:customStyle="1" w:styleId="TYPEDOCUMENT">
    <w:name w:val="TYPE_DOCUMENT"/>
    <w:basedOn w:val="NOM"/>
    <w:qFormat/>
    <w:rsid w:val="000A1EAF"/>
  </w:style>
  <w:style w:type="paragraph" w:customStyle="1" w:styleId="TYPEPROCEDURE">
    <w:name w:val="TYPE_PROCEDURE"/>
    <w:basedOn w:val="Texte"/>
    <w:qFormat/>
    <w:rsid w:val="000A1EAF"/>
    <w:pPr>
      <w:jc w:val="left"/>
    </w:pPr>
  </w:style>
  <w:style w:type="paragraph" w:customStyle="1" w:styleId="TYPEMARCHE">
    <w:name w:val="TYPE_MARCHE"/>
    <w:basedOn w:val="Texte"/>
    <w:qFormat/>
    <w:rsid w:val="000A1EAF"/>
    <w:pPr>
      <w:jc w:val="both"/>
    </w:pPr>
  </w:style>
  <w:style w:type="paragraph" w:customStyle="1" w:styleId="CATEGORIEMARCHEPUBLIC">
    <w:name w:val="CATEGORIE_MARCHE_PUBLIC"/>
    <w:basedOn w:val="Texte"/>
    <w:qFormat/>
    <w:rsid w:val="000A1EAF"/>
    <w:pPr>
      <w:jc w:val="center"/>
    </w:pPr>
  </w:style>
  <w:style w:type="numbering" w:customStyle="1" w:styleId="CurrentList1">
    <w:name w:val="Current List1"/>
    <w:uiPriority w:val="99"/>
    <w:rsid w:val="00107EBD"/>
    <w:pPr>
      <w:numPr>
        <w:numId w:val="13"/>
      </w:numPr>
    </w:pPr>
  </w:style>
  <w:style w:type="paragraph" w:customStyle="1" w:styleId="ListBullet41">
    <w:name w:val="List Bullet 41"/>
    <w:basedOn w:val="Normal"/>
    <w:pPr>
      <w:tabs>
        <w:tab w:val="num" w:pos="1440"/>
      </w:tabs>
      <w:ind w:left="1440" w:hanging="360"/>
      <w:contextualSpacing/>
    </w:pPr>
  </w:style>
  <w:style w:type="paragraph" w:customStyle="1" w:styleId="ListBullet51">
    <w:name w:val="List Bullet 51"/>
    <w:basedOn w:val="Normal"/>
    <w:pPr>
      <w:tabs>
        <w:tab w:val="num" w:pos="360"/>
      </w:tabs>
      <w:ind w:left="360" w:hanging="360"/>
      <w:contextualSpacing/>
    </w:pPr>
  </w:style>
  <w:style w:type="numbering" w:customStyle="1" w:styleId="CurrentList2">
    <w:name w:val="Current List2"/>
    <w:uiPriority w:val="99"/>
    <w:rsid w:val="00806408"/>
    <w:pPr>
      <w:numPr>
        <w:numId w:val="14"/>
      </w:numPr>
    </w:pPr>
  </w:style>
  <w:style w:type="numbering" w:customStyle="1" w:styleId="CurrentList3">
    <w:name w:val="Current List3"/>
    <w:uiPriority w:val="99"/>
    <w:rsid w:val="00806408"/>
    <w:pPr>
      <w:numPr>
        <w:numId w:val="15"/>
      </w:numPr>
    </w:pPr>
  </w:style>
  <w:style w:type="paragraph" w:customStyle="1" w:styleId="Listepuces42">
    <w:name w:val="Liste à puces 42"/>
    <w:basedOn w:val="Normal"/>
    <w:pPr>
      <w:tabs>
        <w:tab w:val="num" w:pos="1440"/>
      </w:tabs>
      <w:ind w:left="1440" w:hanging="360"/>
      <w:contextualSpacing/>
    </w:pPr>
  </w:style>
  <w:style w:type="paragraph" w:customStyle="1" w:styleId="Listepuces52">
    <w:name w:val="Liste à puces 52"/>
    <w:basedOn w:val="Normal"/>
    <w:pPr>
      <w:tabs>
        <w:tab w:val="num" w:pos="360"/>
      </w:tabs>
      <w:ind w:left="360" w:hanging="360"/>
      <w:contextualSpacing/>
    </w:pPr>
  </w:style>
  <w:style w:type="paragraph" w:customStyle="1" w:styleId="ListBullet6">
    <w:name w:val="List Bullet 6"/>
    <w:basedOn w:val="Normal"/>
    <w:pPr>
      <w:tabs>
        <w:tab w:val="num" w:pos="720"/>
      </w:tabs>
      <w:ind w:left="720" w:hanging="360"/>
      <w:contextualSpacing/>
    </w:pPr>
  </w:style>
  <w:style w:type="paragraph" w:customStyle="1" w:styleId="ListBullet7">
    <w:name w:val="List Bullet 7"/>
    <w:basedOn w:val="Normal"/>
    <w:pPr>
      <w:tabs>
        <w:tab w:val="num" w:pos="1080"/>
      </w:tabs>
      <w:ind w:left="1080" w:hanging="360"/>
      <w:contextualSpacing/>
    </w:pPr>
  </w:style>
  <w:style w:type="paragraph" w:customStyle="1" w:styleId="ListBullet8">
    <w:name w:val="List Bullet 8"/>
    <w:basedOn w:val="Normal"/>
    <w:pPr>
      <w:numPr>
        <w:numId w:val="8"/>
      </w:numPr>
      <w:contextualSpacing/>
    </w:pPr>
  </w:style>
  <w:style w:type="paragraph" w:customStyle="1" w:styleId="ListBullet9">
    <w:name w:val="List Bullet 9"/>
    <w:basedOn w:val="Normal"/>
    <w:pPr>
      <w:numPr>
        <w:numId w:val="9"/>
      </w:numPr>
      <w:contextualSpacing/>
    </w:pPr>
  </w:style>
  <w:style w:type="paragraph" w:customStyle="1" w:styleId="RedaliaRetraitavecpuce">
    <w:name w:val="Redalia : Retrait avec puce"/>
    <w:basedOn w:val="RedaliaNormal"/>
    <w:rsid w:val="00647470"/>
    <w:pPr>
      <w:numPr>
        <w:numId w:val="25"/>
      </w:numPr>
      <w:suppressAutoHyphens/>
      <w:autoSpaceDN w:val="0"/>
      <w:textAlignment w:val="baseline"/>
    </w:pPr>
  </w:style>
  <w:style w:type="paragraph" w:customStyle="1" w:styleId="RedaliaRetrait2avecpuce">
    <w:name w:val="Redalia : Retrait 2 avec puce"/>
    <w:basedOn w:val="RedaliaRetraitavecpuce"/>
    <w:rsid w:val="00647470"/>
    <w:pPr>
      <w:tabs>
        <w:tab w:val="left" w:pos="1701"/>
      </w:tabs>
      <w:ind w:left="1701" w:hanging="567"/>
    </w:pPr>
  </w:style>
  <w:style w:type="numbering" w:customStyle="1" w:styleId="LFO21">
    <w:name w:val="LFO21"/>
    <w:basedOn w:val="Aucuneliste"/>
    <w:rsid w:val="00647470"/>
    <w:pPr>
      <w:numPr>
        <w:numId w:val="25"/>
      </w:numPr>
    </w:pPr>
  </w:style>
  <w:style w:type="paragraph" w:customStyle="1" w:styleId="Redaliapuces">
    <w:name w:val="Redalia : puces"/>
    <w:basedOn w:val="RedaliaNormal"/>
    <w:rsid w:val="000D2BA2"/>
    <w:pPr>
      <w:numPr>
        <w:numId w:val="27"/>
      </w:numPr>
      <w:suppressAutoHyphens/>
      <w:autoSpaceDN w:val="0"/>
      <w:textAlignment w:val="baseline"/>
    </w:pPr>
  </w:style>
  <w:style w:type="numbering" w:customStyle="1" w:styleId="LFO20">
    <w:name w:val="LFO20"/>
    <w:basedOn w:val="Aucuneliste"/>
    <w:rsid w:val="000D2BA2"/>
    <w:pPr>
      <w:numPr>
        <w:numId w:val="27"/>
      </w:numPr>
    </w:pPr>
  </w:style>
  <w:style w:type="character" w:styleId="Lienhypertextesuivivisit">
    <w:name w:val="FollowedHyperlink"/>
    <w:basedOn w:val="Policepardfaut"/>
    <w:uiPriority w:val="99"/>
    <w:semiHidden/>
    <w:unhideWhenUsed/>
    <w:rsid w:val="000D2BA2"/>
    <w:rPr>
      <w:color w:val="800080" w:themeColor="followedHyperlink"/>
      <w:u w:val="single"/>
    </w:rPr>
  </w:style>
  <w:style w:type="paragraph" w:customStyle="1" w:styleId="RdaliaRetraitniveau1">
    <w:name w:val="Rédalia : Retrait niveau 1"/>
    <w:basedOn w:val="RedaliaNormal"/>
    <w:rsid w:val="00017DAC"/>
    <w:pPr>
      <w:numPr>
        <w:numId w:val="28"/>
      </w:numPr>
      <w:suppressAutoHyphens/>
      <w:autoSpaceDN w:val="0"/>
      <w:textAlignment w:val="baseline"/>
    </w:pPr>
  </w:style>
  <w:style w:type="numbering" w:customStyle="1" w:styleId="LFO4">
    <w:name w:val="LFO4"/>
    <w:basedOn w:val="Aucuneliste"/>
    <w:rsid w:val="00017DAC"/>
    <w:pPr>
      <w:numPr>
        <w:numId w:val="28"/>
      </w:numPr>
    </w:pPr>
  </w:style>
  <w:style w:type="character" w:customStyle="1" w:styleId="e24kjd">
    <w:name w:val="e24kjd"/>
    <w:rsid w:val="005E380A"/>
  </w:style>
  <w:style w:type="paragraph" w:customStyle="1" w:styleId="Default">
    <w:name w:val="Default"/>
    <w:rsid w:val="00F9745D"/>
    <w:pPr>
      <w:autoSpaceDE w:val="0"/>
      <w:autoSpaceDN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fr-FR"/>
    </w:rPr>
  </w:style>
  <w:style w:type="paragraph" w:customStyle="1" w:styleId="RdaliaTitredossier">
    <w:name w:val="Rédalia : Titre dossier"/>
    <w:basedOn w:val="Normal"/>
    <w:rsid w:val="009F70B0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48"/>
      <w:szCs w:val="20"/>
      <w:lang w:eastAsia="fr-FR"/>
    </w:rPr>
  </w:style>
  <w:style w:type="table" w:styleId="TableauGrille4-Accentuation5">
    <w:name w:val="Grid Table 4 Accent 5"/>
    <w:basedOn w:val="TableauNormal"/>
    <w:uiPriority w:val="49"/>
    <w:rsid w:val="00BE260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eauGrille1Clair-Accentuation5">
    <w:name w:val="Grid Table 1 Light Accent 5"/>
    <w:basedOn w:val="TableauNormal"/>
    <w:uiPriority w:val="46"/>
    <w:rsid w:val="008D3AF3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auGrille7Couleur-Accentuation5">
    <w:name w:val="Grid Table 7 Colorful Accent 5"/>
    <w:basedOn w:val="TableauNormal"/>
    <w:uiPriority w:val="52"/>
    <w:rsid w:val="008D3AF3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paragraph" w:customStyle="1" w:styleId="Dossiertitre">
    <w:name w:val="Dossier titre"/>
    <w:basedOn w:val="Normal"/>
    <w:rsid w:val="00101DB3"/>
    <w:pPr>
      <w:widowControl w:val="0"/>
      <w:pBdr>
        <w:bottom w:val="single" w:sz="6" w:space="1" w:color="000000"/>
      </w:pBdr>
      <w:suppressAutoHyphens/>
      <w:autoSpaceDN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4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520506ea-e64a-4d5f-9fcd-3b2ba842eb5b">
      <Terms xmlns="http://schemas.microsoft.com/office/infopath/2007/PartnerControls"/>
    </lcf76f155ced4ddcb4097134ff3c332f>
    <_ip_UnifiedCompliancePolicyProperties xmlns="http://schemas.microsoft.com/sharepoint/v3" xsi:nil="true"/>
    <TaxCatchAll xmlns="9f4ae00d-af2a-41ba-9165-5a31ee67bc6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EEBA0A139044591B3B925CAC1B187" ma:contentTypeVersion="18" ma:contentTypeDescription="Crée un document." ma:contentTypeScope="" ma:versionID="659d000bbd9cf848a6beb9b9df6e3058">
  <xsd:schema xmlns:xsd="http://www.w3.org/2001/XMLSchema" xmlns:xs="http://www.w3.org/2001/XMLSchema" xmlns:p="http://schemas.microsoft.com/office/2006/metadata/properties" xmlns:ns1="http://schemas.microsoft.com/sharepoint/v3" xmlns:ns2="520506ea-e64a-4d5f-9fcd-3b2ba842eb5b" xmlns:ns3="9f4ae00d-af2a-41ba-9165-5a31ee67bc6f" targetNamespace="http://schemas.microsoft.com/office/2006/metadata/properties" ma:root="true" ma:fieldsID="ecfef0ee68383e45517a2e17ce9a5ca2" ns1:_="" ns2:_="" ns3:_="">
    <xsd:import namespace="http://schemas.microsoft.com/sharepoint/v3"/>
    <xsd:import namespace="520506ea-e64a-4d5f-9fcd-3b2ba842eb5b"/>
    <xsd:import namespace="9f4ae00d-af2a-41ba-9165-5a31ee67bc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riétés de la stratégie de conformité unifiée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tion d’interface utilisateur de la stratégie de conformité unifié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6ea-e64a-4d5f-9fcd-3b2ba842eb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alises d’images" ma:readOnly="false" ma:fieldId="{5cf76f15-5ced-4ddc-b409-7134ff3c332f}" ma:taxonomyMulti="true" ma:sspId="6dcd09f6-766f-43d4-859a-b4941dfa9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ae00d-af2a-41ba-9165-5a31ee67bc6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d5e98f-7b52-4af2-ac33-626fe671e8fa}" ma:internalName="TaxCatchAll" ma:showField="CatchAllData" ma:web="9f4ae00d-af2a-41ba-9165-5a31ee67bc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3ECF69-8901-C445-9C37-2F81A7124D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6ECED9-BF48-4B3E-AAE2-23D8F094A61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20506ea-e64a-4d5f-9fcd-3b2ba842eb5b"/>
    <ds:schemaRef ds:uri="9f4ae00d-af2a-41ba-9165-5a31ee67bc6f"/>
  </ds:schemaRefs>
</ds:datastoreItem>
</file>

<file path=customXml/itemProps3.xml><?xml version="1.0" encoding="utf-8"?>
<ds:datastoreItem xmlns:ds="http://schemas.openxmlformats.org/officeDocument/2006/customXml" ds:itemID="{FF5A3A84-95BF-4972-A288-2B6EE91194F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9B7F1C3-D22D-45A1-A4C5-0E293F21C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20506ea-e64a-4d5f-9fcd-3b2ba842eb5b"/>
    <ds:schemaRef ds:uri="9f4ae00d-af2a-41ba-9165-5a31ee67bc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532</Words>
  <Characters>2928</Characters>
  <Application>Microsoft Office Word</Application>
  <DocSecurity>0</DocSecurity>
  <Lines>24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3454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THOMAS Ingrid</cp:lastModifiedBy>
  <cp:revision>23</cp:revision>
  <cp:lastPrinted>2026-03-26T10:07:00Z</cp:lastPrinted>
  <dcterms:created xsi:type="dcterms:W3CDTF">2026-08-18T08:07:00Z</dcterms:created>
  <dcterms:modified xsi:type="dcterms:W3CDTF">2026-09-17T12:06:00Z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2001c-58d3-400a-ba23-806de159e59f_Enabled">
    <vt:lpwstr>true</vt:lpwstr>
  </property>
  <property fmtid="{D5CDD505-2E9C-101B-9397-08002B2CF9AE}" pid="3" name="MSIP_Label_fc12001c-58d3-400a-ba23-806de159e59f_SetDate">
    <vt:lpwstr>2026-03-26T10:08:11Z</vt:lpwstr>
  </property>
  <property fmtid="{D5CDD505-2E9C-101B-9397-08002B2CF9AE}" pid="4" name="MSIP_Label_fc12001c-58d3-400a-ba23-806de159e59f_Method">
    <vt:lpwstr>Standard</vt:lpwstr>
  </property>
  <property fmtid="{D5CDD505-2E9C-101B-9397-08002B2CF9AE}" pid="5" name="MSIP_Label_fc12001c-58d3-400a-ba23-806de159e59f_Name">
    <vt:lpwstr>Interne ARRG</vt:lpwstr>
  </property>
  <property fmtid="{D5CDD505-2E9C-101B-9397-08002B2CF9AE}" pid="6" name="MSIP_Label_fc12001c-58d3-400a-ba23-806de159e59f_SiteId">
    <vt:lpwstr>0d7492b1-e30f-4db5-b43a-0e3df8b5a459</vt:lpwstr>
  </property>
  <property fmtid="{D5CDD505-2E9C-101B-9397-08002B2CF9AE}" pid="7" name="MSIP_Label_fc12001c-58d3-400a-ba23-806de159e59f_ActionId">
    <vt:lpwstr>0cc9c400-ca56-4977-8c02-40319b74fa94</vt:lpwstr>
  </property>
  <property fmtid="{D5CDD505-2E9C-101B-9397-08002B2CF9AE}" pid="8" name="MSIP_Label_fc12001c-58d3-400a-ba23-806de159e59f_ContentBits">
    <vt:lpwstr>0</vt:lpwstr>
  </property>
  <property fmtid="{D5CDD505-2E9C-101B-9397-08002B2CF9AE}" pid="9" name="MSIP_Label_fc12001c-58d3-400a-ba23-806de159e59f_Tag">
    <vt:lpwstr>10, 3, 0, 1</vt:lpwstr>
  </property>
  <property fmtid="{D5CDD505-2E9C-101B-9397-08002B2CF9AE}" pid="10" name="ContentTypeId">
    <vt:lpwstr>0x010100537EEBA0A139044591B3B925CAC1B187</vt:lpwstr>
  </property>
  <property fmtid="{D5CDD505-2E9C-101B-9397-08002B2CF9AE}" pid="11" name="MediaServiceImageTags">
    <vt:lpwstr/>
  </property>
</Properties>
</file>