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BFCA" w14:textId="7C5A1BD4" w:rsidR="00EC46F9" w:rsidRPr="003543CF" w:rsidRDefault="00EC46F9" w:rsidP="003543CF">
      <w:pPr>
        <w:pStyle w:val="Paragraphedeliste"/>
        <w:jc w:val="center"/>
        <w:rPr>
          <w:b/>
          <w:bCs/>
        </w:rPr>
      </w:pPr>
    </w:p>
    <w:p w14:paraId="1EDB8B24" w14:textId="77777777" w:rsidR="00EC46F9" w:rsidRDefault="00EC46F9" w:rsidP="00EC46F9">
      <w:pPr>
        <w:pStyle w:val="Paragraphedeliste"/>
        <w:jc w:val="center"/>
        <w:rPr>
          <w:b/>
          <w:bCs/>
        </w:rPr>
      </w:pPr>
    </w:p>
    <w:p w14:paraId="4886F461" w14:textId="77777777" w:rsidR="00F76B43" w:rsidRDefault="00F76B43" w:rsidP="00176F19">
      <w:pPr>
        <w:pStyle w:val="OBJET"/>
      </w:pPr>
    </w:p>
    <w:p w14:paraId="52AB988F" w14:textId="77777777" w:rsidR="00F76B43" w:rsidRDefault="00F76B43" w:rsidP="00176F19">
      <w:pPr>
        <w:pStyle w:val="OBJET"/>
        <w:rPr>
          <w:sz w:val="40"/>
          <w:szCs w:val="40"/>
        </w:rPr>
      </w:pPr>
    </w:p>
    <w:p w14:paraId="7352AB24" w14:textId="1BBF905D" w:rsidR="00176F19" w:rsidRDefault="00F764A8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>M</w:t>
      </w:r>
      <w:r w:rsidR="001A1D99">
        <w:rPr>
          <w:sz w:val="40"/>
          <w:szCs w:val="40"/>
        </w:rPr>
        <w:t xml:space="preserve">ATRICE DE </w:t>
      </w:r>
      <w:r w:rsidR="002B5323">
        <w:rPr>
          <w:sz w:val="40"/>
          <w:szCs w:val="40"/>
        </w:rPr>
        <w:t>CONFORMITE</w:t>
      </w:r>
    </w:p>
    <w:p w14:paraId="0DD051E9" w14:textId="2D9C2293" w:rsidR="00F76B43" w:rsidRDefault="002B5323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LOT </w:t>
      </w:r>
      <w:r w:rsidR="00567B14">
        <w:rPr>
          <w:sz w:val="40"/>
          <w:szCs w:val="40"/>
        </w:rPr>
        <w:t>2</w:t>
      </w:r>
      <w:r>
        <w:rPr>
          <w:sz w:val="40"/>
          <w:szCs w:val="40"/>
        </w:rPr>
        <w:t xml:space="preserve"> – </w:t>
      </w:r>
      <w:r w:rsidR="00567B14">
        <w:rPr>
          <w:sz w:val="40"/>
          <w:szCs w:val="40"/>
        </w:rPr>
        <w:t>Tablettes</w:t>
      </w:r>
    </w:p>
    <w:p w14:paraId="1271BDE5" w14:textId="77777777" w:rsidR="00567B14" w:rsidRPr="00F76B43" w:rsidRDefault="00567B14" w:rsidP="00176F19">
      <w:pPr>
        <w:pStyle w:val="OBJET"/>
        <w:rPr>
          <w:sz w:val="40"/>
          <w:szCs w:val="40"/>
        </w:rPr>
      </w:pPr>
    </w:p>
    <w:p w14:paraId="457C79CA" w14:textId="77777777" w:rsidR="00EC46F9" w:rsidRPr="0040394F" w:rsidRDefault="00EC46F9" w:rsidP="00D536AE">
      <w:pPr>
        <w:pStyle w:val="OBJET"/>
      </w:pPr>
    </w:p>
    <w:p w14:paraId="1D7A8896" w14:textId="77777777" w:rsidR="00C0365E" w:rsidRPr="003543CF" w:rsidRDefault="00C0365E" w:rsidP="003543CF">
      <w:pPr>
        <w:rPr>
          <w:b/>
          <w:bCs/>
        </w:rPr>
      </w:pPr>
    </w:p>
    <w:p w14:paraId="00D69E84" w14:textId="22F5D11B" w:rsidR="00176F19" w:rsidRPr="00F76B43" w:rsidRDefault="00F76B43" w:rsidP="00176F19">
      <w:pPr>
        <w:spacing w:before="38"/>
        <w:ind w:left="112" w:right="112"/>
        <w:jc w:val="center"/>
        <w:rPr>
          <w:b/>
          <w:bCs/>
          <w:sz w:val="28"/>
        </w:rPr>
      </w:pPr>
      <w:r>
        <w:rPr>
          <w:b/>
          <w:bCs/>
        </w:rPr>
        <w:t xml:space="preserve">                   </w:t>
      </w:r>
      <w:r w:rsidRPr="00F76B43">
        <w:rPr>
          <w:b/>
          <w:bCs/>
        </w:rPr>
        <w:t>MARCHE DE TECHNIQUES DE L’INFORMATION ET DE LA COMMUNICATION (TIC)</w:t>
      </w:r>
    </w:p>
    <w:p w14:paraId="69FAC409" w14:textId="77777777" w:rsidR="00F76B43" w:rsidRDefault="00F76B43" w:rsidP="00F76B43">
      <w:pPr>
        <w:pStyle w:val="NOM"/>
        <w:pBdr>
          <w:bottom w:val="single" w:sz="4" w:space="31" w:color="31849B" w:themeColor="accent5" w:themeShade="BF"/>
        </w:pBdr>
      </w:pPr>
    </w:p>
    <w:p w14:paraId="426B8C21" w14:textId="2D30C554" w:rsidR="00176F19" w:rsidRDefault="006D71F5" w:rsidP="00F76B43">
      <w:pPr>
        <w:pStyle w:val="NOM"/>
        <w:pBdr>
          <w:bottom w:val="single" w:sz="4" w:space="31" w:color="31849B" w:themeColor="accent5" w:themeShade="BF"/>
        </w:pBdr>
      </w:pPr>
      <w:r>
        <w:t>Renouvellement des équipements informatiques</w:t>
      </w:r>
      <w:r w:rsidR="00427385">
        <w:t xml:space="preserve"> – </w:t>
      </w:r>
    </w:p>
    <w:p w14:paraId="1D06712C" w14:textId="3C985037" w:rsidR="00427385" w:rsidRDefault="00427385" w:rsidP="00F76B43">
      <w:pPr>
        <w:pStyle w:val="NOM"/>
        <w:pBdr>
          <w:bottom w:val="single" w:sz="4" w:space="31" w:color="31849B" w:themeColor="accent5" w:themeShade="BF"/>
        </w:pBdr>
      </w:pPr>
      <w:r>
        <w:t>Lot 1 : Fourniture micro-ordinateurs portables</w:t>
      </w:r>
    </w:p>
    <w:p w14:paraId="31C4BE46" w14:textId="23B47843" w:rsidR="00347865" w:rsidRPr="00666709" w:rsidRDefault="00347865" w:rsidP="00F76B43">
      <w:pPr>
        <w:pStyle w:val="NOM"/>
        <w:pBdr>
          <w:bottom w:val="single" w:sz="4" w:space="31" w:color="31849B" w:themeColor="accent5" w:themeShade="BF"/>
        </w:pBdr>
      </w:pPr>
      <w:r>
        <w:t>Marché n°2026DSI0</w:t>
      </w:r>
      <w:r w:rsidR="00D36187">
        <w:t>52</w:t>
      </w:r>
    </w:p>
    <w:p w14:paraId="16333A73" w14:textId="77777777" w:rsidR="00EC46F9" w:rsidRPr="003D5C21" w:rsidRDefault="00EC46F9" w:rsidP="00BF6AC9">
      <w:pPr>
        <w:rPr>
          <w:b/>
          <w:bCs/>
          <w:sz w:val="20"/>
          <w:szCs w:val="20"/>
        </w:rPr>
      </w:pPr>
    </w:p>
    <w:p w14:paraId="2CAB57B4" w14:textId="0F6B9402" w:rsidR="003D5C21" w:rsidRPr="003D5C21" w:rsidRDefault="003D5C21" w:rsidP="003D5C21">
      <w:pPr>
        <w:pStyle w:val="Texte"/>
        <w:jc w:val="center"/>
      </w:pPr>
      <w:r w:rsidRPr="003D5C21">
        <w:t xml:space="preserve">Procédure </w:t>
      </w:r>
      <w:r w:rsidR="000824F9">
        <w:t>avec négociation</w:t>
      </w:r>
      <w:r w:rsidRPr="003D5C21">
        <w:t xml:space="preserve"> conformément </w:t>
      </w:r>
      <w:r w:rsidR="004E36E6">
        <w:t xml:space="preserve">aux articles L. 2124-1 et </w:t>
      </w:r>
      <w:r w:rsidRPr="003D5C21">
        <w:t>L. 212</w:t>
      </w:r>
      <w:r w:rsidR="00B7403A">
        <w:t>4</w:t>
      </w:r>
      <w:r w:rsidRPr="003D5C21">
        <w:t>-</w:t>
      </w:r>
      <w:r w:rsidR="00B7403A">
        <w:t>3</w:t>
      </w:r>
      <w:r w:rsidRPr="003D5C21">
        <w:t xml:space="preserve"> du </w:t>
      </w:r>
      <w:r w:rsidR="004E36E6">
        <w:t>C</w:t>
      </w:r>
      <w:r w:rsidRPr="003D5C21">
        <w:t>ode de la commande publique</w:t>
      </w:r>
    </w:p>
    <w:p w14:paraId="46560034" w14:textId="77777777" w:rsidR="00EC46F9" w:rsidRPr="00511407" w:rsidRDefault="00EC46F9" w:rsidP="00511407">
      <w:pPr>
        <w:rPr>
          <w:b/>
          <w:bCs/>
        </w:rPr>
      </w:pPr>
    </w:p>
    <w:p w14:paraId="6C52AE18" w14:textId="77777777" w:rsidR="003543CF" w:rsidRPr="003D5C21" w:rsidRDefault="003543CF" w:rsidP="003543CF">
      <w:pPr>
        <w:pStyle w:val="Texte"/>
        <w:jc w:val="left"/>
        <w:rPr>
          <w:i w:val="0"/>
          <w:iCs/>
          <w:u w:val="single"/>
        </w:rPr>
      </w:pPr>
      <w:r w:rsidRPr="003D5C21">
        <w:rPr>
          <w:i w:val="0"/>
          <w:iCs/>
          <w:u w:val="single"/>
        </w:rPr>
        <w:t>Acheteur</w:t>
      </w:r>
      <w:r w:rsidR="00D27345" w:rsidRPr="003D5C21">
        <w:rPr>
          <w:i w:val="0"/>
          <w:iCs/>
          <w:u w:val="single"/>
        </w:rPr>
        <w:t> :</w:t>
      </w:r>
    </w:p>
    <w:p w14:paraId="3AEDBB71" w14:textId="77777777" w:rsidR="00EC46F9" w:rsidRPr="003D5C21" w:rsidRDefault="003543CF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SOCIETE ANONYME AEROPORT DE LA REUNION ROLAND GARROS</w:t>
      </w:r>
    </w:p>
    <w:p w14:paraId="597423B4" w14:textId="0934B9A9" w:rsidR="003D5C21" w:rsidRDefault="003D5C21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74 A</w:t>
      </w:r>
      <w:r>
        <w:rPr>
          <w:i w:val="0"/>
          <w:iCs/>
        </w:rPr>
        <w:t xml:space="preserve">venue Roland Garros </w:t>
      </w:r>
    </w:p>
    <w:p w14:paraId="4AE82B2A" w14:textId="548B97D5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>97438 SAINTE-MARIE</w:t>
      </w:r>
    </w:p>
    <w:p w14:paraId="392F9011" w14:textId="01884EAD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 xml:space="preserve">Téléphone fixe : 0262 48 18 74 </w:t>
      </w:r>
    </w:p>
    <w:p w14:paraId="3885C1F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0646F9E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4D3CA71B" w14:textId="77777777" w:rsidR="003543CF" w:rsidRDefault="003543CF" w:rsidP="003543CF">
      <w:pPr>
        <w:pStyle w:val="Texte"/>
        <w:jc w:val="left"/>
      </w:pPr>
    </w:p>
    <w:p w14:paraId="77C39B61" w14:textId="77777777" w:rsidR="00176F19" w:rsidRDefault="00176F19" w:rsidP="00176F19">
      <w:pPr>
        <w:pStyle w:val="Texte"/>
        <w:jc w:val="both"/>
      </w:pPr>
    </w:p>
    <w:p w14:paraId="262CC5A3" w14:textId="77777777" w:rsidR="003543CF" w:rsidRPr="00666709" w:rsidRDefault="003543CF" w:rsidP="003543CF">
      <w:pPr>
        <w:pStyle w:val="Texte"/>
        <w:jc w:val="both"/>
      </w:pPr>
    </w:p>
    <w:p w14:paraId="1EA6B930" w14:textId="77777777" w:rsidR="003543CF" w:rsidRDefault="003543CF" w:rsidP="00511407">
      <w:pPr>
        <w:pStyle w:val="Texte"/>
      </w:pPr>
    </w:p>
    <w:p w14:paraId="32EF0198" w14:textId="77777777" w:rsidR="00B27D51" w:rsidRDefault="00B27D51" w:rsidP="00511407">
      <w:pPr>
        <w:pStyle w:val="Texte"/>
      </w:pPr>
    </w:p>
    <w:p w14:paraId="700685BB" w14:textId="77777777" w:rsidR="00B27D51" w:rsidRDefault="00B27D51" w:rsidP="00511407">
      <w:pPr>
        <w:pStyle w:val="Texte"/>
      </w:pPr>
    </w:p>
    <w:p w14:paraId="10E782FC" w14:textId="77777777" w:rsidR="00B27D51" w:rsidRDefault="00B27D51" w:rsidP="00511407">
      <w:pPr>
        <w:pStyle w:val="Texte"/>
      </w:pPr>
    </w:p>
    <w:p w14:paraId="28D4A477" w14:textId="77777777" w:rsidR="00B27D51" w:rsidRDefault="00B27D51" w:rsidP="00511407">
      <w:pPr>
        <w:pStyle w:val="Texte"/>
      </w:pPr>
    </w:p>
    <w:p w14:paraId="694C5153" w14:textId="77777777" w:rsidR="00B27D51" w:rsidRDefault="00B27D51" w:rsidP="00511407">
      <w:pPr>
        <w:pStyle w:val="Texte"/>
      </w:pPr>
    </w:p>
    <w:p w14:paraId="13761AEA" w14:textId="2FD8C4B5" w:rsidR="00666709" w:rsidRDefault="00666709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39A53E82" w14:textId="77777777" w:rsidR="00B27D51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4E6F9EBF" w14:textId="2C36DBD8" w:rsidR="00112D35" w:rsidRPr="00C20AD7" w:rsidRDefault="00567B14" w:rsidP="00C20AD7">
      <w:pPr>
        <w:pStyle w:val="Titre1"/>
      </w:pPr>
      <w:r>
        <w:t>Tablette 1</w:t>
      </w:r>
      <w:r w:rsidR="00677FBA">
        <w:t xml:space="preserve"> – type 1</w:t>
      </w:r>
    </w:p>
    <w:p w14:paraId="345F5E90" w14:textId="77777777" w:rsidR="00B31212" w:rsidRPr="00157628" w:rsidRDefault="00B31212" w:rsidP="00B31212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253"/>
        <w:gridCol w:w="2409"/>
        <w:gridCol w:w="2410"/>
      </w:tblGrid>
      <w:tr w:rsidR="0038189F" w:rsidRPr="00157628" w14:paraId="42138307" w14:textId="77777777" w:rsidTr="00157628">
        <w:tc>
          <w:tcPr>
            <w:tcW w:w="1843" w:type="dxa"/>
            <w:shd w:val="clear" w:color="auto" w:fill="92CDDC" w:themeFill="accent5" w:themeFillTint="99"/>
          </w:tcPr>
          <w:p w14:paraId="2BB20F34" w14:textId="77777777" w:rsidR="0038189F" w:rsidRPr="00157628" w:rsidRDefault="0038189F" w:rsidP="000E4B62">
            <w:r w:rsidRPr="00157628">
              <w:t>Caractéristique</w:t>
            </w:r>
          </w:p>
        </w:tc>
        <w:tc>
          <w:tcPr>
            <w:tcW w:w="4253" w:type="dxa"/>
            <w:shd w:val="clear" w:color="auto" w:fill="92CDDC" w:themeFill="accent5" w:themeFillTint="99"/>
          </w:tcPr>
          <w:p w14:paraId="68FE1508" w14:textId="77777777" w:rsidR="0038189F" w:rsidRPr="00157628" w:rsidRDefault="0038189F" w:rsidP="000E4B62">
            <w:r w:rsidRPr="00157628">
              <w:t>Exigence minimales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14:paraId="7679B742" w14:textId="77777777" w:rsidR="0038189F" w:rsidRPr="00157628" w:rsidRDefault="0038189F" w:rsidP="000E4B62">
            <w:r w:rsidRPr="00157628">
              <w:t>Réponse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367859A3" w14:textId="77777777" w:rsidR="0038189F" w:rsidRPr="00157628" w:rsidRDefault="0038189F" w:rsidP="000E4B62">
            <w:r w:rsidRPr="00157628">
              <w:t>Document et page</w:t>
            </w:r>
          </w:p>
        </w:tc>
      </w:tr>
      <w:tr w:rsidR="005B013D" w:rsidRPr="00157628" w14:paraId="1BEF7979" w14:textId="77777777" w:rsidTr="00CF7347">
        <w:tc>
          <w:tcPr>
            <w:tcW w:w="1843" w:type="dxa"/>
          </w:tcPr>
          <w:p w14:paraId="019681F5" w14:textId="10A82071" w:rsidR="005B013D" w:rsidRPr="00157628" w:rsidRDefault="005B013D" w:rsidP="005B013D">
            <w:r w:rsidRPr="00157628">
              <w:t xml:space="preserve">Type </w:t>
            </w:r>
          </w:p>
        </w:tc>
        <w:tc>
          <w:tcPr>
            <w:tcW w:w="4253" w:type="dxa"/>
          </w:tcPr>
          <w:p w14:paraId="06044263" w14:textId="7254FB63" w:rsidR="005B013D" w:rsidRPr="00157628" w:rsidRDefault="005B013D" w:rsidP="005B013D">
            <w:r w:rsidRPr="00157628">
              <w:t>SAMSUNG TAB S ou équivalent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6C739426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29076662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2D679A0B" w14:textId="77777777" w:rsidTr="00CF7347">
        <w:tc>
          <w:tcPr>
            <w:tcW w:w="1843" w:type="dxa"/>
          </w:tcPr>
          <w:p w14:paraId="4D13CF74" w14:textId="76B29AE8" w:rsidR="005B013D" w:rsidRPr="00157628" w:rsidRDefault="001C1F93" w:rsidP="005B013D">
            <w:r w:rsidRPr="00157628">
              <w:t>OS</w:t>
            </w:r>
          </w:p>
        </w:tc>
        <w:tc>
          <w:tcPr>
            <w:tcW w:w="4253" w:type="dxa"/>
          </w:tcPr>
          <w:p w14:paraId="0C0A6D56" w14:textId="12253DA5" w:rsidR="005B013D" w:rsidRPr="00157628" w:rsidRDefault="005B013D" w:rsidP="005B013D">
            <w:r w:rsidRPr="00157628">
              <w:t>Android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071127B4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82CE55B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308598E1" w14:textId="77777777" w:rsidTr="00CF7347">
        <w:tc>
          <w:tcPr>
            <w:tcW w:w="1843" w:type="dxa"/>
          </w:tcPr>
          <w:p w14:paraId="7A8D647F" w14:textId="494594B8" w:rsidR="005B013D" w:rsidRPr="00157628" w:rsidRDefault="005B013D" w:rsidP="005B013D">
            <w:r w:rsidRPr="00157628">
              <w:t>Processeur</w:t>
            </w:r>
          </w:p>
        </w:tc>
        <w:tc>
          <w:tcPr>
            <w:tcW w:w="4253" w:type="dxa"/>
          </w:tcPr>
          <w:p w14:paraId="1D554770" w14:textId="4C198BDB" w:rsidR="005B013D" w:rsidRPr="00157628" w:rsidRDefault="005B013D" w:rsidP="005B013D">
            <w:r w:rsidRPr="00157628">
              <w:t>Type Octo-Core 2.3Ghz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6BA24B5B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4C31E0B0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0D70535C" w14:textId="77777777" w:rsidTr="00CF7347">
        <w:tc>
          <w:tcPr>
            <w:tcW w:w="1843" w:type="dxa"/>
          </w:tcPr>
          <w:p w14:paraId="1046BA85" w14:textId="13F02F26" w:rsidR="005B013D" w:rsidRPr="00157628" w:rsidRDefault="005B013D" w:rsidP="005B013D">
            <w:r w:rsidRPr="00157628">
              <w:t>Ecran</w:t>
            </w:r>
          </w:p>
        </w:tc>
        <w:tc>
          <w:tcPr>
            <w:tcW w:w="4253" w:type="dxa"/>
          </w:tcPr>
          <w:p w14:paraId="046E3E70" w14:textId="3B1FA4E2" w:rsidR="005B013D" w:rsidRPr="00157628" w:rsidRDefault="005B013D" w:rsidP="005B013D">
            <w:r w:rsidRPr="00157628">
              <w:t>Entre 10 et 12 pouces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145DF20F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731BD2BB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5A68C51F" w14:textId="77777777" w:rsidTr="00CF7347">
        <w:tc>
          <w:tcPr>
            <w:tcW w:w="1843" w:type="dxa"/>
          </w:tcPr>
          <w:p w14:paraId="293ABAFA" w14:textId="0E369D00" w:rsidR="005B013D" w:rsidRPr="00157628" w:rsidRDefault="005B013D" w:rsidP="005B013D">
            <w:r w:rsidRPr="00157628">
              <w:t>Mémoire</w:t>
            </w:r>
          </w:p>
        </w:tc>
        <w:tc>
          <w:tcPr>
            <w:tcW w:w="4253" w:type="dxa"/>
          </w:tcPr>
          <w:p w14:paraId="4D23D865" w14:textId="702979B4" w:rsidR="005B013D" w:rsidRPr="00157628" w:rsidRDefault="005B013D" w:rsidP="005B013D">
            <w:r w:rsidRPr="00157628">
              <w:t>8 Go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733170C8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4AC09D8B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750CD5A6" w14:textId="77777777" w:rsidTr="00CF7347">
        <w:tc>
          <w:tcPr>
            <w:tcW w:w="1843" w:type="dxa"/>
          </w:tcPr>
          <w:p w14:paraId="005F181F" w14:textId="5C44FD3F" w:rsidR="005B013D" w:rsidRPr="00157628" w:rsidRDefault="005B013D" w:rsidP="005B013D">
            <w:r w:rsidRPr="00157628">
              <w:t>Stockage</w:t>
            </w:r>
          </w:p>
        </w:tc>
        <w:tc>
          <w:tcPr>
            <w:tcW w:w="4253" w:type="dxa"/>
          </w:tcPr>
          <w:p w14:paraId="5B2D1947" w14:textId="64AFF510" w:rsidR="005B013D" w:rsidRPr="00157628" w:rsidRDefault="005B013D" w:rsidP="005B013D">
            <w:r w:rsidRPr="00157628">
              <w:t>128 Go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6C2FA597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7AF07030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7B78A05F" w14:textId="77777777" w:rsidTr="00CF7347">
        <w:tc>
          <w:tcPr>
            <w:tcW w:w="1843" w:type="dxa"/>
          </w:tcPr>
          <w:p w14:paraId="086D3705" w14:textId="7770718A" w:rsidR="005B013D" w:rsidRPr="00157628" w:rsidRDefault="005B013D" w:rsidP="005B013D">
            <w:r w:rsidRPr="00157628">
              <w:t>Wi-Fi</w:t>
            </w:r>
          </w:p>
        </w:tc>
        <w:tc>
          <w:tcPr>
            <w:tcW w:w="4253" w:type="dxa"/>
          </w:tcPr>
          <w:p w14:paraId="60E47C14" w14:textId="0E80F3C5" w:rsidR="005B013D" w:rsidRPr="00157628" w:rsidRDefault="005B013D" w:rsidP="005B013D">
            <w:r w:rsidRPr="00157628">
              <w:t xml:space="preserve">Wifi 802.11 </w:t>
            </w:r>
            <w:proofErr w:type="spellStart"/>
            <w:r w:rsidRPr="00157628">
              <w:t>ax</w:t>
            </w:r>
            <w:proofErr w:type="spellEnd"/>
          </w:p>
        </w:tc>
        <w:tc>
          <w:tcPr>
            <w:tcW w:w="2409" w:type="dxa"/>
            <w:shd w:val="clear" w:color="auto" w:fill="DAEEF3" w:themeFill="accent5" w:themeFillTint="33"/>
          </w:tcPr>
          <w:p w14:paraId="3878ED1F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22DA0A5" w14:textId="77777777" w:rsidR="005B013D" w:rsidRPr="00157628" w:rsidRDefault="005B013D" w:rsidP="005B013D">
            <w:r w:rsidRPr="00157628">
              <w:t>Référence de la preuve</w:t>
            </w:r>
          </w:p>
        </w:tc>
      </w:tr>
      <w:tr w:rsidR="005B013D" w:rsidRPr="00157628" w14:paraId="0DE7E499" w14:textId="77777777" w:rsidTr="00CF7347">
        <w:tc>
          <w:tcPr>
            <w:tcW w:w="1843" w:type="dxa"/>
          </w:tcPr>
          <w:p w14:paraId="5DAD52D2" w14:textId="2316456F" w:rsidR="005B013D" w:rsidRPr="00157628" w:rsidRDefault="005B013D" w:rsidP="005B013D">
            <w:r w:rsidRPr="00157628">
              <w:t xml:space="preserve">Garantie </w:t>
            </w:r>
          </w:p>
        </w:tc>
        <w:tc>
          <w:tcPr>
            <w:tcW w:w="4253" w:type="dxa"/>
          </w:tcPr>
          <w:p w14:paraId="5D4F3B4C" w14:textId="4CB58068" w:rsidR="005B013D" w:rsidRPr="00157628" w:rsidRDefault="005B013D" w:rsidP="005B013D">
            <w:r w:rsidRPr="00157628">
              <w:t>2 ans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43A2B9DC" w14:textId="77777777" w:rsidR="005B013D" w:rsidRPr="00157628" w:rsidRDefault="005B013D" w:rsidP="005B013D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4C1124D" w14:textId="77777777" w:rsidR="005B013D" w:rsidRPr="00157628" w:rsidRDefault="005B013D" w:rsidP="005B013D">
            <w:r w:rsidRPr="00157628">
              <w:t>Référence de la preuve</w:t>
            </w:r>
          </w:p>
        </w:tc>
      </w:tr>
    </w:tbl>
    <w:p w14:paraId="0855A2C9" w14:textId="3CA03F35" w:rsidR="0038189F" w:rsidRDefault="0038189F" w:rsidP="0038189F">
      <w:pPr>
        <w:rPr>
          <w:sz w:val="16"/>
          <w:szCs w:val="16"/>
        </w:rPr>
      </w:pPr>
    </w:p>
    <w:p w14:paraId="6B4CF86F" w14:textId="64400C8C" w:rsidR="008A74BC" w:rsidRDefault="00677FBA" w:rsidP="008A74BC">
      <w:pPr>
        <w:pStyle w:val="Titre1"/>
      </w:pPr>
      <w:r>
        <w:t>Tablette - Type 2</w:t>
      </w:r>
    </w:p>
    <w:p w14:paraId="70DA5054" w14:textId="77777777" w:rsidR="00B31212" w:rsidRPr="00B31212" w:rsidRDefault="00B31212" w:rsidP="00B31212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253"/>
        <w:gridCol w:w="2409"/>
        <w:gridCol w:w="2410"/>
      </w:tblGrid>
      <w:tr w:rsidR="00A7132D" w:rsidRPr="00EC1F78" w14:paraId="0D0E8E22" w14:textId="1F29B557" w:rsidTr="00157628">
        <w:tc>
          <w:tcPr>
            <w:tcW w:w="1843" w:type="dxa"/>
            <w:shd w:val="clear" w:color="auto" w:fill="92CDDC" w:themeFill="accent5" w:themeFillTint="99"/>
          </w:tcPr>
          <w:p w14:paraId="0257EBB9" w14:textId="77777777" w:rsidR="00A7132D" w:rsidRPr="00157628" w:rsidRDefault="00A7132D" w:rsidP="00A7132D">
            <w:r w:rsidRPr="00157628">
              <w:t>Equipement</w:t>
            </w:r>
          </w:p>
        </w:tc>
        <w:tc>
          <w:tcPr>
            <w:tcW w:w="4253" w:type="dxa"/>
            <w:shd w:val="clear" w:color="auto" w:fill="92CDDC" w:themeFill="accent5" w:themeFillTint="99"/>
          </w:tcPr>
          <w:p w14:paraId="01FAC970" w14:textId="4C9FA4FA" w:rsidR="00A7132D" w:rsidRPr="00157628" w:rsidRDefault="00A7132D" w:rsidP="00A7132D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2409" w:type="dxa"/>
            <w:shd w:val="clear" w:color="auto" w:fill="92CDDC" w:themeFill="accent5" w:themeFillTint="99"/>
          </w:tcPr>
          <w:p w14:paraId="1E1E80B5" w14:textId="63ED40DF" w:rsidR="00A7132D" w:rsidRPr="00157628" w:rsidRDefault="00A7132D" w:rsidP="00A7132D">
            <w:r w:rsidRPr="00157628">
              <w:t>Réponse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133C58C7" w14:textId="3C35D056" w:rsidR="00A7132D" w:rsidRPr="00157628" w:rsidRDefault="00A7132D" w:rsidP="00A7132D">
            <w:r w:rsidRPr="00157628">
              <w:t>Document et page</w:t>
            </w:r>
          </w:p>
        </w:tc>
      </w:tr>
      <w:tr w:rsidR="005E2E8E" w:rsidRPr="00EC1F78" w14:paraId="4C1B884F" w14:textId="291122C2" w:rsidTr="00CF7347">
        <w:tc>
          <w:tcPr>
            <w:tcW w:w="1843" w:type="dxa"/>
          </w:tcPr>
          <w:p w14:paraId="026F5A8F" w14:textId="6B9B9F6C" w:rsidR="005E2E8E" w:rsidRPr="00157628" w:rsidRDefault="005E2E8E" w:rsidP="005E2E8E">
            <w:r w:rsidRPr="00157628">
              <w:t>Type</w:t>
            </w:r>
          </w:p>
        </w:tc>
        <w:tc>
          <w:tcPr>
            <w:tcW w:w="4253" w:type="dxa"/>
          </w:tcPr>
          <w:p w14:paraId="04F1D240" w14:textId="49702506" w:rsidR="005E2E8E" w:rsidRPr="00157628" w:rsidRDefault="005E2E8E" w:rsidP="005E2E8E">
            <w:r w:rsidRPr="00157628">
              <w:t>iPad mini 7 (*)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116F402D" w14:textId="65FDA46F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73FDADB3" w14:textId="4E9A32A1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5A36C8C6" w14:textId="0C953171" w:rsidTr="00CF7347">
        <w:tc>
          <w:tcPr>
            <w:tcW w:w="1843" w:type="dxa"/>
          </w:tcPr>
          <w:p w14:paraId="574919AC" w14:textId="66386EA9" w:rsidR="005E2E8E" w:rsidRPr="00157628" w:rsidRDefault="001C1F93" w:rsidP="005E2E8E">
            <w:r w:rsidRPr="00157628">
              <w:t>OS</w:t>
            </w:r>
          </w:p>
        </w:tc>
        <w:tc>
          <w:tcPr>
            <w:tcW w:w="4253" w:type="dxa"/>
          </w:tcPr>
          <w:p w14:paraId="2A6AB1E1" w14:textId="64B38182" w:rsidR="005E2E8E" w:rsidRPr="00157628" w:rsidRDefault="005E2E8E" w:rsidP="005E2E8E">
            <w:r w:rsidRPr="00157628">
              <w:t>iPadOS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5296858E" w14:textId="3BDF64BA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738E79B1" w14:textId="0427FCEE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1B60097E" w14:textId="0D1EE346" w:rsidTr="00CF7347">
        <w:tc>
          <w:tcPr>
            <w:tcW w:w="1843" w:type="dxa"/>
          </w:tcPr>
          <w:p w14:paraId="02C12B13" w14:textId="19F27855" w:rsidR="005E2E8E" w:rsidRPr="00157628" w:rsidRDefault="005E2E8E" w:rsidP="005E2E8E">
            <w:r w:rsidRPr="00157628">
              <w:t>Processeur</w:t>
            </w:r>
          </w:p>
        </w:tc>
        <w:tc>
          <w:tcPr>
            <w:tcW w:w="4253" w:type="dxa"/>
          </w:tcPr>
          <w:p w14:paraId="479E34E5" w14:textId="24801644" w:rsidR="005E2E8E" w:rsidRPr="00157628" w:rsidRDefault="005E2E8E" w:rsidP="005E2E8E">
            <w:r w:rsidRPr="00157628">
              <w:t>6 cœurs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7501995E" w14:textId="29D36B3E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9659A0B" w14:textId="2EC5FBCC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78C5942F" w14:textId="7C598584" w:rsidTr="00CF7347">
        <w:tc>
          <w:tcPr>
            <w:tcW w:w="1843" w:type="dxa"/>
          </w:tcPr>
          <w:p w14:paraId="4E58D827" w14:textId="7E982783" w:rsidR="005E2E8E" w:rsidRPr="00157628" w:rsidRDefault="005E2E8E" w:rsidP="005E2E8E">
            <w:r w:rsidRPr="00157628">
              <w:t>Puce</w:t>
            </w:r>
          </w:p>
        </w:tc>
        <w:tc>
          <w:tcPr>
            <w:tcW w:w="4253" w:type="dxa"/>
          </w:tcPr>
          <w:p w14:paraId="41691E8B" w14:textId="216C96A6" w:rsidR="005E2E8E" w:rsidRPr="00157628" w:rsidRDefault="005E2E8E" w:rsidP="005E2E8E">
            <w:r w:rsidRPr="00157628">
              <w:t>A17 Pro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116412F1" w14:textId="3002805B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47374FF0" w14:textId="6B02F88D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5235B0E0" w14:textId="6C061CBA" w:rsidTr="00CF7347">
        <w:tc>
          <w:tcPr>
            <w:tcW w:w="1843" w:type="dxa"/>
          </w:tcPr>
          <w:p w14:paraId="4ED2B92C" w14:textId="634621EA" w:rsidR="005E2E8E" w:rsidRPr="00157628" w:rsidRDefault="005E2E8E" w:rsidP="005E2E8E">
            <w:r w:rsidRPr="00157628">
              <w:t>Ecran</w:t>
            </w:r>
          </w:p>
        </w:tc>
        <w:tc>
          <w:tcPr>
            <w:tcW w:w="4253" w:type="dxa"/>
          </w:tcPr>
          <w:p w14:paraId="0516AE9F" w14:textId="7353383F" w:rsidR="005E2E8E" w:rsidRPr="00157628" w:rsidRDefault="005E2E8E" w:rsidP="005E2E8E">
            <w:r w:rsidRPr="00157628">
              <w:t>Entre 8 et 9 pouces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4188EDCD" w14:textId="50D764F1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D17B068" w14:textId="72483F40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2228E456" w14:textId="58AF61F3" w:rsidTr="00CF7347">
        <w:tc>
          <w:tcPr>
            <w:tcW w:w="1843" w:type="dxa"/>
          </w:tcPr>
          <w:p w14:paraId="70CF542B" w14:textId="0A113B86" w:rsidR="005E2E8E" w:rsidRPr="00157628" w:rsidRDefault="005E2E8E" w:rsidP="005E2E8E">
            <w:r w:rsidRPr="00157628">
              <w:t>Stockage</w:t>
            </w:r>
          </w:p>
        </w:tc>
        <w:tc>
          <w:tcPr>
            <w:tcW w:w="4253" w:type="dxa"/>
          </w:tcPr>
          <w:p w14:paraId="5CDCEACF" w14:textId="7AC4540D" w:rsidR="005E2E8E" w:rsidRPr="00157628" w:rsidRDefault="005E2E8E" w:rsidP="005E2E8E">
            <w:r w:rsidRPr="00157628">
              <w:t>128 Go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5B4D901A" w14:textId="5066CD8F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499E13B4" w14:textId="12E8D9BE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752539B7" w14:textId="09F60BFE" w:rsidTr="00CF7347">
        <w:tc>
          <w:tcPr>
            <w:tcW w:w="1843" w:type="dxa"/>
          </w:tcPr>
          <w:p w14:paraId="15CC889E" w14:textId="2852A3AE" w:rsidR="005E2E8E" w:rsidRPr="00157628" w:rsidRDefault="005E2E8E" w:rsidP="005E2E8E">
            <w:r w:rsidRPr="00157628">
              <w:t>Wi-Fi</w:t>
            </w:r>
          </w:p>
        </w:tc>
        <w:tc>
          <w:tcPr>
            <w:tcW w:w="4253" w:type="dxa"/>
          </w:tcPr>
          <w:p w14:paraId="62A1D2EA" w14:textId="03022D4B" w:rsidR="005E2E8E" w:rsidRPr="00157628" w:rsidRDefault="005E2E8E" w:rsidP="005E2E8E">
            <w:r w:rsidRPr="00157628">
              <w:t xml:space="preserve">Wifi 6E 802.11 </w:t>
            </w:r>
            <w:proofErr w:type="spellStart"/>
            <w:r w:rsidRPr="00157628">
              <w:t>ax</w:t>
            </w:r>
            <w:proofErr w:type="spellEnd"/>
            <w:r w:rsidRPr="00157628">
              <w:t xml:space="preserve"> 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3F36CB11" w14:textId="43631F7D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4192311" w14:textId="4CBBCFDB" w:rsidR="005E2E8E" w:rsidRPr="00157628" w:rsidRDefault="005E2E8E" w:rsidP="005E2E8E">
            <w:r w:rsidRPr="00157628">
              <w:t>Référence de la preuve</w:t>
            </w:r>
          </w:p>
        </w:tc>
      </w:tr>
      <w:tr w:rsidR="005E2E8E" w:rsidRPr="00EC1F78" w14:paraId="426F08E4" w14:textId="5C21EF68" w:rsidTr="00CF7347">
        <w:tc>
          <w:tcPr>
            <w:tcW w:w="1843" w:type="dxa"/>
          </w:tcPr>
          <w:p w14:paraId="30241219" w14:textId="0AF8F4EE" w:rsidR="005E2E8E" w:rsidRPr="00157628" w:rsidRDefault="005E2E8E" w:rsidP="005E2E8E">
            <w:r w:rsidRPr="00157628">
              <w:t xml:space="preserve">Garantie </w:t>
            </w:r>
          </w:p>
        </w:tc>
        <w:tc>
          <w:tcPr>
            <w:tcW w:w="4253" w:type="dxa"/>
          </w:tcPr>
          <w:p w14:paraId="72D72338" w14:textId="1DE4189F" w:rsidR="005E2E8E" w:rsidRPr="00157628" w:rsidRDefault="005E2E8E" w:rsidP="005E2E8E">
            <w:r w:rsidRPr="00157628">
              <w:t>2 ans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1CEA435F" w14:textId="1B53619F" w:rsidR="005E2E8E" w:rsidRPr="00157628" w:rsidRDefault="005E2E8E" w:rsidP="005E2E8E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62275E23" w14:textId="68D4E2BB" w:rsidR="005E2E8E" w:rsidRPr="00157628" w:rsidRDefault="005E2E8E" w:rsidP="005E2E8E">
            <w:r w:rsidRPr="00157628">
              <w:t>Référence de la preuve</w:t>
            </w:r>
          </w:p>
        </w:tc>
      </w:tr>
    </w:tbl>
    <w:p w14:paraId="3D2AA8CF" w14:textId="77777777" w:rsidR="00466751" w:rsidRDefault="00466751" w:rsidP="0038189F">
      <w:pPr>
        <w:rPr>
          <w:sz w:val="18"/>
          <w:szCs w:val="18"/>
        </w:rPr>
      </w:pPr>
    </w:p>
    <w:p w14:paraId="0299C29F" w14:textId="304D1750" w:rsidR="00C20AD7" w:rsidRDefault="001C1F93" w:rsidP="00C20AD7">
      <w:pPr>
        <w:pStyle w:val="Titre1"/>
      </w:pPr>
      <w:r>
        <w:t>tablette – type 3</w:t>
      </w:r>
    </w:p>
    <w:p w14:paraId="4336D620" w14:textId="77777777" w:rsidR="00714715" w:rsidRDefault="00714715" w:rsidP="00714715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253"/>
        <w:gridCol w:w="2409"/>
        <w:gridCol w:w="2410"/>
      </w:tblGrid>
      <w:tr w:rsidR="0080103D" w:rsidRPr="00EC1F78" w14:paraId="7A94B682" w14:textId="77777777" w:rsidTr="00157628">
        <w:tc>
          <w:tcPr>
            <w:tcW w:w="1843" w:type="dxa"/>
            <w:shd w:val="clear" w:color="auto" w:fill="92CDDC" w:themeFill="accent5" w:themeFillTint="99"/>
          </w:tcPr>
          <w:p w14:paraId="64039529" w14:textId="77777777" w:rsidR="0080103D" w:rsidRPr="00157628" w:rsidRDefault="0080103D" w:rsidP="000E4B62">
            <w:r w:rsidRPr="00157628">
              <w:t>Equipement</w:t>
            </w:r>
          </w:p>
        </w:tc>
        <w:tc>
          <w:tcPr>
            <w:tcW w:w="4253" w:type="dxa"/>
            <w:shd w:val="clear" w:color="auto" w:fill="92CDDC" w:themeFill="accent5" w:themeFillTint="99"/>
          </w:tcPr>
          <w:p w14:paraId="787E244D" w14:textId="77777777" w:rsidR="0080103D" w:rsidRPr="00157628" w:rsidRDefault="0080103D" w:rsidP="000E4B62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2409" w:type="dxa"/>
            <w:shd w:val="clear" w:color="auto" w:fill="92CDDC" w:themeFill="accent5" w:themeFillTint="99"/>
          </w:tcPr>
          <w:p w14:paraId="1A439915" w14:textId="77777777" w:rsidR="0080103D" w:rsidRPr="00157628" w:rsidRDefault="0080103D" w:rsidP="000E4B62">
            <w:r w:rsidRPr="00157628">
              <w:t>Réponse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2E547EE4" w14:textId="77777777" w:rsidR="0080103D" w:rsidRPr="00157628" w:rsidRDefault="0080103D" w:rsidP="000E4B62">
            <w:r w:rsidRPr="00157628">
              <w:t>Document et page</w:t>
            </w:r>
          </w:p>
        </w:tc>
      </w:tr>
      <w:tr w:rsidR="0002074B" w:rsidRPr="00EC1F78" w14:paraId="59FDFAFD" w14:textId="77777777" w:rsidTr="00CF7347">
        <w:tc>
          <w:tcPr>
            <w:tcW w:w="1843" w:type="dxa"/>
          </w:tcPr>
          <w:p w14:paraId="49AFB0C4" w14:textId="0F3BE20A" w:rsidR="0002074B" w:rsidRPr="00157628" w:rsidRDefault="0002074B" w:rsidP="0002074B">
            <w:r w:rsidRPr="00157628">
              <w:t>Type</w:t>
            </w:r>
          </w:p>
        </w:tc>
        <w:tc>
          <w:tcPr>
            <w:tcW w:w="4253" w:type="dxa"/>
          </w:tcPr>
          <w:p w14:paraId="741D2106" w14:textId="575EBDAD" w:rsidR="0002074B" w:rsidRPr="00157628" w:rsidRDefault="0002074B" w:rsidP="0002074B">
            <w:r w:rsidRPr="00157628">
              <w:t>iPad Pro ou équivalent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1C88CA82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46CDA349" w14:textId="77777777" w:rsidR="0002074B" w:rsidRPr="00157628" w:rsidRDefault="0002074B" w:rsidP="0002074B">
            <w:r w:rsidRPr="00157628">
              <w:t>Référence de la preuve</w:t>
            </w:r>
          </w:p>
        </w:tc>
      </w:tr>
      <w:tr w:rsidR="0002074B" w:rsidRPr="00EC1F78" w14:paraId="75169020" w14:textId="77777777" w:rsidTr="00CF7347">
        <w:tc>
          <w:tcPr>
            <w:tcW w:w="1843" w:type="dxa"/>
          </w:tcPr>
          <w:p w14:paraId="7F92A315" w14:textId="1A986801" w:rsidR="0002074B" w:rsidRPr="00157628" w:rsidRDefault="00157628" w:rsidP="0002074B">
            <w:r>
              <w:t>OS</w:t>
            </w:r>
          </w:p>
        </w:tc>
        <w:tc>
          <w:tcPr>
            <w:tcW w:w="4253" w:type="dxa"/>
          </w:tcPr>
          <w:p w14:paraId="37876167" w14:textId="66CFE460" w:rsidR="0002074B" w:rsidRPr="00157628" w:rsidRDefault="0002074B" w:rsidP="0002074B">
            <w:r w:rsidRPr="00157628">
              <w:t>iPadOS 26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5FB08129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157EC72" w14:textId="77777777" w:rsidR="0002074B" w:rsidRPr="00157628" w:rsidRDefault="0002074B" w:rsidP="0002074B">
            <w:r w:rsidRPr="00157628">
              <w:t>Référence de la preuve</w:t>
            </w:r>
          </w:p>
        </w:tc>
      </w:tr>
      <w:tr w:rsidR="0002074B" w:rsidRPr="00EC1F78" w14:paraId="5DF609F0" w14:textId="77777777" w:rsidTr="00CF7347">
        <w:tc>
          <w:tcPr>
            <w:tcW w:w="1843" w:type="dxa"/>
          </w:tcPr>
          <w:p w14:paraId="7DA41D19" w14:textId="54FDCF0A" w:rsidR="0002074B" w:rsidRPr="00157628" w:rsidRDefault="0002074B" w:rsidP="0002074B">
            <w:r w:rsidRPr="00157628">
              <w:t>Puce</w:t>
            </w:r>
          </w:p>
        </w:tc>
        <w:tc>
          <w:tcPr>
            <w:tcW w:w="4253" w:type="dxa"/>
          </w:tcPr>
          <w:p w14:paraId="1BFD437E" w14:textId="21E76A20" w:rsidR="0002074B" w:rsidRPr="00157628" w:rsidRDefault="0002074B" w:rsidP="0002074B">
            <w:r w:rsidRPr="00157628">
              <w:t>M5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5E12F28B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7EF9A10" w14:textId="77777777" w:rsidR="0002074B" w:rsidRPr="00157628" w:rsidRDefault="0002074B" w:rsidP="0002074B">
            <w:r w:rsidRPr="00157628">
              <w:t>Référence de la preuve</w:t>
            </w:r>
          </w:p>
        </w:tc>
      </w:tr>
      <w:tr w:rsidR="0002074B" w:rsidRPr="00EC1F78" w14:paraId="698A0C45" w14:textId="77777777" w:rsidTr="00CF7347">
        <w:tc>
          <w:tcPr>
            <w:tcW w:w="1843" w:type="dxa"/>
          </w:tcPr>
          <w:p w14:paraId="42E829E2" w14:textId="1C085CC5" w:rsidR="0002074B" w:rsidRPr="00157628" w:rsidRDefault="0002074B" w:rsidP="0002074B">
            <w:r w:rsidRPr="00157628">
              <w:t>Ecran</w:t>
            </w:r>
          </w:p>
        </w:tc>
        <w:tc>
          <w:tcPr>
            <w:tcW w:w="4253" w:type="dxa"/>
          </w:tcPr>
          <w:p w14:paraId="5F9B99F1" w14:textId="1068A7E5" w:rsidR="0002074B" w:rsidRPr="00157628" w:rsidRDefault="0002074B" w:rsidP="0002074B">
            <w:r w:rsidRPr="00157628">
              <w:t>Entre 11 pouces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6F6DA065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BAF2778" w14:textId="77777777" w:rsidR="0002074B" w:rsidRPr="00157628" w:rsidRDefault="0002074B" w:rsidP="0002074B">
            <w:r w:rsidRPr="00157628">
              <w:t>Référence de la preuve</w:t>
            </w:r>
          </w:p>
        </w:tc>
      </w:tr>
      <w:tr w:rsidR="0002074B" w:rsidRPr="00EC1F78" w14:paraId="024594E1" w14:textId="77777777" w:rsidTr="00CF7347">
        <w:tc>
          <w:tcPr>
            <w:tcW w:w="1843" w:type="dxa"/>
          </w:tcPr>
          <w:p w14:paraId="70059F8F" w14:textId="3642EE08" w:rsidR="0002074B" w:rsidRPr="00157628" w:rsidRDefault="0002074B" w:rsidP="0002074B">
            <w:r w:rsidRPr="00157628">
              <w:t>Stockage</w:t>
            </w:r>
          </w:p>
        </w:tc>
        <w:tc>
          <w:tcPr>
            <w:tcW w:w="4253" w:type="dxa"/>
          </w:tcPr>
          <w:p w14:paraId="22C731C1" w14:textId="1BC765A1" w:rsidR="0002074B" w:rsidRPr="00157628" w:rsidRDefault="0002074B" w:rsidP="0002074B">
            <w:r w:rsidRPr="00157628">
              <w:t>256 Go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4ECC75E1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14D31E7E" w14:textId="77777777" w:rsidR="0002074B" w:rsidRPr="00157628" w:rsidRDefault="0002074B" w:rsidP="0002074B">
            <w:r w:rsidRPr="00157628">
              <w:t>Référence de la preuve</w:t>
            </w:r>
          </w:p>
        </w:tc>
      </w:tr>
      <w:tr w:rsidR="0002074B" w:rsidRPr="00EC1F78" w14:paraId="7AC34D8F" w14:textId="77777777" w:rsidTr="00CF7347">
        <w:tc>
          <w:tcPr>
            <w:tcW w:w="1843" w:type="dxa"/>
          </w:tcPr>
          <w:p w14:paraId="426D2BB1" w14:textId="51C129D9" w:rsidR="0002074B" w:rsidRPr="00157628" w:rsidRDefault="0002074B" w:rsidP="0002074B">
            <w:r w:rsidRPr="00157628">
              <w:t>Wi-Fi</w:t>
            </w:r>
          </w:p>
        </w:tc>
        <w:tc>
          <w:tcPr>
            <w:tcW w:w="4253" w:type="dxa"/>
          </w:tcPr>
          <w:p w14:paraId="713208BB" w14:textId="183C3DE7" w:rsidR="0002074B" w:rsidRPr="00157628" w:rsidRDefault="0002074B" w:rsidP="0002074B">
            <w:r w:rsidRPr="00157628">
              <w:t>Wifi 7 802.11 be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2785E033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5F6DE84" w14:textId="77777777" w:rsidR="0002074B" w:rsidRPr="00157628" w:rsidRDefault="0002074B" w:rsidP="0002074B">
            <w:r w:rsidRPr="00157628">
              <w:t>Référence de la preuve</w:t>
            </w:r>
          </w:p>
        </w:tc>
      </w:tr>
      <w:tr w:rsidR="0002074B" w:rsidRPr="00EC1F78" w14:paraId="0DE6F004" w14:textId="77777777" w:rsidTr="00CF7347">
        <w:tc>
          <w:tcPr>
            <w:tcW w:w="1843" w:type="dxa"/>
          </w:tcPr>
          <w:p w14:paraId="31835E76" w14:textId="060036D9" w:rsidR="0002074B" w:rsidRPr="00157628" w:rsidRDefault="0002074B" w:rsidP="0002074B">
            <w:r w:rsidRPr="00157628">
              <w:t xml:space="preserve">Garantie </w:t>
            </w:r>
          </w:p>
        </w:tc>
        <w:tc>
          <w:tcPr>
            <w:tcW w:w="4253" w:type="dxa"/>
          </w:tcPr>
          <w:p w14:paraId="17CBA3EB" w14:textId="596E1FE7" w:rsidR="0002074B" w:rsidRPr="00157628" w:rsidRDefault="0002074B" w:rsidP="0002074B">
            <w:r w:rsidRPr="00157628">
              <w:t>2 ans</w:t>
            </w:r>
          </w:p>
        </w:tc>
        <w:tc>
          <w:tcPr>
            <w:tcW w:w="2409" w:type="dxa"/>
            <w:shd w:val="clear" w:color="auto" w:fill="DAEEF3" w:themeFill="accent5" w:themeFillTint="33"/>
          </w:tcPr>
          <w:p w14:paraId="7A5C3A0C" w14:textId="77777777" w:rsidR="0002074B" w:rsidRPr="00157628" w:rsidRDefault="0002074B" w:rsidP="0002074B">
            <w:r w:rsidRPr="00157628">
              <w:t>Oui / Non / Partiel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3F2BC9BB" w14:textId="77777777" w:rsidR="0002074B" w:rsidRPr="00157628" w:rsidRDefault="0002074B" w:rsidP="0002074B">
            <w:r w:rsidRPr="00157628">
              <w:t>Référence de la preuve</w:t>
            </w:r>
          </w:p>
        </w:tc>
      </w:tr>
    </w:tbl>
    <w:p w14:paraId="7987CF9E" w14:textId="77777777" w:rsidR="00714715" w:rsidRPr="00714715" w:rsidRDefault="00714715" w:rsidP="00714715"/>
    <w:p w14:paraId="56414526" w14:textId="77777777" w:rsidR="004859D1" w:rsidRDefault="004859D1" w:rsidP="004859D1">
      <w:pPr>
        <w:rPr>
          <w:sz w:val="18"/>
          <w:szCs w:val="18"/>
        </w:rPr>
      </w:pPr>
    </w:p>
    <w:p w14:paraId="210693CE" w14:textId="3EB24379" w:rsidR="004859D1" w:rsidRDefault="004859D1" w:rsidP="004859D1">
      <w:pPr>
        <w:pStyle w:val="Titre1"/>
      </w:pPr>
      <w:r>
        <w:t>Equipements</w:t>
      </w:r>
    </w:p>
    <w:p w14:paraId="146106E0" w14:textId="77777777" w:rsidR="004859D1" w:rsidRDefault="004859D1" w:rsidP="004859D1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560"/>
        <w:gridCol w:w="5244"/>
        <w:gridCol w:w="1843"/>
        <w:gridCol w:w="2268"/>
      </w:tblGrid>
      <w:tr w:rsidR="004859D1" w:rsidRPr="00EC1F78" w14:paraId="66E9B200" w14:textId="77777777" w:rsidTr="0073300C">
        <w:tc>
          <w:tcPr>
            <w:tcW w:w="1560" w:type="dxa"/>
            <w:shd w:val="clear" w:color="auto" w:fill="92CDDC" w:themeFill="accent5" w:themeFillTint="99"/>
          </w:tcPr>
          <w:p w14:paraId="69518C53" w14:textId="77777777" w:rsidR="004859D1" w:rsidRPr="00157628" w:rsidRDefault="004859D1" w:rsidP="000E4B62">
            <w:r w:rsidRPr="00157628">
              <w:t>Equipement</w:t>
            </w:r>
          </w:p>
        </w:tc>
        <w:tc>
          <w:tcPr>
            <w:tcW w:w="5244" w:type="dxa"/>
            <w:shd w:val="clear" w:color="auto" w:fill="92CDDC" w:themeFill="accent5" w:themeFillTint="99"/>
          </w:tcPr>
          <w:p w14:paraId="78813AE5" w14:textId="77777777" w:rsidR="004859D1" w:rsidRPr="00157628" w:rsidRDefault="004859D1" w:rsidP="000E4B62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1843" w:type="dxa"/>
            <w:shd w:val="clear" w:color="auto" w:fill="92CDDC" w:themeFill="accent5" w:themeFillTint="99"/>
          </w:tcPr>
          <w:p w14:paraId="10BD4EDE" w14:textId="77777777" w:rsidR="004859D1" w:rsidRPr="00157628" w:rsidRDefault="004859D1" w:rsidP="000E4B62">
            <w:r w:rsidRPr="00157628">
              <w:t>Réponse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14:paraId="49874EE0" w14:textId="77777777" w:rsidR="004859D1" w:rsidRPr="00157628" w:rsidRDefault="004859D1" w:rsidP="000E4B62">
            <w:r w:rsidRPr="00157628">
              <w:t>Document et page</w:t>
            </w:r>
          </w:p>
        </w:tc>
      </w:tr>
      <w:tr w:rsidR="005C3199" w:rsidRPr="00EC1F78" w14:paraId="2EF3394D" w14:textId="77777777" w:rsidTr="00CF7347">
        <w:tc>
          <w:tcPr>
            <w:tcW w:w="1560" w:type="dxa"/>
          </w:tcPr>
          <w:p w14:paraId="2E5EA6E8" w14:textId="3780809F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1</w:t>
            </w:r>
          </w:p>
        </w:tc>
        <w:tc>
          <w:tcPr>
            <w:tcW w:w="5244" w:type="dxa"/>
          </w:tcPr>
          <w:p w14:paraId="0035E442" w14:textId="5ABA47ED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Réseau Cellulaire 5G - pour tablette 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2E826084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5ABD65B2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358D5930" w14:textId="77777777" w:rsidTr="00CF7347">
        <w:tc>
          <w:tcPr>
            <w:tcW w:w="1560" w:type="dxa"/>
          </w:tcPr>
          <w:p w14:paraId="43EA1E6E" w14:textId="6964E102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2</w:t>
            </w:r>
          </w:p>
        </w:tc>
        <w:tc>
          <w:tcPr>
            <w:tcW w:w="5244" w:type="dxa"/>
          </w:tcPr>
          <w:p w14:paraId="079E4B8A" w14:textId="7D43734F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Réseau Cellulaire 5G - pour tablette 2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5EC49DFC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37EDB6DF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547CD9E5" w14:textId="77777777" w:rsidTr="00CF7347">
        <w:tc>
          <w:tcPr>
            <w:tcW w:w="1560" w:type="dxa"/>
          </w:tcPr>
          <w:p w14:paraId="0AA3478E" w14:textId="13ECCEA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3</w:t>
            </w:r>
          </w:p>
        </w:tc>
        <w:tc>
          <w:tcPr>
            <w:tcW w:w="5244" w:type="dxa"/>
          </w:tcPr>
          <w:p w14:paraId="34FCC025" w14:textId="3EE1F088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Réseau Cellulaire 5G - pour tablette 3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5F640FB3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1CBB3214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4F05EA75" w14:textId="77777777" w:rsidTr="00CF7347">
        <w:tc>
          <w:tcPr>
            <w:tcW w:w="1560" w:type="dxa"/>
          </w:tcPr>
          <w:p w14:paraId="54BFFB9C" w14:textId="23F01102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4</w:t>
            </w:r>
          </w:p>
        </w:tc>
        <w:tc>
          <w:tcPr>
            <w:tcW w:w="5244" w:type="dxa"/>
          </w:tcPr>
          <w:p w14:paraId="64246C35" w14:textId="013C6588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Adaptateur secteur USB C 30W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6458139B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21F4FFCC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1A95D868" w14:textId="77777777" w:rsidTr="00CF7347">
        <w:tc>
          <w:tcPr>
            <w:tcW w:w="1560" w:type="dxa"/>
          </w:tcPr>
          <w:p w14:paraId="310070EF" w14:textId="473E96C3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5</w:t>
            </w:r>
          </w:p>
        </w:tc>
        <w:tc>
          <w:tcPr>
            <w:tcW w:w="5244" w:type="dxa"/>
          </w:tcPr>
          <w:p w14:paraId="78F93FE9" w14:textId="446674B9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Cable de charge USB C 2 mètres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0D15CB9A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18309376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05B64FE3" w14:textId="77777777" w:rsidTr="00CF7347">
        <w:tc>
          <w:tcPr>
            <w:tcW w:w="1560" w:type="dxa"/>
          </w:tcPr>
          <w:p w14:paraId="019BCCA6" w14:textId="647F0456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6</w:t>
            </w:r>
          </w:p>
        </w:tc>
        <w:tc>
          <w:tcPr>
            <w:tcW w:w="5244" w:type="dxa"/>
          </w:tcPr>
          <w:p w14:paraId="5106BEFD" w14:textId="73C04F46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Apple Pencil Pro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0AD9E314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63E93C2C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3D2C01AB" w14:textId="77777777" w:rsidTr="00CF7347">
        <w:tc>
          <w:tcPr>
            <w:tcW w:w="1560" w:type="dxa"/>
          </w:tcPr>
          <w:p w14:paraId="3E235A28" w14:textId="3C3C0C38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7</w:t>
            </w:r>
          </w:p>
        </w:tc>
        <w:tc>
          <w:tcPr>
            <w:tcW w:w="5244" w:type="dxa"/>
          </w:tcPr>
          <w:p w14:paraId="6D468E30" w14:textId="2E0662FB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Stylet pour Tablette 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46C9C996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46476CF6" w14:textId="77777777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63B92BAC" w14:textId="77777777" w:rsidTr="00CF7347">
        <w:tc>
          <w:tcPr>
            <w:tcW w:w="1560" w:type="dxa"/>
          </w:tcPr>
          <w:p w14:paraId="5ED455D8" w14:textId="460FF2D4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8</w:t>
            </w:r>
          </w:p>
        </w:tc>
        <w:tc>
          <w:tcPr>
            <w:tcW w:w="5244" w:type="dxa"/>
          </w:tcPr>
          <w:p w14:paraId="12EE1CD5" w14:textId="6CE378F8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- Pour tablette 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53D4D74B" w14:textId="06B2409D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27542FC4" w14:textId="7F656AD9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42B3D2BE" w14:textId="77777777" w:rsidTr="00CF7347">
        <w:tc>
          <w:tcPr>
            <w:tcW w:w="1560" w:type="dxa"/>
          </w:tcPr>
          <w:p w14:paraId="67098EAB" w14:textId="6DA4A6A5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9</w:t>
            </w:r>
          </w:p>
        </w:tc>
        <w:tc>
          <w:tcPr>
            <w:tcW w:w="5244" w:type="dxa"/>
          </w:tcPr>
          <w:p w14:paraId="74B33054" w14:textId="6099FF27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avec prise en main arrière - Pour tablette 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1951EA2C" w14:textId="70C1004A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769163F0" w14:textId="373501A8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5C2892A9" w14:textId="77777777" w:rsidTr="00CF7347">
        <w:tc>
          <w:tcPr>
            <w:tcW w:w="1560" w:type="dxa"/>
          </w:tcPr>
          <w:p w14:paraId="7404098A" w14:textId="0EDE54B6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10</w:t>
            </w:r>
          </w:p>
        </w:tc>
        <w:tc>
          <w:tcPr>
            <w:tcW w:w="5244" w:type="dxa"/>
          </w:tcPr>
          <w:p w14:paraId="59EEE878" w14:textId="02647FEB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- avec clavier intégré – Pour tablette 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3D592ED1" w14:textId="078D5DBB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2165DEFF" w14:textId="55517E4A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08AE2FDF" w14:textId="77777777" w:rsidTr="00CF7347">
        <w:tc>
          <w:tcPr>
            <w:tcW w:w="1560" w:type="dxa"/>
          </w:tcPr>
          <w:p w14:paraId="209DE184" w14:textId="648C1DE1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11</w:t>
            </w:r>
          </w:p>
        </w:tc>
        <w:tc>
          <w:tcPr>
            <w:tcW w:w="5244" w:type="dxa"/>
          </w:tcPr>
          <w:p w14:paraId="63E13641" w14:textId="6E6333D4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- Pour tablette 2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51EB4962" w14:textId="3266AEEE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4A6B1269" w14:textId="2851B655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7DE53B9A" w14:textId="77777777" w:rsidTr="00CF7347">
        <w:tc>
          <w:tcPr>
            <w:tcW w:w="1560" w:type="dxa"/>
          </w:tcPr>
          <w:p w14:paraId="4B76CECA" w14:textId="6EC83CDB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12</w:t>
            </w:r>
          </w:p>
        </w:tc>
        <w:tc>
          <w:tcPr>
            <w:tcW w:w="5244" w:type="dxa"/>
          </w:tcPr>
          <w:p w14:paraId="27E80197" w14:textId="12D38CAE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avec prise en main arrière - Pour tablette 2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0A91BF0C" w14:textId="61CC947F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145AE3E3" w14:textId="0069C021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715C2B18" w14:textId="77777777" w:rsidTr="00CF7347">
        <w:tc>
          <w:tcPr>
            <w:tcW w:w="1560" w:type="dxa"/>
          </w:tcPr>
          <w:p w14:paraId="4024800E" w14:textId="58C8B112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13</w:t>
            </w:r>
          </w:p>
        </w:tc>
        <w:tc>
          <w:tcPr>
            <w:tcW w:w="5244" w:type="dxa"/>
          </w:tcPr>
          <w:p w14:paraId="53516477" w14:textId="263DF2C8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- Pour tablette 3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7487F8BA" w14:textId="73FC6C5B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1F5DED0F" w14:textId="35D5CC02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C3199" w:rsidRPr="00EC1F78" w14:paraId="27F7FE9B" w14:textId="77777777" w:rsidTr="00CF7347">
        <w:tc>
          <w:tcPr>
            <w:tcW w:w="1560" w:type="dxa"/>
          </w:tcPr>
          <w:p w14:paraId="2AA9CB4C" w14:textId="3197A412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Equipement 14</w:t>
            </w:r>
          </w:p>
        </w:tc>
        <w:tc>
          <w:tcPr>
            <w:tcW w:w="5244" w:type="dxa"/>
          </w:tcPr>
          <w:p w14:paraId="4EE8FB40" w14:textId="217E0FF9" w:rsidR="005C3199" w:rsidRPr="0073300C" w:rsidRDefault="005C3199" w:rsidP="005C3199">
            <w:pPr>
              <w:rPr>
                <w:sz w:val="18"/>
                <w:szCs w:val="18"/>
              </w:rPr>
            </w:pPr>
            <w:r w:rsidRPr="0073300C">
              <w:rPr>
                <w:sz w:val="18"/>
                <w:szCs w:val="18"/>
              </w:rPr>
              <w:t>Coque de protection - avec clavier intégré – Pour tablette 3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14:paraId="5AFB9B84" w14:textId="66002EA2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018A0BEC" w14:textId="3009E8C0" w:rsidR="005C3199" w:rsidRPr="0073300C" w:rsidRDefault="005C3199" w:rsidP="005C319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</w:tbl>
    <w:p w14:paraId="0EA6D0CF" w14:textId="77777777" w:rsidR="00466751" w:rsidRPr="00EC1F78" w:rsidRDefault="00466751" w:rsidP="0038189F">
      <w:pPr>
        <w:rPr>
          <w:sz w:val="18"/>
          <w:szCs w:val="18"/>
        </w:rPr>
      </w:pPr>
    </w:p>
    <w:sectPr w:rsidR="00466751" w:rsidRPr="00EC1F78" w:rsidSect="004122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40" w:right="1800" w:bottom="1440" w:left="180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F52B8" w14:textId="77777777" w:rsidR="009B55DD" w:rsidRDefault="009B55DD">
      <w:pPr>
        <w:spacing w:after="0" w:line="240" w:lineRule="auto"/>
      </w:pPr>
      <w:r>
        <w:separator/>
      </w:r>
    </w:p>
  </w:endnote>
  <w:endnote w:type="continuationSeparator" w:id="0">
    <w:p w14:paraId="0FE899BB" w14:textId="77777777" w:rsidR="009B55DD" w:rsidRDefault="009B5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FDingbatsArrowsOne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Corps CS)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040469165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6A096285" w14:textId="77777777" w:rsidR="00F55348" w:rsidRDefault="00F55348" w:rsidP="00C57A8F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0515739E" w14:textId="77777777" w:rsidR="00F55348" w:rsidRDefault="00F55348" w:rsidP="00F5534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  <w:b/>
        <w:bCs/>
        <w:color w:val="4F81BD" w:themeColor="accent1"/>
      </w:rPr>
      <w:id w:val="210059710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7F0486CD" w14:textId="77777777" w:rsidR="00F55348" w:rsidRPr="00D27345" w:rsidRDefault="00D27345" w:rsidP="00C57A8F">
        <w:pPr>
          <w:pStyle w:val="Pieddepage"/>
          <w:framePr w:wrap="none" w:vAnchor="text" w:hAnchor="margin" w:xAlign="right" w:y="1"/>
          <w:rPr>
            <w:rStyle w:val="Numrodepage"/>
            <w:b/>
            <w:bCs/>
            <w:color w:val="4F81BD" w:themeColor="accent1"/>
          </w:rPr>
        </w:pPr>
        <w:r w:rsidRPr="003D5C21">
          <w:rPr>
            <w:rStyle w:val="Numrodepage"/>
            <w:b/>
            <w:bCs/>
            <w:color w:val="E36C0A" w:themeColor="accent6" w:themeShade="BF"/>
          </w:rPr>
          <w:t>Page</w:t>
        </w:r>
        <w:r w:rsidRPr="00D27345">
          <w:rPr>
            <w:rStyle w:val="Numrodepage"/>
            <w:b/>
            <w:bCs/>
            <w:color w:val="4F81BD" w:themeColor="accent1"/>
          </w:rPr>
          <w:t xml:space="preserve"> 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begin"/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instrText xml:space="preserve"> PAGE </w:instrTex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separate"/>
        </w:r>
        <w:r w:rsidR="00F55348" w:rsidRPr="003D5C21">
          <w:rPr>
            <w:rStyle w:val="Numrodepage"/>
            <w:b/>
            <w:bCs/>
            <w:noProof/>
            <w:color w:val="E36C0A" w:themeColor="accent6" w:themeShade="BF"/>
          </w:rPr>
          <w:t>3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end"/>
        </w:r>
      </w:p>
    </w:sdtContent>
  </w:sdt>
  <w:p w14:paraId="6BB465A0" w14:textId="4721587A" w:rsidR="00494DC2" w:rsidRPr="003D5C21" w:rsidRDefault="003D5C21" w:rsidP="003D5C21">
    <w:pPr>
      <w:rPr>
        <w:i/>
        <w:iCs/>
        <w:color w:val="A6A6A6" w:themeColor="background1" w:themeShade="A6"/>
      </w:rPr>
    </w:pPr>
    <w:r w:rsidRPr="003D5C21">
      <w:rPr>
        <w:i/>
        <w:iCs/>
        <w:noProof/>
        <w:color w:val="A6A6A6" w:themeColor="background1" w:themeShade="A6"/>
      </w:rPr>
      <w:drawing>
        <wp:anchor distT="0" distB="0" distL="114300" distR="114300" simplePos="0" relativeHeight="251659264" behindDoc="0" locked="0" layoutInCell="1" allowOverlap="1" wp14:anchorId="44680C7F" wp14:editId="04643B7F">
          <wp:simplePos x="0" y="0"/>
          <wp:positionH relativeFrom="page">
            <wp:posOffset>4900773</wp:posOffset>
          </wp:positionH>
          <wp:positionV relativeFrom="paragraph">
            <wp:posOffset>-10064115</wp:posOffset>
          </wp:positionV>
          <wp:extent cx="2764545" cy="1047750"/>
          <wp:effectExtent l="0" t="0" r="0" b="0"/>
          <wp:wrapNone/>
          <wp:docPr id="1989480600" name="Image 1989480600" descr="Une image contenant Graphique, graphisme, silhouet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480600" name="Image 1989480600" descr="Une image contenant Graphique, graphisme, silhouet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7532" cy="10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7D51">
      <w:rPr>
        <w:i/>
        <w:iCs/>
        <w:color w:val="A6A6A6" w:themeColor="background1" w:themeShade="A6"/>
      </w:rPr>
      <w:t xml:space="preserve">CRT – LOT </w:t>
    </w:r>
    <w:r w:rsidR="00ED2995">
      <w:rPr>
        <w:i/>
        <w:iCs/>
        <w:color w:val="A6A6A6" w:themeColor="background1" w:themeShade="A6"/>
      </w:rPr>
      <w:t>2</w:t>
    </w:r>
    <w:r w:rsidR="00B27D51">
      <w:rPr>
        <w:i/>
        <w:iCs/>
        <w:color w:val="A6A6A6" w:themeColor="background1" w:themeShade="A6"/>
      </w:rPr>
      <w:t xml:space="preserve"> : Fourniture </w:t>
    </w:r>
    <w:r w:rsidR="00ED2995">
      <w:rPr>
        <w:i/>
        <w:iCs/>
        <w:color w:val="A6A6A6" w:themeColor="background1" w:themeShade="A6"/>
      </w:rPr>
      <w:t>tablette</w:t>
    </w:r>
    <w:r w:rsidRPr="003D5C21">
      <w:rPr>
        <w:i/>
        <w:iCs/>
        <w:color w:val="A6A6A6" w:themeColor="background1" w:themeShade="A6"/>
      </w:rPr>
      <w:t xml:space="preserve"> - Marché </w:t>
    </w:r>
    <w:r w:rsidRPr="003D5C21">
      <w:rPr>
        <w:i/>
        <w:iCs/>
        <w:color w:val="A6A6A6" w:themeColor="background1" w:themeShade="A6"/>
      </w:rPr>
      <w:t>n°2026DSI0</w:t>
    </w:r>
    <w:r w:rsidR="00D36187">
      <w:rPr>
        <w:i/>
        <w:iCs/>
        <w:color w:val="A6A6A6" w:themeColor="background1" w:themeShade="A6"/>
      </w:rPr>
      <w:t>52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2B2B" w14:textId="77777777" w:rsidR="00D36187" w:rsidRDefault="00D3618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AD3D2" w14:textId="77777777" w:rsidR="009B55DD" w:rsidRDefault="009B55DD">
      <w:pPr>
        <w:spacing w:after="0" w:line="240" w:lineRule="auto"/>
      </w:pPr>
      <w:r>
        <w:separator/>
      </w:r>
    </w:p>
  </w:footnote>
  <w:footnote w:type="continuationSeparator" w:id="0">
    <w:p w14:paraId="492B991B" w14:textId="77777777" w:rsidR="009B55DD" w:rsidRDefault="009B5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1F100" w14:textId="77777777" w:rsidR="00D36187" w:rsidRDefault="00D3618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842"/>
      <w:gridCol w:w="2686"/>
    </w:tblGrid>
    <w:tr w:rsidR="003D5C21" w14:paraId="2E917E31" w14:textId="77777777" w:rsidTr="00FA25E5">
      <w:tc>
        <w:tcPr>
          <w:tcW w:w="2842" w:type="dxa"/>
        </w:tcPr>
        <w:p w14:paraId="78449B7D" w14:textId="77777777" w:rsidR="003D5C21" w:rsidRDefault="003D5C21" w:rsidP="003D5C21">
          <w:r>
            <w:rPr>
              <w:noProof/>
            </w:rPr>
            <w:drawing>
              <wp:inline distT="0" distB="0" distL="0" distR="0" wp14:anchorId="5D9E4BE7" wp14:editId="1CD2C6DC">
                <wp:extent cx="1365069" cy="457200"/>
                <wp:effectExtent l="0" t="0" r="0" b="0"/>
                <wp:docPr id="77708726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HeaderFoote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069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6" w:type="dxa"/>
        </w:tcPr>
        <w:p w14:paraId="7B0E018B" w14:textId="106DFF45" w:rsidR="003D5C21" w:rsidRDefault="003D5C21" w:rsidP="003D5C21"/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C3196" w14:textId="77777777" w:rsidR="00D36187" w:rsidRDefault="00D3618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pStyle w:val="ListBullet9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pStyle w:val="ListBullet8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epuces41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720CA2"/>
    <w:multiLevelType w:val="hybridMultilevel"/>
    <w:tmpl w:val="9DB22A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D8262B"/>
    <w:multiLevelType w:val="hybridMultilevel"/>
    <w:tmpl w:val="03BA53AE"/>
    <w:lvl w:ilvl="0" w:tplc="7FA418A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DA6835"/>
    <w:multiLevelType w:val="hybridMultilevel"/>
    <w:tmpl w:val="96501A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2C1FD4"/>
    <w:multiLevelType w:val="multilevel"/>
    <w:tmpl w:val="08587FA4"/>
    <w:lvl w:ilvl="0">
      <w:numFmt w:val="bullet"/>
      <w:lvlText w:val=""/>
      <w:lvlJc w:val="left"/>
      <w:pPr>
        <w:ind w:left="397" w:hanging="397"/>
      </w:pPr>
      <w:rPr>
        <w:rFonts w:ascii="Wingdings" w:hAnsi="Wingdings"/>
        <w:sz w:val="24"/>
      </w:rPr>
    </w:lvl>
    <w:lvl w:ilvl="1">
      <w:numFmt w:val="bullet"/>
      <w:pStyle w:val="Style5"/>
      <w:lvlText w:val=""/>
      <w:lvlJc w:val="left"/>
      <w:pPr>
        <w:ind w:left="814" w:hanging="360"/>
      </w:pPr>
      <w:rPr>
        <w:rFonts w:hAnsi="Symbol" w:hint="default"/>
        <w:sz w:val="23"/>
      </w:rPr>
    </w:lvl>
    <w:lvl w:ilvl="2">
      <w:start w:val="1"/>
      <w:numFmt w:val="bullet"/>
      <w:lvlText w:val=""/>
      <w:lvlJc w:val="left"/>
      <w:pPr>
        <w:ind w:left="1196" w:hanging="360"/>
      </w:pPr>
      <w:rPr>
        <w:rFonts w:ascii="Wingdings" w:hAnsi="Wingdings" w:hint="default"/>
        <w:b w:val="0"/>
        <w:i w:val="0"/>
        <w:sz w:val="24"/>
      </w:rPr>
    </w:lvl>
    <w:lvl w:ilvl="3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  <w:sz w:val="31"/>
      </w:rPr>
    </w:lvl>
    <w:lvl w:ilvl="4">
      <w:numFmt w:val="bullet"/>
      <w:lvlText w:val=""/>
      <w:lvlJc w:val="left"/>
      <w:pPr>
        <w:ind w:left="1951" w:hanging="360"/>
      </w:pPr>
      <w:rPr>
        <w:rFonts w:ascii="Wingdings" w:hAnsi="Wingdings"/>
        <w:b w:val="0"/>
        <w:i w:val="0"/>
        <w:sz w:val="24"/>
      </w:rPr>
    </w:lvl>
    <w:lvl w:ilvl="5">
      <w:numFmt w:val="bullet"/>
      <w:lvlText w:val="k"/>
      <w:lvlJc w:val="left"/>
      <w:pPr>
        <w:ind w:left="2335" w:hanging="360"/>
      </w:pPr>
      <w:rPr>
        <w:rFonts w:ascii="FFDingbatsArrowsOne" w:hAnsi="FFDingbatsArrowsOne"/>
      </w:rPr>
    </w:lvl>
    <w:lvl w:ilvl="6">
      <w:numFmt w:val="bullet"/>
      <w:lvlText w:val="●"/>
      <w:lvlJc w:val="left"/>
      <w:pPr>
        <w:ind w:left="2575" w:hanging="360"/>
      </w:pPr>
      <w:rPr>
        <w:rFonts w:ascii="FFDingbatsArrowsOne" w:hAnsi="FFDingbatsArrowsOne"/>
      </w:rPr>
    </w:lvl>
    <w:lvl w:ilvl="7">
      <w:numFmt w:val="bullet"/>
      <w:lvlText w:val="○"/>
      <w:lvlJc w:val="left"/>
      <w:pPr>
        <w:ind w:left="2959" w:hanging="360"/>
      </w:pPr>
      <w:rPr>
        <w:rFonts w:ascii="FFDingbatsArrowsOne" w:hAnsi="FFDingbatsArrowsOne"/>
      </w:rPr>
    </w:lvl>
    <w:lvl w:ilvl="8">
      <w:numFmt w:val="bullet"/>
      <w:lvlText w:val="■"/>
      <w:lvlJc w:val="left"/>
      <w:pPr>
        <w:ind w:left="3331" w:hanging="360"/>
      </w:pPr>
      <w:rPr>
        <w:rFonts w:ascii="FFDingbatsArrowsOne" w:hAnsi="FFDingbatsArrowsOne"/>
      </w:rPr>
    </w:lvl>
  </w:abstractNum>
  <w:abstractNum w:abstractNumId="13" w15:restartNumberingAfterBreak="0">
    <w:nsid w:val="08F001C4"/>
    <w:multiLevelType w:val="multilevel"/>
    <w:tmpl w:val="CFD8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0055221"/>
    <w:multiLevelType w:val="multilevel"/>
    <w:tmpl w:val="E9F897D6"/>
    <w:styleLink w:val="LFO20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15" w15:restartNumberingAfterBreak="0">
    <w:nsid w:val="14262263"/>
    <w:multiLevelType w:val="hybridMultilevel"/>
    <w:tmpl w:val="6958D410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20B21"/>
    <w:multiLevelType w:val="hybridMultilevel"/>
    <w:tmpl w:val="5D4CA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0B5600"/>
    <w:multiLevelType w:val="hybridMultilevel"/>
    <w:tmpl w:val="17F46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3E5AC4"/>
    <w:multiLevelType w:val="hybridMultilevel"/>
    <w:tmpl w:val="82D6E90A"/>
    <w:lvl w:ilvl="0" w:tplc="8EC4A2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C515A7"/>
    <w:multiLevelType w:val="multilevel"/>
    <w:tmpl w:val="B952FE4E"/>
    <w:styleLink w:val="LFO4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7C7303D"/>
    <w:multiLevelType w:val="multilevel"/>
    <w:tmpl w:val="96B2CEBC"/>
    <w:lvl w:ilvl="0">
      <w:numFmt w:val="bullet"/>
      <w:lvlText w:val="-"/>
      <w:lvlJc w:val="left"/>
      <w:pPr>
        <w:ind w:left="720" w:hanging="360"/>
      </w:pPr>
      <w:rPr>
        <w:rFonts w:ascii="Calibri" w:eastAsia="Arial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9C51ADF"/>
    <w:multiLevelType w:val="hybridMultilevel"/>
    <w:tmpl w:val="06D8C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2A663C"/>
    <w:multiLevelType w:val="multilevel"/>
    <w:tmpl w:val="D68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2E3625"/>
    <w:multiLevelType w:val="multilevel"/>
    <w:tmpl w:val="FECED8F6"/>
    <w:lvl w:ilvl="0">
      <w:start w:val="1"/>
      <w:numFmt w:val="decimal"/>
      <w:pStyle w:val="Titre1"/>
      <w:lvlText w:val="%1"/>
      <w:lvlJc w:val="left"/>
      <w:pPr>
        <w:tabs>
          <w:tab w:val="num" w:pos="794"/>
        </w:tabs>
        <w:ind w:left="284" w:hanging="284"/>
      </w:pPr>
      <w:rPr>
        <w:rFonts w:ascii="Calibri" w:hAnsi="Calibri" w:hint="default"/>
        <w:b/>
        <w:i w:val="0"/>
        <w:sz w:val="32"/>
      </w:rPr>
    </w:lvl>
    <w:lvl w:ilvl="1">
      <w:start w:val="1"/>
      <w:numFmt w:val="decimal"/>
      <w:pStyle w:val="Titre2"/>
      <w:lvlText w:val="%1.%2  "/>
      <w:lvlJc w:val="left"/>
      <w:pPr>
        <w:ind w:left="720" w:hanging="607"/>
      </w:pPr>
      <w:rPr>
        <w:rFonts w:ascii="Calibri" w:hAnsi="Calibri" w:hint="default"/>
        <w:sz w:val="32"/>
      </w:rPr>
    </w:lvl>
    <w:lvl w:ilvl="2">
      <w:start w:val="1"/>
      <w:numFmt w:val="decimal"/>
      <w:pStyle w:val="Titre3"/>
      <w:lvlText w:val="%1.%2.%3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pStyle w:val="Titre4"/>
      <w:lvlText w:val="%1.%2.%3.%4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pStyle w:val="Titre5"/>
      <w:lvlText w:val="%1.%2.%3.%4.%5"/>
      <w:lvlJc w:val="left"/>
      <w:pPr>
        <w:ind w:left="1588" w:hanging="1304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pStyle w:val="Titre6"/>
      <w:lvlText w:val="%1.%2.%3.%4.%5.%6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3166908"/>
    <w:multiLevelType w:val="hybridMultilevel"/>
    <w:tmpl w:val="44583F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4460B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47035E6"/>
    <w:multiLevelType w:val="multilevel"/>
    <w:tmpl w:val="4422615C"/>
    <w:styleLink w:val="CurrentList2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61B4EC9"/>
    <w:multiLevelType w:val="hybridMultilevel"/>
    <w:tmpl w:val="60A2A044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0A215C"/>
    <w:multiLevelType w:val="multilevel"/>
    <w:tmpl w:val="11487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C56769"/>
    <w:multiLevelType w:val="multilevel"/>
    <w:tmpl w:val="37FC46F2"/>
    <w:styleLink w:val="CurrentList3"/>
    <w:lvl w:ilvl="0">
      <w:start w:val="1"/>
      <w:numFmt w:val="decimal"/>
      <w:lvlText w:val="%1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6FD4198"/>
    <w:multiLevelType w:val="hybridMultilevel"/>
    <w:tmpl w:val="5BE62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811847"/>
    <w:multiLevelType w:val="hybridMultilevel"/>
    <w:tmpl w:val="454E2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B3996"/>
    <w:multiLevelType w:val="multilevel"/>
    <w:tmpl w:val="CE762522"/>
    <w:lvl w:ilvl="0">
      <w:numFmt w:val="bullet"/>
      <w:lvlText w:val="o"/>
      <w:lvlJc w:val="left"/>
      <w:pPr>
        <w:ind w:left="1146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3" w15:restartNumberingAfterBreak="0">
    <w:nsid w:val="6AA32EDD"/>
    <w:multiLevelType w:val="multilevel"/>
    <w:tmpl w:val="4102407A"/>
    <w:styleLink w:val="LFO21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4" w15:restartNumberingAfterBreak="0">
    <w:nsid w:val="6C2F1CCA"/>
    <w:multiLevelType w:val="multilevel"/>
    <w:tmpl w:val="C75822E8"/>
    <w:styleLink w:val="ListeSimpleRiskpart"/>
    <w:lvl w:ilvl="0">
      <w:start w:val="1"/>
      <w:numFmt w:val="decimal"/>
      <w:lvlText w:val="%1"/>
      <w:lvlJc w:val="left"/>
      <w:pPr>
        <w:ind w:left="568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71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fr-FR" w:eastAsia="en-US" w:bidi="ar-SA"/>
      </w:rPr>
    </w:lvl>
    <w:lvl w:ilvl="3">
      <w:numFmt w:val="bullet"/>
      <w:lvlText w:val="·"/>
      <w:lvlJc w:val="left"/>
      <w:pPr>
        <w:ind w:left="136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>
      <w:numFmt w:val="bullet"/>
      <w:lvlText w:val="•"/>
      <w:lvlJc w:val="left"/>
      <w:pPr>
        <w:ind w:left="2072" w:hanging="14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3284" w:hanging="14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4497" w:hanging="14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5709" w:hanging="14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6921" w:hanging="146"/>
      </w:pPr>
      <w:rPr>
        <w:rFonts w:hint="default"/>
        <w:lang w:val="fr-FR" w:eastAsia="en-US" w:bidi="ar-SA"/>
      </w:rPr>
    </w:lvl>
  </w:abstractNum>
  <w:num w:numId="1" w16cid:durableId="1238831126">
    <w:abstractNumId w:val="8"/>
  </w:num>
  <w:num w:numId="2" w16cid:durableId="156114793">
    <w:abstractNumId w:val="6"/>
  </w:num>
  <w:num w:numId="3" w16cid:durableId="342442234">
    <w:abstractNumId w:val="5"/>
  </w:num>
  <w:num w:numId="4" w16cid:durableId="1642953196">
    <w:abstractNumId w:val="4"/>
  </w:num>
  <w:num w:numId="5" w16cid:durableId="77530729">
    <w:abstractNumId w:val="7"/>
  </w:num>
  <w:num w:numId="6" w16cid:durableId="1921871130">
    <w:abstractNumId w:val="3"/>
  </w:num>
  <w:num w:numId="7" w16cid:durableId="1831673803">
    <w:abstractNumId w:val="2"/>
  </w:num>
  <w:num w:numId="8" w16cid:durableId="1169636171">
    <w:abstractNumId w:val="1"/>
  </w:num>
  <w:num w:numId="9" w16cid:durableId="1481268638">
    <w:abstractNumId w:val="0"/>
  </w:num>
  <w:num w:numId="10" w16cid:durableId="1937858714">
    <w:abstractNumId w:val="23"/>
  </w:num>
  <w:num w:numId="11" w16cid:durableId="1230917234">
    <w:abstractNumId w:val="1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pStyle w:val="Style5"/>
        <w:lvlText w:val=""/>
        <w:lvlJc w:val="left"/>
        <w:rPr>
          <w:rFonts w:cs="Times New Roman"/>
        </w:rPr>
      </w:lvl>
    </w:lvlOverride>
    <w:lvlOverride w:ilvl="2">
      <w:lvl w:ilvl="2">
        <w:numFmt w:val="decimal"/>
        <w:lvlText w:val=""/>
        <w:lvlJc w:val="left"/>
        <w:rPr>
          <w:rFonts w:cs="Times New Roman"/>
        </w:rPr>
      </w:lvl>
    </w:lvlOverride>
    <w:lvlOverride w:ilvl="3">
      <w:lvl w:ilvl="3">
        <w:start w:val="1"/>
        <w:numFmt w:val="bullet"/>
        <w:lvlText w:val=""/>
        <w:lvlJc w:val="left"/>
        <w:pPr>
          <w:ind w:left="1436" w:hanging="360"/>
        </w:pPr>
        <w:rPr>
          <w:rFonts w:ascii="Wingdings" w:hAnsi="Wingdings" w:hint="default"/>
          <w:sz w:val="31"/>
        </w:rPr>
      </w:lvl>
    </w:lvlOverride>
  </w:num>
  <w:num w:numId="12" w16cid:durableId="612632008">
    <w:abstractNumId w:val="34"/>
  </w:num>
  <w:num w:numId="13" w16cid:durableId="336856816">
    <w:abstractNumId w:val="25"/>
  </w:num>
  <w:num w:numId="14" w16cid:durableId="2105416397">
    <w:abstractNumId w:val="26"/>
  </w:num>
  <w:num w:numId="15" w16cid:durableId="2066683062">
    <w:abstractNumId w:val="29"/>
  </w:num>
  <w:num w:numId="16" w16cid:durableId="1554149488">
    <w:abstractNumId w:val="13"/>
    <w:lvlOverride w:ilvl="0">
      <w:startOverride w:val="1"/>
    </w:lvlOverride>
  </w:num>
  <w:num w:numId="17" w16cid:durableId="1763066575">
    <w:abstractNumId w:val="13"/>
    <w:lvlOverride w:ilvl="0">
      <w:startOverride w:val="1"/>
    </w:lvlOverride>
  </w:num>
  <w:num w:numId="18" w16cid:durableId="35543463">
    <w:abstractNumId w:val="13"/>
    <w:lvlOverride w:ilvl="0">
      <w:startOverride w:val="1"/>
    </w:lvlOverride>
  </w:num>
  <w:num w:numId="19" w16cid:durableId="1758863697">
    <w:abstractNumId w:val="18"/>
  </w:num>
  <w:num w:numId="20" w16cid:durableId="404763954">
    <w:abstractNumId w:val="15"/>
  </w:num>
  <w:num w:numId="21" w16cid:durableId="13967631">
    <w:abstractNumId w:val="23"/>
  </w:num>
  <w:num w:numId="22" w16cid:durableId="1386754271">
    <w:abstractNumId w:val="20"/>
  </w:num>
  <w:num w:numId="23" w16cid:durableId="1201363915">
    <w:abstractNumId w:val="23"/>
  </w:num>
  <w:num w:numId="24" w16cid:durableId="1370763892">
    <w:abstractNumId w:val="23"/>
  </w:num>
  <w:num w:numId="25" w16cid:durableId="2096248412">
    <w:abstractNumId w:val="33"/>
  </w:num>
  <w:num w:numId="26" w16cid:durableId="519203144">
    <w:abstractNumId w:val="23"/>
  </w:num>
  <w:num w:numId="27" w16cid:durableId="1311597086">
    <w:abstractNumId w:val="14"/>
  </w:num>
  <w:num w:numId="28" w16cid:durableId="1580286453">
    <w:abstractNumId w:val="19"/>
  </w:num>
  <w:num w:numId="29" w16cid:durableId="806170112">
    <w:abstractNumId w:val="10"/>
  </w:num>
  <w:num w:numId="30" w16cid:durableId="1434671477">
    <w:abstractNumId w:val="24"/>
  </w:num>
  <w:num w:numId="31" w16cid:durableId="531504618">
    <w:abstractNumId w:val="23"/>
  </w:num>
  <w:num w:numId="32" w16cid:durableId="932779870">
    <w:abstractNumId w:val="21"/>
  </w:num>
  <w:num w:numId="33" w16cid:durableId="2098286148">
    <w:abstractNumId w:val="32"/>
  </w:num>
  <w:num w:numId="34" w16cid:durableId="1155415035">
    <w:abstractNumId w:val="27"/>
  </w:num>
  <w:num w:numId="35" w16cid:durableId="313530964">
    <w:abstractNumId w:val="22"/>
  </w:num>
  <w:num w:numId="36" w16cid:durableId="1091703817">
    <w:abstractNumId w:val="28"/>
  </w:num>
  <w:num w:numId="37" w16cid:durableId="1264260674">
    <w:abstractNumId w:val="16"/>
  </w:num>
  <w:num w:numId="38" w16cid:durableId="1377317443">
    <w:abstractNumId w:val="9"/>
  </w:num>
  <w:num w:numId="39" w16cid:durableId="1338731673">
    <w:abstractNumId w:val="31"/>
  </w:num>
  <w:num w:numId="40" w16cid:durableId="226763259">
    <w:abstractNumId w:val="23"/>
  </w:num>
  <w:num w:numId="41" w16cid:durableId="1717699612">
    <w:abstractNumId w:val="30"/>
  </w:num>
  <w:num w:numId="42" w16cid:durableId="378819419">
    <w:abstractNumId w:val="17"/>
  </w:num>
  <w:num w:numId="43" w16cid:durableId="101653977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69C"/>
    <w:rsid w:val="00012FAF"/>
    <w:rsid w:val="00017DAC"/>
    <w:rsid w:val="0002074B"/>
    <w:rsid w:val="00020CBD"/>
    <w:rsid w:val="000267E4"/>
    <w:rsid w:val="00030631"/>
    <w:rsid w:val="00034616"/>
    <w:rsid w:val="00041BFD"/>
    <w:rsid w:val="000426AD"/>
    <w:rsid w:val="00054C39"/>
    <w:rsid w:val="00057574"/>
    <w:rsid w:val="00057BA3"/>
    <w:rsid w:val="0006063C"/>
    <w:rsid w:val="00063AC7"/>
    <w:rsid w:val="000655D6"/>
    <w:rsid w:val="00067A06"/>
    <w:rsid w:val="00076406"/>
    <w:rsid w:val="0007683E"/>
    <w:rsid w:val="000824F9"/>
    <w:rsid w:val="0009619C"/>
    <w:rsid w:val="000A1CBD"/>
    <w:rsid w:val="000A1EAF"/>
    <w:rsid w:val="000D1B07"/>
    <w:rsid w:val="000D2BA2"/>
    <w:rsid w:val="000E72DB"/>
    <w:rsid w:val="000F7091"/>
    <w:rsid w:val="00101A4E"/>
    <w:rsid w:val="00101DB3"/>
    <w:rsid w:val="00104EA6"/>
    <w:rsid w:val="00107EBD"/>
    <w:rsid w:val="00112D35"/>
    <w:rsid w:val="00120986"/>
    <w:rsid w:val="001374AB"/>
    <w:rsid w:val="0015074B"/>
    <w:rsid w:val="0015215F"/>
    <w:rsid w:val="00154B2F"/>
    <w:rsid w:val="00157628"/>
    <w:rsid w:val="00157ED9"/>
    <w:rsid w:val="00163DA8"/>
    <w:rsid w:val="00172299"/>
    <w:rsid w:val="0017424F"/>
    <w:rsid w:val="00176F19"/>
    <w:rsid w:val="00182B1F"/>
    <w:rsid w:val="00195E7B"/>
    <w:rsid w:val="001A1D99"/>
    <w:rsid w:val="001A3D4D"/>
    <w:rsid w:val="001A5499"/>
    <w:rsid w:val="001A66E3"/>
    <w:rsid w:val="001B0F6C"/>
    <w:rsid w:val="001B1CAB"/>
    <w:rsid w:val="001B7B3D"/>
    <w:rsid w:val="001C1F93"/>
    <w:rsid w:val="001C329B"/>
    <w:rsid w:val="001D4E25"/>
    <w:rsid w:val="001E49D8"/>
    <w:rsid w:val="001F0632"/>
    <w:rsid w:val="001F4525"/>
    <w:rsid w:val="00207E76"/>
    <w:rsid w:val="00214915"/>
    <w:rsid w:val="00221781"/>
    <w:rsid w:val="0022460C"/>
    <w:rsid w:val="0022717C"/>
    <w:rsid w:val="00227977"/>
    <w:rsid w:val="00236249"/>
    <w:rsid w:val="00266611"/>
    <w:rsid w:val="0028126A"/>
    <w:rsid w:val="00283453"/>
    <w:rsid w:val="00287641"/>
    <w:rsid w:val="00287703"/>
    <w:rsid w:val="00293EF9"/>
    <w:rsid w:val="0029639D"/>
    <w:rsid w:val="002A26D8"/>
    <w:rsid w:val="002A2E5B"/>
    <w:rsid w:val="002B386C"/>
    <w:rsid w:val="002B4273"/>
    <w:rsid w:val="002B4533"/>
    <w:rsid w:val="002B49D5"/>
    <w:rsid w:val="002B5323"/>
    <w:rsid w:val="002B73ED"/>
    <w:rsid w:val="002C0E3B"/>
    <w:rsid w:val="002C1213"/>
    <w:rsid w:val="002C663A"/>
    <w:rsid w:val="002C7224"/>
    <w:rsid w:val="002D5081"/>
    <w:rsid w:val="002E0C29"/>
    <w:rsid w:val="002E1D54"/>
    <w:rsid w:val="002F42BE"/>
    <w:rsid w:val="002F7CC4"/>
    <w:rsid w:val="002F7E96"/>
    <w:rsid w:val="003061D8"/>
    <w:rsid w:val="00312327"/>
    <w:rsid w:val="00315286"/>
    <w:rsid w:val="00326862"/>
    <w:rsid w:val="00326F90"/>
    <w:rsid w:val="00344FC2"/>
    <w:rsid w:val="00347865"/>
    <w:rsid w:val="003505F7"/>
    <w:rsid w:val="003543CF"/>
    <w:rsid w:val="0037404C"/>
    <w:rsid w:val="00376DBA"/>
    <w:rsid w:val="0038189F"/>
    <w:rsid w:val="003B3B67"/>
    <w:rsid w:val="003B708A"/>
    <w:rsid w:val="003C1791"/>
    <w:rsid w:val="003C4AF8"/>
    <w:rsid w:val="003D4308"/>
    <w:rsid w:val="003D5C21"/>
    <w:rsid w:val="003D60B6"/>
    <w:rsid w:val="003E7746"/>
    <w:rsid w:val="003E7D21"/>
    <w:rsid w:val="003F0BC2"/>
    <w:rsid w:val="003F6129"/>
    <w:rsid w:val="0040394F"/>
    <w:rsid w:val="0040688A"/>
    <w:rsid w:val="00410707"/>
    <w:rsid w:val="004122C7"/>
    <w:rsid w:val="00412E05"/>
    <w:rsid w:val="00427385"/>
    <w:rsid w:val="00434D2B"/>
    <w:rsid w:val="00436641"/>
    <w:rsid w:val="00442BA0"/>
    <w:rsid w:val="00443994"/>
    <w:rsid w:val="00443A39"/>
    <w:rsid w:val="004553ED"/>
    <w:rsid w:val="00460FEE"/>
    <w:rsid w:val="00463E5F"/>
    <w:rsid w:val="00466751"/>
    <w:rsid w:val="00470DE9"/>
    <w:rsid w:val="00473813"/>
    <w:rsid w:val="0047596A"/>
    <w:rsid w:val="00482FA6"/>
    <w:rsid w:val="0048508F"/>
    <w:rsid w:val="004859D1"/>
    <w:rsid w:val="00487F73"/>
    <w:rsid w:val="0049461E"/>
    <w:rsid w:val="00494DC2"/>
    <w:rsid w:val="00497AF1"/>
    <w:rsid w:val="004A0560"/>
    <w:rsid w:val="004A26C0"/>
    <w:rsid w:val="004A4A0F"/>
    <w:rsid w:val="004D603A"/>
    <w:rsid w:val="004E1FCA"/>
    <w:rsid w:val="004E36E6"/>
    <w:rsid w:val="004E500A"/>
    <w:rsid w:val="004E6C7F"/>
    <w:rsid w:val="004F0246"/>
    <w:rsid w:val="004F12DE"/>
    <w:rsid w:val="004F1B70"/>
    <w:rsid w:val="004F3F33"/>
    <w:rsid w:val="004F705A"/>
    <w:rsid w:val="0050365A"/>
    <w:rsid w:val="00511407"/>
    <w:rsid w:val="0051265C"/>
    <w:rsid w:val="00512730"/>
    <w:rsid w:val="005138B7"/>
    <w:rsid w:val="00515902"/>
    <w:rsid w:val="00520A37"/>
    <w:rsid w:val="00541AC1"/>
    <w:rsid w:val="00541BC6"/>
    <w:rsid w:val="005421EB"/>
    <w:rsid w:val="00543B3D"/>
    <w:rsid w:val="00551552"/>
    <w:rsid w:val="00553536"/>
    <w:rsid w:val="00555E40"/>
    <w:rsid w:val="00566243"/>
    <w:rsid w:val="0056699C"/>
    <w:rsid w:val="00567B14"/>
    <w:rsid w:val="00577784"/>
    <w:rsid w:val="00591C25"/>
    <w:rsid w:val="00591D98"/>
    <w:rsid w:val="005A434A"/>
    <w:rsid w:val="005A4545"/>
    <w:rsid w:val="005B013D"/>
    <w:rsid w:val="005C0542"/>
    <w:rsid w:val="005C3199"/>
    <w:rsid w:val="005D1E42"/>
    <w:rsid w:val="005E2E8E"/>
    <w:rsid w:val="005E380A"/>
    <w:rsid w:val="005F4299"/>
    <w:rsid w:val="005F44B9"/>
    <w:rsid w:val="00600DEF"/>
    <w:rsid w:val="00603019"/>
    <w:rsid w:val="00604CAE"/>
    <w:rsid w:val="006062FC"/>
    <w:rsid w:val="00607717"/>
    <w:rsid w:val="006127A0"/>
    <w:rsid w:val="006177AB"/>
    <w:rsid w:val="0062008A"/>
    <w:rsid w:val="006431CF"/>
    <w:rsid w:val="00644F4F"/>
    <w:rsid w:val="00647470"/>
    <w:rsid w:val="00666709"/>
    <w:rsid w:val="00677FBA"/>
    <w:rsid w:val="00680CD0"/>
    <w:rsid w:val="0068544B"/>
    <w:rsid w:val="00693724"/>
    <w:rsid w:val="006962B2"/>
    <w:rsid w:val="00697681"/>
    <w:rsid w:val="006B26B4"/>
    <w:rsid w:val="006C1D07"/>
    <w:rsid w:val="006C3A8E"/>
    <w:rsid w:val="006D71F5"/>
    <w:rsid w:val="006E0D51"/>
    <w:rsid w:val="006E12E4"/>
    <w:rsid w:val="006E48FA"/>
    <w:rsid w:val="006E67BD"/>
    <w:rsid w:val="006F6F4F"/>
    <w:rsid w:val="006F72F9"/>
    <w:rsid w:val="0070023E"/>
    <w:rsid w:val="00700412"/>
    <w:rsid w:val="00701882"/>
    <w:rsid w:val="0070201A"/>
    <w:rsid w:val="00705D12"/>
    <w:rsid w:val="0071186E"/>
    <w:rsid w:val="007137EA"/>
    <w:rsid w:val="00713FF8"/>
    <w:rsid w:val="00714715"/>
    <w:rsid w:val="00721C1B"/>
    <w:rsid w:val="00721C9C"/>
    <w:rsid w:val="0073045A"/>
    <w:rsid w:val="0073300C"/>
    <w:rsid w:val="00735746"/>
    <w:rsid w:val="007411D4"/>
    <w:rsid w:val="0075158B"/>
    <w:rsid w:val="00754684"/>
    <w:rsid w:val="007706B7"/>
    <w:rsid w:val="007712F3"/>
    <w:rsid w:val="00772677"/>
    <w:rsid w:val="00774A84"/>
    <w:rsid w:val="00783305"/>
    <w:rsid w:val="00787A32"/>
    <w:rsid w:val="00792B05"/>
    <w:rsid w:val="0079458D"/>
    <w:rsid w:val="007A0AAC"/>
    <w:rsid w:val="007B1D0A"/>
    <w:rsid w:val="007B38CC"/>
    <w:rsid w:val="007B6217"/>
    <w:rsid w:val="007C1586"/>
    <w:rsid w:val="007C1F12"/>
    <w:rsid w:val="007D089B"/>
    <w:rsid w:val="007D240C"/>
    <w:rsid w:val="007D3F58"/>
    <w:rsid w:val="007D63B6"/>
    <w:rsid w:val="007F0240"/>
    <w:rsid w:val="007F572D"/>
    <w:rsid w:val="0080103D"/>
    <w:rsid w:val="00806115"/>
    <w:rsid w:val="00806408"/>
    <w:rsid w:val="008357BE"/>
    <w:rsid w:val="00835C79"/>
    <w:rsid w:val="0084569E"/>
    <w:rsid w:val="00856FFC"/>
    <w:rsid w:val="00857693"/>
    <w:rsid w:val="0088507E"/>
    <w:rsid w:val="00895568"/>
    <w:rsid w:val="0089624B"/>
    <w:rsid w:val="00896753"/>
    <w:rsid w:val="008A0161"/>
    <w:rsid w:val="008A2C82"/>
    <w:rsid w:val="008A74BC"/>
    <w:rsid w:val="008B7B39"/>
    <w:rsid w:val="008C2313"/>
    <w:rsid w:val="008C6D36"/>
    <w:rsid w:val="008D3AF3"/>
    <w:rsid w:val="008E3D91"/>
    <w:rsid w:val="008E7923"/>
    <w:rsid w:val="008F5D11"/>
    <w:rsid w:val="009048A8"/>
    <w:rsid w:val="00904A63"/>
    <w:rsid w:val="00907DC6"/>
    <w:rsid w:val="00940DC0"/>
    <w:rsid w:val="00942394"/>
    <w:rsid w:val="009430C1"/>
    <w:rsid w:val="00943C1C"/>
    <w:rsid w:val="00946054"/>
    <w:rsid w:val="00954B6A"/>
    <w:rsid w:val="00970715"/>
    <w:rsid w:val="00976875"/>
    <w:rsid w:val="00992509"/>
    <w:rsid w:val="009A03E8"/>
    <w:rsid w:val="009B4E1E"/>
    <w:rsid w:val="009B55DD"/>
    <w:rsid w:val="009C1E6C"/>
    <w:rsid w:val="009C1EA0"/>
    <w:rsid w:val="009C1F5F"/>
    <w:rsid w:val="009C36B8"/>
    <w:rsid w:val="009C484B"/>
    <w:rsid w:val="009C5076"/>
    <w:rsid w:val="009D2A4D"/>
    <w:rsid w:val="009D43B1"/>
    <w:rsid w:val="009E050E"/>
    <w:rsid w:val="009F3D7F"/>
    <w:rsid w:val="009F70B0"/>
    <w:rsid w:val="00A026A5"/>
    <w:rsid w:val="00A02A71"/>
    <w:rsid w:val="00A17CF6"/>
    <w:rsid w:val="00A36B39"/>
    <w:rsid w:val="00A46990"/>
    <w:rsid w:val="00A55516"/>
    <w:rsid w:val="00A6121C"/>
    <w:rsid w:val="00A6227D"/>
    <w:rsid w:val="00A7132D"/>
    <w:rsid w:val="00A7535F"/>
    <w:rsid w:val="00A81D2E"/>
    <w:rsid w:val="00A86A97"/>
    <w:rsid w:val="00AA1D8D"/>
    <w:rsid w:val="00AB46D6"/>
    <w:rsid w:val="00AE0134"/>
    <w:rsid w:val="00AE2E25"/>
    <w:rsid w:val="00AE79AE"/>
    <w:rsid w:val="00AF4EA6"/>
    <w:rsid w:val="00B058DA"/>
    <w:rsid w:val="00B11641"/>
    <w:rsid w:val="00B211CA"/>
    <w:rsid w:val="00B2318B"/>
    <w:rsid w:val="00B24A01"/>
    <w:rsid w:val="00B27D51"/>
    <w:rsid w:val="00B31212"/>
    <w:rsid w:val="00B33E11"/>
    <w:rsid w:val="00B347B2"/>
    <w:rsid w:val="00B37874"/>
    <w:rsid w:val="00B47730"/>
    <w:rsid w:val="00B52600"/>
    <w:rsid w:val="00B53093"/>
    <w:rsid w:val="00B53289"/>
    <w:rsid w:val="00B61C55"/>
    <w:rsid w:val="00B721DD"/>
    <w:rsid w:val="00B72910"/>
    <w:rsid w:val="00B7403A"/>
    <w:rsid w:val="00B82542"/>
    <w:rsid w:val="00B86478"/>
    <w:rsid w:val="00B935CE"/>
    <w:rsid w:val="00B9434D"/>
    <w:rsid w:val="00BA39ED"/>
    <w:rsid w:val="00BB21E4"/>
    <w:rsid w:val="00BB30D4"/>
    <w:rsid w:val="00BB331E"/>
    <w:rsid w:val="00BC2B59"/>
    <w:rsid w:val="00BD2D2F"/>
    <w:rsid w:val="00BD3A5C"/>
    <w:rsid w:val="00BD4FC7"/>
    <w:rsid w:val="00BD626A"/>
    <w:rsid w:val="00BE015E"/>
    <w:rsid w:val="00BE2608"/>
    <w:rsid w:val="00BE7407"/>
    <w:rsid w:val="00BF4C56"/>
    <w:rsid w:val="00BF6AC9"/>
    <w:rsid w:val="00C01F66"/>
    <w:rsid w:val="00C0365E"/>
    <w:rsid w:val="00C04C9E"/>
    <w:rsid w:val="00C2038A"/>
    <w:rsid w:val="00C20AD7"/>
    <w:rsid w:val="00C24CC9"/>
    <w:rsid w:val="00C31414"/>
    <w:rsid w:val="00C33B12"/>
    <w:rsid w:val="00C34CC6"/>
    <w:rsid w:val="00C4075F"/>
    <w:rsid w:val="00C42E99"/>
    <w:rsid w:val="00C45968"/>
    <w:rsid w:val="00C502F0"/>
    <w:rsid w:val="00C541C2"/>
    <w:rsid w:val="00C715D0"/>
    <w:rsid w:val="00C76E74"/>
    <w:rsid w:val="00C92C1B"/>
    <w:rsid w:val="00C94808"/>
    <w:rsid w:val="00C94820"/>
    <w:rsid w:val="00CB0664"/>
    <w:rsid w:val="00CD3FAF"/>
    <w:rsid w:val="00CD7EF2"/>
    <w:rsid w:val="00CE546A"/>
    <w:rsid w:val="00CE7D12"/>
    <w:rsid w:val="00CF0DBD"/>
    <w:rsid w:val="00CF5DFA"/>
    <w:rsid w:val="00CF7347"/>
    <w:rsid w:val="00D107D9"/>
    <w:rsid w:val="00D20C9E"/>
    <w:rsid w:val="00D20FAB"/>
    <w:rsid w:val="00D27345"/>
    <w:rsid w:val="00D36187"/>
    <w:rsid w:val="00D4301C"/>
    <w:rsid w:val="00D52F18"/>
    <w:rsid w:val="00D536AE"/>
    <w:rsid w:val="00D67211"/>
    <w:rsid w:val="00D70B63"/>
    <w:rsid w:val="00D77A02"/>
    <w:rsid w:val="00D82E86"/>
    <w:rsid w:val="00D83041"/>
    <w:rsid w:val="00D8741D"/>
    <w:rsid w:val="00D9128F"/>
    <w:rsid w:val="00D95896"/>
    <w:rsid w:val="00D96A10"/>
    <w:rsid w:val="00DA2ADC"/>
    <w:rsid w:val="00DB0593"/>
    <w:rsid w:val="00DB6EE2"/>
    <w:rsid w:val="00DC318F"/>
    <w:rsid w:val="00DC3D56"/>
    <w:rsid w:val="00DC6427"/>
    <w:rsid w:val="00DD06C8"/>
    <w:rsid w:val="00DD479B"/>
    <w:rsid w:val="00DF0789"/>
    <w:rsid w:val="00E00ACD"/>
    <w:rsid w:val="00E027C3"/>
    <w:rsid w:val="00E035B7"/>
    <w:rsid w:val="00E33515"/>
    <w:rsid w:val="00E44EDC"/>
    <w:rsid w:val="00E46DDC"/>
    <w:rsid w:val="00E5211C"/>
    <w:rsid w:val="00E61F07"/>
    <w:rsid w:val="00E6249E"/>
    <w:rsid w:val="00E64C1D"/>
    <w:rsid w:val="00E75528"/>
    <w:rsid w:val="00EA0BE5"/>
    <w:rsid w:val="00EA6BB6"/>
    <w:rsid w:val="00EB35BA"/>
    <w:rsid w:val="00EC1F78"/>
    <w:rsid w:val="00EC46F9"/>
    <w:rsid w:val="00ED03C7"/>
    <w:rsid w:val="00ED2995"/>
    <w:rsid w:val="00ED47BC"/>
    <w:rsid w:val="00EE51AA"/>
    <w:rsid w:val="00EE51E7"/>
    <w:rsid w:val="00EE604D"/>
    <w:rsid w:val="00EF0F35"/>
    <w:rsid w:val="00EF4500"/>
    <w:rsid w:val="00EF45BF"/>
    <w:rsid w:val="00EF7C05"/>
    <w:rsid w:val="00F066FD"/>
    <w:rsid w:val="00F221AA"/>
    <w:rsid w:val="00F3630A"/>
    <w:rsid w:val="00F45501"/>
    <w:rsid w:val="00F46D5C"/>
    <w:rsid w:val="00F55348"/>
    <w:rsid w:val="00F609AD"/>
    <w:rsid w:val="00F61787"/>
    <w:rsid w:val="00F62847"/>
    <w:rsid w:val="00F67A11"/>
    <w:rsid w:val="00F70131"/>
    <w:rsid w:val="00F706BD"/>
    <w:rsid w:val="00F73BE4"/>
    <w:rsid w:val="00F764A8"/>
    <w:rsid w:val="00F76B43"/>
    <w:rsid w:val="00F935D1"/>
    <w:rsid w:val="00F95378"/>
    <w:rsid w:val="00F96D8B"/>
    <w:rsid w:val="00F9745D"/>
    <w:rsid w:val="00FB34A4"/>
    <w:rsid w:val="00FC175D"/>
    <w:rsid w:val="00FC3CEF"/>
    <w:rsid w:val="00FC693F"/>
    <w:rsid w:val="00FD1073"/>
    <w:rsid w:val="00FD7AE3"/>
    <w:rsid w:val="00FE3324"/>
    <w:rsid w:val="00FE3360"/>
    <w:rsid w:val="00FF196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4A5280"/>
  <w14:defaultImageDpi w14:val="300"/>
  <w15:docId w15:val="{9AC6D441-1498-7444-84C0-DC17B1DC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5E"/>
    <w:rPr>
      <w:rFonts w:asciiTheme="majorHAnsi" w:hAnsiTheme="majorHAnsi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F76B43"/>
    <w:pPr>
      <w:numPr>
        <w:numId w:val="10"/>
      </w:numPr>
      <w:shd w:val="clear" w:color="auto" w:fill="31849B" w:themeFill="accent5" w:themeFillShade="BF"/>
      <w:spacing w:before="240" w:after="160" w:line="259" w:lineRule="auto"/>
      <w:contextualSpacing w:val="0"/>
      <w:outlineLvl w:val="0"/>
    </w:pPr>
    <w:rPr>
      <w:rFonts w:eastAsiaTheme="minorHAnsi" w:cs="Arial (Corps CS)"/>
      <w:b/>
      <w:bCs/>
      <w:caps/>
      <w:color w:val="FFFFFF" w:themeColor="background1"/>
      <w:sz w:val="24"/>
      <w:szCs w:val="24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F76B43"/>
    <w:pPr>
      <w:numPr>
        <w:ilvl w:val="1"/>
      </w:numPr>
      <w:shd w:val="clear" w:color="auto" w:fill="auto"/>
      <w:outlineLvl w:val="1"/>
    </w:pPr>
    <w:rPr>
      <w:bCs w:val="0"/>
      <w:caps w:val="0"/>
      <w:smallCaps/>
      <w:color w:val="31849B" w:themeColor="accent5" w:themeShade="BF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207E76"/>
    <w:pPr>
      <w:numPr>
        <w:ilvl w:val="2"/>
      </w:numPr>
      <w:outlineLvl w:val="2"/>
    </w:pPr>
    <w:rPr>
      <w:i/>
      <w:iCs/>
      <w:sz w:val="22"/>
      <w:szCs w:val="22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207E76"/>
    <w:pPr>
      <w:numPr>
        <w:ilvl w:val="3"/>
      </w:numPr>
      <w:outlineLvl w:val="3"/>
    </w:pPr>
    <w:rPr>
      <w:b w:val="0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207E76"/>
    <w:pPr>
      <w:numPr>
        <w:ilvl w:val="4"/>
      </w:numPr>
      <w:outlineLvl w:val="4"/>
    </w:pPr>
    <w:rPr>
      <w:color w:val="auto"/>
      <w:sz w:val="20"/>
      <w:szCs w:val="20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207E76"/>
    <w:pPr>
      <w:numPr>
        <w:ilvl w:val="5"/>
      </w:numPr>
      <w:outlineLvl w:val="5"/>
    </w:pPr>
    <w:rPr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C693F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76B43"/>
    <w:pPr>
      <w:keepNext/>
      <w:keepLines/>
      <w:spacing w:before="200" w:after="0"/>
      <w:outlineLvl w:val="7"/>
    </w:pPr>
    <w:rPr>
      <w:rFonts w:eastAsiaTheme="majorEastAsia" w:cstheme="majorBidi"/>
      <w:color w:val="31849B" w:themeColor="accent5" w:themeShade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76B43"/>
    <w:rPr>
      <w:rFonts w:asciiTheme="majorHAnsi" w:eastAsiaTheme="minorHAnsi" w:hAnsiTheme="majorHAnsi" w:cs="Arial (Corps CS)"/>
      <w:b/>
      <w:bCs/>
      <w:caps/>
      <w:color w:val="FFFFFF" w:themeColor="background1"/>
      <w:sz w:val="24"/>
      <w:szCs w:val="24"/>
      <w:shd w:val="clear" w:color="auto" w:fill="31849B" w:themeFill="accent5" w:themeFillShade="BF"/>
    </w:rPr>
  </w:style>
  <w:style w:type="character" w:customStyle="1" w:styleId="Titre2Car">
    <w:name w:val="Titre 2 Car"/>
    <w:basedOn w:val="Policepardfaut"/>
    <w:link w:val="Titre2"/>
    <w:uiPriority w:val="9"/>
    <w:rsid w:val="00F76B43"/>
    <w:rPr>
      <w:rFonts w:asciiTheme="majorHAnsi" w:eastAsiaTheme="minorHAnsi" w:hAnsiTheme="majorHAnsi" w:cs="Arial (Corps CS)"/>
      <w:b/>
      <w:smallCaps/>
      <w:color w:val="31849B" w:themeColor="accent5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9C1F5F"/>
    <w:rPr>
      <w:rFonts w:asciiTheme="majorHAnsi" w:eastAsiaTheme="minorHAnsi" w:hAnsiTheme="majorHAnsi" w:cs="Arial (Corps CS)"/>
      <w:b/>
      <w:i/>
      <w:iCs/>
      <w:smallCaps/>
      <w:color w:val="31849B" w:themeColor="accent5" w:themeShade="BF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B43"/>
    <w:pPr>
      <w:numPr>
        <w:ilvl w:val="1"/>
      </w:numPr>
    </w:pPr>
    <w:rPr>
      <w:rFonts w:eastAsiaTheme="majorEastAsia" w:cstheme="majorBidi"/>
      <w:i/>
      <w:iCs/>
      <w:color w:val="E36C0A" w:themeColor="accent6" w:themeShade="BF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76B43"/>
    <w:rPr>
      <w:rFonts w:asciiTheme="majorHAnsi" w:eastAsiaTheme="majorEastAsia" w:hAnsiTheme="majorHAnsi" w:cstheme="majorBidi"/>
      <w:i/>
      <w:iCs/>
      <w:color w:val="E36C0A" w:themeColor="accent6" w:themeShade="BF"/>
      <w:spacing w:val="15"/>
      <w:sz w:val="24"/>
      <w:szCs w:val="24"/>
    </w:rPr>
  </w:style>
  <w:style w:type="paragraph" w:styleId="Paragraphedeliste">
    <w:name w:val="List Paragraph"/>
    <w:aliases w:val="ParagrapheLEXSI,Titre 1 Car1,armelle Car,Liste puces 2,Paragraphe de liste1,1er niveau,Liste puces 21,Paragraphe de liste11,1er niveau1,Liste puces 22,Paragraphe de liste12,1er niveau2,Liste puces 23,Paragraphe de liste13,1er niveau3"/>
    <w:basedOn w:val="Normal"/>
    <w:link w:val="ParagraphedelisteCar"/>
    <w:uiPriority w:val="1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rsid w:val="00700412"/>
    <w:rPr>
      <w:rFonts w:asciiTheme="majorHAnsi" w:eastAsiaTheme="minorHAnsi" w:hAnsiTheme="majorHAnsi" w:cs="Arial (Corps CS)"/>
      <w:i/>
      <w:iCs/>
      <w:smallCaps/>
      <w:color w:val="31849B" w:themeColor="accent5" w:themeShade="BF"/>
    </w:rPr>
  </w:style>
  <w:style w:type="character" w:customStyle="1" w:styleId="Titre5Car">
    <w:name w:val="Titre 5 Car"/>
    <w:basedOn w:val="Policepardfaut"/>
    <w:link w:val="Titre5"/>
    <w:uiPriority w:val="9"/>
    <w:rsid w:val="00700412"/>
    <w:rPr>
      <w:rFonts w:asciiTheme="majorHAnsi" w:eastAsiaTheme="minorHAnsi" w:hAnsiTheme="majorHAnsi" w:cs="Arial (Corps CS)"/>
      <w:i/>
      <w:iCs/>
      <w:smallCap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9C1F5F"/>
    <w:rPr>
      <w:rFonts w:asciiTheme="majorHAnsi" w:eastAsiaTheme="minorHAnsi" w:hAnsiTheme="majorHAnsi" w:cs="Arial (Corps CS)"/>
      <w:i/>
      <w:iCs/>
      <w:smallCaps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uiPriority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F76B43"/>
    <w:rPr>
      <w:rFonts w:asciiTheme="majorHAnsi" w:eastAsiaTheme="majorEastAsia" w:hAnsiTheme="majorHAnsi" w:cstheme="majorBidi"/>
      <w:color w:val="31849B" w:themeColor="accent5" w:themeShade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B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E36C0A" w:themeColor="accent6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76B43"/>
    <w:rPr>
      <w:rFonts w:asciiTheme="majorHAnsi" w:hAnsiTheme="majorHAnsi"/>
      <w:b/>
      <w:bCs/>
      <w:i/>
      <w:iCs/>
      <w:color w:val="E36C0A" w:themeColor="accent6" w:themeShade="BF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76B43"/>
    <w:rPr>
      <w:b/>
      <w:bCs/>
      <w:i/>
      <w:iCs/>
      <w:color w:val="31849B" w:themeColor="accent5" w:themeShade="BF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76B43"/>
    <w:pPr>
      <w:outlineLvl w:val="9"/>
    </w:pPr>
  </w:style>
  <w:style w:type="table" w:styleId="Grilledutableau">
    <w:name w:val="Table Grid"/>
    <w:basedOn w:val="TableauNormal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epuces41">
    <w:name w:val="Liste à puces 41"/>
    <w:basedOn w:val="Normal"/>
    <w:pPr>
      <w:numPr>
        <w:numId w:val="4"/>
      </w:numPr>
      <w:contextualSpacing/>
    </w:pPr>
  </w:style>
  <w:style w:type="paragraph" w:customStyle="1" w:styleId="Listepuces51">
    <w:name w:val="Liste à puces 51"/>
    <w:basedOn w:val="Normal"/>
    <w:pPr>
      <w:tabs>
        <w:tab w:val="num" w:pos="360"/>
      </w:tabs>
      <w:ind w:left="360" w:hanging="36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57BA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57BA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57BA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057BA3"/>
    <w:pPr>
      <w:spacing w:after="100" w:line="240" w:lineRule="auto"/>
      <w:ind w:left="720"/>
    </w:pPr>
    <w:rPr>
      <w:sz w:val="24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57BA3"/>
    <w:pPr>
      <w:spacing w:after="100" w:line="240" w:lineRule="auto"/>
      <w:ind w:left="960"/>
    </w:pPr>
    <w:rPr>
      <w:sz w:val="24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57BA3"/>
    <w:pPr>
      <w:spacing w:after="100" w:line="240" w:lineRule="auto"/>
      <w:ind w:left="1200"/>
    </w:pPr>
    <w:rPr>
      <w:sz w:val="24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57BA3"/>
    <w:pPr>
      <w:spacing w:after="100" w:line="240" w:lineRule="auto"/>
      <w:ind w:left="1440"/>
    </w:pPr>
    <w:rPr>
      <w:sz w:val="24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57BA3"/>
    <w:pPr>
      <w:spacing w:after="100" w:line="240" w:lineRule="auto"/>
      <w:ind w:left="1680"/>
    </w:pPr>
    <w:rPr>
      <w:sz w:val="24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57BA3"/>
    <w:pPr>
      <w:spacing w:after="100" w:line="240" w:lineRule="auto"/>
      <w:ind w:left="1920"/>
    </w:pPr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57BA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7BA3"/>
    <w:rPr>
      <w:color w:val="605E5C"/>
      <w:shd w:val="clear" w:color="auto" w:fill="E1DFDD"/>
    </w:rPr>
  </w:style>
  <w:style w:type="character" w:styleId="Numrodepage">
    <w:name w:val="page number"/>
    <w:basedOn w:val="Policepardfaut"/>
    <w:uiPriority w:val="99"/>
    <w:semiHidden/>
    <w:unhideWhenUsed/>
    <w:rsid w:val="00F55348"/>
  </w:style>
  <w:style w:type="paragraph" w:customStyle="1" w:styleId="OBJET">
    <w:name w:val="OBJET"/>
    <w:basedOn w:val="Paragraphedeliste"/>
    <w:qFormat/>
    <w:rsid w:val="00F76B43"/>
    <w:pPr>
      <w:shd w:val="clear" w:color="auto" w:fill="31849B" w:themeFill="accent5" w:themeFillShade="BF"/>
      <w:spacing w:line="240" w:lineRule="auto"/>
      <w:jc w:val="center"/>
    </w:pPr>
    <w:rPr>
      <w:b/>
      <w:bCs/>
      <w:color w:val="FFFFFF" w:themeColor="background1"/>
      <w:sz w:val="32"/>
      <w:szCs w:val="32"/>
    </w:rPr>
  </w:style>
  <w:style w:type="paragraph" w:customStyle="1" w:styleId="Rfrence">
    <w:name w:val="Référence"/>
    <w:basedOn w:val="Paragraphedeliste"/>
    <w:qFormat/>
    <w:rsid w:val="00BF6AC9"/>
    <w:pPr>
      <w:jc w:val="center"/>
    </w:pPr>
    <w:rPr>
      <w:b/>
      <w:bCs/>
    </w:rPr>
  </w:style>
  <w:style w:type="paragraph" w:customStyle="1" w:styleId="Texte">
    <w:name w:val="Texte"/>
    <w:basedOn w:val="Paragraphedeliste"/>
    <w:qFormat/>
    <w:rsid w:val="00511407"/>
    <w:pPr>
      <w:jc w:val="right"/>
    </w:pPr>
    <w:rPr>
      <w:b/>
      <w:bCs/>
      <w:i/>
      <w:color w:val="000000" w:themeColor="text1"/>
      <w:sz w:val="20"/>
      <w:szCs w:val="20"/>
    </w:rPr>
  </w:style>
  <w:style w:type="paragraph" w:customStyle="1" w:styleId="NOM">
    <w:name w:val="NOM"/>
    <w:basedOn w:val="Paragraphedeliste"/>
    <w:qFormat/>
    <w:rsid w:val="00F76B43"/>
    <w:pPr>
      <w:pBdr>
        <w:top w:val="single" w:sz="4" w:space="1" w:color="31849B" w:themeColor="accent5" w:themeShade="BF"/>
        <w:left w:val="single" w:sz="4" w:space="4" w:color="31849B" w:themeColor="accent5" w:themeShade="BF"/>
        <w:bottom w:val="single" w:sz="4" w:space="1" w:color="31849B" w:themeColor="accent5" w:themeShade="BF"/>
        <w:right w:val="single" w:sz="4" w:space="4" w:color="31849B" w:themeColor="accent5" w:themeShade="BF"/>
      </w:pBdr>
      <w:jc w:val="center"/>
    </w:pPr>
    <w:rPr>
      <w:b/>
      <w:bCs/>
      <w:color w:val="31849B" w:themeColor="accent5" w:themeShade="BF"/>
      <w:sz w:val="28"/>
      <w:szCs w:val="28"/>
    </w:rPr>
  </w:style>
  <w:style w:type="paragraph" w:customStyle="1" w:styleId="Textebas">
    <w:name w:val="Texte bas"/>
    <w:basedOn w:val="Paragraphedeliste"/>
    <w:qFormat/>
    <w:rsid w:val="00F76B43"/>
    <w:pPr>
      <w:pBdr>
        <w:bottom w:val="single" w:sz="4" w:space="1" w:color="036CAA"/>
      </w:pBdr>
      <w:jc w:val="center"/>
    </w:pPr>
    <w:rPr>
      <w:b/>
      <w:bCs/>
      <w:color w:val="31849B" w:themeColor="accent5" w:themeShade="BF"/>
    </w:rPr>
  </w:style>
  <w:style w:type="paragraph" w:customStyle="1" w:styleId="RedaliaNormal">
    <w:name w:val="Redalia : Normal"/>
    <w:basedOn w:val="Normal"/>
    <w:rsid w:val="00BF4C56"/>
    <w:pPr>
      <w:widowControl w:val="0"/>
      <w:tabs>
        <w:tab w:val="left" w:leader="dot" w:pos="8505"/>
      </w:tabs>
      <w:spacing w:before="40"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character" w:customStyle="1" w:styleId="ParagraphedelisteCar">
    <w:name w:val="Paragraphe de liste Car"/>
    <w:aliases w:val="ParagrapheLEXSI Car,Titre 1 Car1 Car,armelle Car Car,Liste puces 2 Car,Paragraphe de liste1 Car,1er niveau Car,Liste puces 21 Car,Paragraphe de liste11 Car,1er niveau1 Car,Liste puces 22 Car,Paragraphe de liste12 Car"/>
    <w:link w:val="Paragraphedeliste"/>
    <w:uiPriority w:val="34"/>
    <w:rsid w:val="00BF4C56"/>
    <w:rPr>
      <w:rFonts w:asciiTheme="majorHAnsi" w:hAnsiTheme="majorHAnsi"/>
    </w:rPr>
  </w:style>
  <w:style w:type="numbering" w:customStyle="1" w:styleId="ListeSimpleRiskpart">
    <w:name w:val="Liste Simple Riskpart"/>
    <w:rsid w:val="00BF4C56"/>
    <w:pPr>
      <w:numPr>
        <w:numId w:val="12"/>
      </w:numPr>
    </w:pPr>
  </w:style>
  <w:style w:type="paragraph" w:customStyle="1" w:styleId="Style5">
    <w:name w:val="Style5"/>
    <w:basedOn w:val="Normal"/>
    <w:link w:val="Style5Car"/>
    <w:qFormat/>
    <w:rsid w:val="00BF4C56"/>
    <w:pPr>
      <w:widowControl w:val="0"/>
      <w:numPr>
        <w:ilvl w:val="1"/>
        <w:numId w:val="11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customStyle="1" w:styleId="Style5Car">
    <w:name w:val="Style5 Car"/>
    <w:link w:val="Style5"/>
    <w:rsid w:val="00BF4C56"/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BF4C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F4C5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F4C56"/>
    <w:rPr>
      <w:rFonts w:asciiTheme="majorHAnsi" w:hAnsiTheme="majorHAns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4C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4C56"/>
    <w:rPr>
      <w:rFonts w:asciiTheme="majorHAnsi" w:hAnsiTheme="majorHAnsi"/>
      <w:b/>
      <w:bCs/>
      <w:sz w:val="20"/>
      <w:szCs w:val="20"/>
    </w:rPr>
  </w:style>
  <w:style w:type="paragraph" w:customStyle="1" w:styleId="REFERENCEMARCHE">
    <w:name w:val="REFERENCE_MARCHE"/>
    <w:basedOn w:val="Normal"/>
    <w:qFormat/>
    <w:rsid w:val="000A1EAF"/>
    <w:pPr>
      <w:spacing w:before="38"/>
      <w:ind w:left="112" w:right="112"/>
      <w:jc w:val="center"/>
    </w:pPr>
    <w:rPr>
      <w:sz w:val="28"/>
    </w:rPr>
  </w:style>
  <w:style w:type="paragraph" w:customStyle="1" w:styleId="TYPEDOCUMENT">
    <w:name w:val="TYPE_DOCUMENT"/>
    <w:basedOn w:val="NOM"/>
    <w:qFormat/>
    <w:rsid w:val="000A1EAF"/>
  </w:style>
  <w:style w:type="paragraph" w:customStyle="1" w:styleId="TYPEPROCEDURE">
    <w:name w:val="TYPE_PROCEDURE"/>
    <w:basedOn w:val="Texte"/>
    <w:qFormat/>
    <w:rsid w:val="000A1EAF"/>
    <w:pPr>
      <w:jc w:val="left"/>
    </w:pPr>
  </w:style>
  <w:style w:type="paragraph" w:customStyle="1" w:styleId="TYPEMARCHE">
    <w:name w:val="TYPE_MARCHE"/>
    <w:basedOn w:val="Texte"/>
    <w:qFormat/>
    <w:rsid w:val="000A1EAF"/>
    <w:pPr>
      <w:jc w:val="both"/>
    </w:pPr>
  </w:style>
  <w:style w:type="paragraph" w:customStyle="1" w:styleId="CATEGORIEMARCHEPUBLIC">
    <w:name w:val="CATEGORIE_MARCHE_PUBLIC"/>
    <w:basedOn w:val="Texte"/>
    <w:qFormat/>
    <w:rsid w:val="000A1EAF"/>
    <w:pPr>
      <w:jc w:val="center"/>
    </w:pPr>
  </w:style>
  <w:style w:type="numbering" w:customStyle="1" w:styleId="CurrentList1">
    <w:name w:val="Current List1"/>
    <w:uiPriority w:val="99"/>
    <w:rsid w:val="00107EBD"/>
    <w:pPr>
      <w:numPr>
        <w:numId w:val="13"/>
      </w:numPr>
    </w:pPr>
  </w:style>
  <w:style w:type="paragraph" w:customStyle="1" w:styleId="ListBullet41">
    <w:name w:val="List Bullet 41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Bullet51">
    <w:name w:val="List Bullet 51"/>
    <w:basedOn w:val="Normal"/>
    <w:pPr>
      <w:tabs>
        <w:tab w:val="num" w:pos="360"/>
      </w:tabs>
      <w:ind w:left="360" w:hanging="360"/>
      <w:contextualSpacing/>
    </w:pPr>
  </w:style>
  <w:style w:type="numbering" w:customStyle="1" w:styleId="CurrentList2">
    <w:name w:val="Current List2"/>
    <w:uiPriority w:val="99"/>
    <w:rsid w:val="00806408"/>
    <w:pPr>
      <w:numPr>
        <w:numId w:val="14"/>
      </w:numPr>
    </w:pPr>
  </w:style>
  <w:style w:type="numbering" w:customStyle="1" w:styleId="CurrentList3">
    <w:name w:val="Current List3"/>
    <w:uiPriority w:val="99"/>
    <w:rsid w:val="00806408"/>
    <w:pPr>
      <w:numPr>
        <w:numId w:val="15"/>
      </w:numPr>
    </w:pPr>
  </w:style>
  <w:style w:type="paragraph" w:customStyle="1" w:styleId="Listepuces42">
    <w:name w:val="Liste à puces 42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epuces52">
    <w:name w:val="Liste à puces 52"/>
    <w:basedOn w:val="Normal"/>
    <w:pPr>
      <w:tabs>
        <w:tab w:val="num" w:pos="360"/>
      </w:tabs>
      <w:ind w:left="360" w:hanging="360"/>
      <w:contextualSpacing/>
    </w:pPr>
  </w:style>
  <w:style w:type="paragraph" w:customStyle="1" w:styleId="ListBullet6">
    <w:name w:val="List Bullet 6"/>
    <w:basedOn w:val="Normal"/>
    <w:pPr>
      <w:tabs>
        <w:tab w:val="num" w:pos="720"/>
      </w:tabs>
      <w:ind w:left="720" w:hanging="360"/>
      <w:contextualSpacing/>
    </w:pPr>
  </w:style>
  <w:style w:type="paragraph" w:customStyle="1" w:styleId="ListBullet7">
    <w:name w:val="List Bullet 7"/>
    <w:basedOn w:val="Normal"/>
    <w:pPr>
      <w:tabs>
        <w:tab w:val="num" w:pos="1080"/>
      </w:tabs>
      <w:ind w:left="1080" w:hanging="360"/>
      <w:contextualSpacing/>
    </w:pPr>
  </w:style>
  <w:style w:type="paragraph" w:customStyle="1" w:styleId="ListBullet8">
    <w:name w:val="List Bullet 8"/>
    <w:basedOn w:val="Normal"/>
    <w:pPr>
      <w:numPr>
        <w:numId w:val="8"/>
      </w:numPr>
      <w:contextualSpacing/>
    </w:pPr>
  </w:style>
  <w:style w:type="paragraph" w:customStyle="1" w:styleId="ListBullet9">
    <w:name w:val="List Bullet 9"/>
    <w:basedOn w:val="Normal"/>
    <w:pPr>
      <w:numPr>
        <w:numId w:val="9"/>
      </w:numPr>
      <w:contextualSpacing/>
    </w:pPr>
  </w:style>
  <w:style w:type="paragraph" w:customStyle="1" w:styleId="RedaliaRetraitavecpuce">
    <w:name w:val="Redalia : Retrait avec puce"/>
    <w:basedOn w:val="RedaliaNormal"/>
    <w:rsid w:val="00647470"/>
    <w:pPr>
      <w:numPr>
        <w:numId w:val="25"/>
      </w:numPr>
      <w:suppressAutoHyphens/>
      <w:autoSpaceDN w:val="0"/>
      <w:textAlignment w:val="baseline"/>
    </w:pPr>
  </w:style>
  <w:style w:type="paragraph" w:customStyle="1" w:styleId="RedaliaRetrait2avecpuce">
    <w:name w:val="Redalia : Retrait 2 avec puce"/>
    <w:basedOn w:val="RedaliaRetraitavecpuce"/>
    <w:rsid w:val="00647470"/>
    <w:pPr>
      <w:tabs>
        <w:tab w:val="left" w:pos="1701"/>
      </w:tabs>
      <w:ind w:left="1701" w:hanging="567"/>
    </w:pPr>
  </w:style>
  <w:style w:type="numbering" w:customStyle="1" w:styleId="LFO21">
    <w:name w:val="LFO21"/>
    <w:basedOn w:val="Aucuneliste"/>
    <w:rsid w:val="00647470"/>
    <w:pPr>
      <w:numPr>
        <w:numId w:val="25"/>
      </w:numPr>
    </w:pPr>
  </w:style>
  <w:style w:type="paragraph" w:customStyle="1" w:styleId="Redaliapuces">
    <w:name w:val="Redalia : puces"/>
    <w:basedOn w:val="RedaliaNormal"/>
    <w:rsid w:val="000D2BA2"/>
    <w:pPr>
      <w:numPr>
        <w:numId w:val="27"/>
      </w:numPr>
      <w:suppressAutoHyphens/>
      <w:autoSpaceDN w:val="0"/>
      <w:textAlignment w:val="baseline"/>
    </w:pPr>
  </w:style>
  <w:style w:type="numbering" w:customStyle="1" w:styleId="LFO20">
    <w:name w:val="LFO20"/>
    <w:basedOn w:val="Aucuneliste"/>
    <w:rsid w:val="000D2BA2"/>
    <w:pPr>
      <w:numPr>
        <w:numId w:val="27"/>
      </w:numPr>
    </w:pPr>
  </w:style>
  <w:style w:type="character" w:styleId="Lienhypertextesuivivisit">
    <w:name w:val="FollowedHyperlink"/>
    <w:basedOn w:val="Policepardfaut"/>
    <w:uiPriority w:val="99"/>
    <w:semiHidden/>
    <w:unhideWhenUsed/>
    <w:rsid w:val="000D2BA2"/>
    <w:rPr>
      <w:color w:val="800080" w:themeColor="followedHyperlink"/>
      <w:u w:val="single"/>
    </w:rPr>
  </w:style>
  <w:style w:type="paragraph" w:customStyle="1" w:styleId="RdaliaRetraitniveau1">
    <w:name w:val="Rédalia : Retrait niveau 1"/>
    <w:basedOn w:val="RedaliaNormal"/>
    <w:rsid w:val="00017DAC"/>
    <w:pPr>
      <w:numPr>
        <w:numId w:val="28"/>
      </w:numPr>
      <w:suppressAutoHyphens/>
      <w:autoSpaceDN w:val="0"/>
      <w:textAlignment w:val="baseline"/>
    </w:pPr>
  </w:style>
  <w:style w:type="numbering" w:customStyle="1" w:styleId="LFO4">
    <w:name w:val="LFO4"/>
    <w:basedOn w:val="Aucuneliste"/>
    <w:rsid w:val="00017DAC"/>
    <w:pPr>
      <w:numPr>
        <w:numId w:val="28"/>
      </w:numPr>
    </w:pPr>
  </w:style>
  <w:style w:type="character" w:customStyle="1" w:styleId="e24kjd">
    <w:name w:val="e24kjd"/>
    <w:rsid w:val="005E380A"/>
  </w:style>
  <w:style w:type="paragraph" w:customStyle="1" w:styleId="Default">
    <w:name w:val="Default"/>
    <w:rsid w:val="00F9745D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customStyle="1" w:styleId="RdaliaTitredossier">
    <w:name w:val="Rédalia : Titre dossier"/>
    <w:basedOn w:val="Normal"/>
    <w:rsid w:val="009F70B0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8"/>
      <w:szCs w:val="20"/>
      <w:lang w:eastAsia="fr-FR"/>
    </w:rPr>
  </w:style>
  <w:style w:type="table" w:styleId="TableauGrille4-Accentuation5">
    <w:name w:val="Grid Table 4 Accent 5"/>
    <w:basedOn w:val="TableauNormal"/>
    <w:uiPriority w:val="49"/>
    <w:rsid w:val="00BE26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1Clair-Accentuation5">
    <w:name w:val="Grid Table 1 Light Accent 5"/>
    <w:basedOn w:val="TableauNormal"/>
    <w:uiPriority w:val="46"/>
    <w:rsid w:val="008D3AF3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7Couleur-Accentuation5">
    <w:name w:val="Grid Table 7 Colorful Accent 5"/>
    <w:basedOn w:val="TableauNormal"/>
    <w:uiPriority w:val="52"/>
    <w:rsid w:val="008D3A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customStyle="1" w:styleId="Dossiertitre">
    <w:name w:val="Dossier titre"/>
    <w:basedOn w:val="Normal"/>
    <w:rsid w:val="00101DB3"/>
    <w:pPr>
      <w:widowControl w:val="0"/>
      <w:pBdr>
        <w:bottom w:val="single" w:sz="6" w:space="1" w:color="000000"/>
      </w:pBd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_ip_UnifiedCompliancePolicyProperties xmlns="http://schemas.microsoft.com/sharepoint/v3" xsi:nil="true"/>
    <TaxCatchAll xmlns="9f4ae00d-af2a-41ba-9165-5a31ee67bc6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6ECED9-BF48-4B3E-AAE2-23D8F094A61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customXml/itemProps2.xml><?xml version="1.0" encoding="utf-8"?>
<ds:datastoreItem xmlns:ds="http://schemas.openxmlformats.org/officeDocument/2006/customXml" ds:itemID="{A43ECF69-8901-C445-9C37-2F81A7124D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B7F1C3-D22D-45A1-A4C5-0E293F21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5A3A84-95BF-4972-A288-2B6EE91194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563</Words>
  <Characters>3100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3656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Ingrid</cp:lastModifiedBy>
  <cp:revision>2</cp:revision>
  <cp:lastPrinted>2026-03-26T10:07:00Z</cp:lastPrinted>
  <dcterms:created xsi:type="dcterms:W3CDTF">2026-09-17T12:05:00Z</dcterms:created>
  <dcterms:modified xsi:type="dcterms:W3CDTF">2026-09-17T12:05:00Z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2001c-58d3-400a-ba23-806de159e59f_Enabled">
    <vt:lpwstr>true</vt:lpwstr>
  </property>
  <property fmtid="{D5CDD505-2E9C-101B-9397-08002B2CF9AE}" pid="3" name="MSIP_Label_fc12001c-58d3-400a-ba23-806de159e59f_SetDate">
    <vt:lpwstr>2026-03-26T10:08:11Z</vt:lpwstr>
  </property>
  <property fmtid="{D5CDD505-2E9C-101B-9397-08002B2CF9AE}" pid="4" name="MSIP_Label_fc12001c-58d3-400a-ba23-806de159e59f_Method">
    <vt:lpwstr>Standard</vt:lpwstr>
  </property>
  <property fmtid="{D5CDD505-2E9C-101B-9397-08002B2CF9AE}" pid="5" name="MSIP_Label_fc12001c-58d3-400a-ba23-806de159e59f_Name">
    <vt:lpwstr>Interne ARRG</vt:lpwstr>
  </property>
  <property fmtid="{D5CDD505-2E9C-101B-9397-08002B2CF9AE}" pid="6" name="MSIP_Label_fc12001c-58d3-400a-ba23-806de159e59f_SiteId">
    <vt:lpwstr>0d7492b1-e30f-4db5-b43a-0e3df8b5a459</vt:lpwstr>
  </property>
  <property fmtid="{D5CDD505-2E9C-101B-9397-08002B2CF9AE}" pid="7" name="MSIP_Label_fc12001c-58d3-400a-ba23-806de159e59f_ActionId">
    <vt:lpwstr>0cc9c400-ca56-4977-8c02-40319b74fa94</vt:lpwstr>
  </property>
  <property fmtid="{D5CDD505-2E9C-101B-9397-08002B2CF9AE}" pid="8" name="MSIP_Label_fc12001c-58d3-400a-ba23-806de159e59f_ContentBits">
    <vt:lpwstr>0</vt:lpwstr>
  </property>
  <property fmtid="{D5CDD505-2E9C-101B-9397-08002B2CF9AE}" pid="9" name="MSIP_Label_fc12001c-58d3-400a-ba23-806de159e59f_Tag">
    <vt:lpwstr>10, 3, 0, 1</vt:lpwstr>
  </property>
  <property fmtid="{D5CDD505-2E9C-101B-9397-08002B2CF9AE}" pid="10" name="ContentTypeId">
    <vt:lpwstr>0x010100537EEBA0A139044591B3B925CAC1B187</vt:lpwstr>
  </property>
  <property fmtid="{D5CDD505-2E9C-101B-9397-08002B2CF9AE}" pid="11" name="MediaServiceImageTags">
    <vt:lpwstr/>
  </property>
</Properties>
</file>