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5BFCA" w14:textId="7C5A1BD4" w:rsidR="00EC46F9" w:rsidRPr="003543CF" w:rsidRDefault="00EC46F9" w:rsidP="003543CF">
      <w:pPr>
        <w:pStyle w:val="Paragraphedeliste"/>
        <w:jc w:val="center"/>
        <w:rPr>
          <w:b/>
          <w:bCs/>
        </w:rPr>
      </w:pPr>
    </w:p>
    <w:p w14:paraId="1EDB8B24" w14:textId="77777777" w:rsidR="00EC46F9" w:rsidRDefault="00EC46F9" w:rsidP="00EC46F9">
      <w:pPr>
        <w:pStyle w:val="Paragraphedeliste"/>
        <w:jc w:val="center"/>
        <w:rPr>
          <w:b/>
          <w:bCs/>
        </w:rPr>
      </w:pPr>
    </w:p>
    <w:p w14:paraId="4886F461" w14:textId="77777777" w:rsidR="00F76B43" w:rsidRDefault="00F76B43" w:rsidP="00176F19">
      <w:pPr>
        <w:pStyle w:val="OBJET"/>
      </w:pPr>
    </w:p>
    <w:p w14:paraId="52AB988F" w14:textId="77777777" w:rsidR="00F76B43" w:rsidRDefault="00F76B43" w:rsidP="00176F19">
      <w:pPr>
        <w:pStyle w:val="OBJET"/>
        <w:rPr>
          <w:sz w:val="40"/>
          <w:szCs w:val="40"/>
        </w:rPr>
      </w:pPr>
    </w:p>
    <w:p w14:paraId="7352AB24" w14:textId="4B002849" w:rsidR="00176F19" w:rsidRDefault="00D67211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CADRE DE REPONSE TECHNIQUE </w:t>
      </w:r>
    </w:p>
    <w:p w14:paraId="33BB6BA2" w14:textId="205538AA" w:rsidR="009A29F3" w:rsidRDefault="009A29F3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>L</w:t>
      </w:r>
      <w:r w:rsidR="00A47885">
        <w:rPr>
          <w:sz w:val="40"/>
          <w:szCs w:val="40"/>
        </w:rPr>
        <w:t>OT 1</w:t>
      </w:r>
      <w:r w:rsidR="00CE51C8">
        <w:rPr>
          <w:sz w:val="40"/>
          <w:szCs w:val="40"/>
        </w:rPr>
        <w:t xml:space="preserve"> – Micro-Ordinateur Portable</w:t>
      </w:r>
      <w:r w:rsidR="00286AA6">
        <w:rPr>
          <w:sz w:val="40"/>
          <w:szCs w:val="40"/>
        </w:rPr>
        <w:t>s</w:t>
      </w:r>
    </w:p>
    <w:p w14:paraId="0DD051E9" w14:textId="77777777" w:rsidR="00F76B43" w:rsidRPr="00F76B43" w:rsidRDefault="00F76B43" w:rsidP="00176F19">
      <w:pPr>
        <w:pStyle w:val="OBJET"/>
        <w:rPr>
          <w:sz w:val="40"/>
          <w:szCs w:val="40"/>
        </w:rPr>
      </w:pPr>
    </w:p>
    <w:p w14:paraId="457C79CA" w14:textId="77777777" w:rsidR="00EC46F9" w:rsidRPr="0040394F" w:rsidRDefault="00EC46F9" w:rsidP="00D536AE">
      <w:pPr>
        <w:pStyle w:val="OBJET"/>
      </w:pPr>
    </w:p>
    <w:p w14:paraId="1D7A8896" w14:textId="77777777" w:rsidR="00C0365E" w:rsidRPr="003543CF" w:rsidRDefault="00C0365E" w:rsidP="003543CF">
      <w:pPr>
        <w:rPr>
          <w:b/>
          <w:bCs/>
        </w:rPr>
      </w:pPr>
    </w:p>
    <w:p w14:paraId="00D69E84" w14:textId="22F5D11B" w:rsidR="00176F19" w:rsidRPr="00F76B43" w:rsidRDefault="00F76B43" w:rsidP="00176F19">
      <w:pPr>
        <w:spacing w:before="38"/>
        <w:ind w:left="112" w:right="112"/>
        <w:jc w:val="center"/>
        <w:rPr>
          <w:b/>
          <w:bCs/>
          <w:sz w:val="28"/>
        </w:rPr>
      </w:pPr>
      <w:r>
        <w:rPr>
          <w:b/>
          <w:bCs/>
        </w:rPr>
        <w:t xml:space="preserve">                   </w:t>
      </w:r>
      <w:r w:rsidRPr="00F76B43">
        <w:rPr>
          <w:b/>
          <w:bCs/>
        </w:rPr>
        <w:t>MARCHE DE TECHNIQUES DE L’INFORMATION ET DE LA COMMUNICATION (TIC)</w:t>
      </w:r>
    </w:p>
    <w:p w14:paraId="69FAC409" w14:textId="77777777" w:rsidR="00F76B43" w:rsidRDefault="00F76B43" w:rsidP="00F76B43">
      <w:pPr>
        <w:pStyle w:val="NOM"/>
        <w:pBdr>
          <w:bottom w:val="single" w:sz="4" w:space="31" w:color="31849B" w:themeColor="accent5" w:themeShade="BF"/>
        </w:pBdr>
      </w:pPr>
    </w:p>
    <w:p w14:paraId="426B8C21" w14:textId="2D30C554" w:rsidR="00176F19" w:rsidRDefault="006D71F5" w:rsidP="00F76B43">
      <w:pPr>
        <w:pStyle w:val="NOM"/>
        <w:pBdr>
          <w:bottom w:val="single" w:sz="4" w:space="31" w:color="31849B" w:themeColor="accent5" w:themeShade="BF"/>
        </w:pBdr>
      </w:pPr>
      <w:r>
        <w:t>Renouvellement des équipements informatiques</w:t>
      </w:r>
      <w:r w:rsidR="00427385">
        <w:t xml:space="preserve"> – </w:t>
      </w:r>
    </w:p>
    <w:p w14:paraId="1D06712C" w14:textId="3C985037" w:rsidR="00427385" w:rsidRDefault="00427385" w:rsidP="00F76B43">
      <w:pPr>
        <w:pStyle w:val="NOM"/>
        <w:pBdr>
          <w:bottom w:val="single" w:sz="4" w:space="31" w:color="31849B" w:themeColor="accent5" w:themeShade="BF"/>
        </w:pBdr>
      </w:pPr>
      <w:r>
        <w:t>Lot 1 : Fourniture micro-ordinateurs portables</w:t>
      </w:r>
    </w:p>
    <w:p w14:paraId="31C4BE46" w14:textId="4CBA40D0" w:rsidR="00347865" w:rsidRPr="00666709" w:rsidRDefault="00347865" w:rsidP="00F76B43">
      <w:pPr>
        <w:pStyle w:val="NOM"/>
        <w:pBdr>
          <w:bottom w:val="single" w:sz="4" w:space="31" w:color="31849B" w:themeColor="accent5" w:themeShade="BF"/>
        </w:pBdr>
      </w:pPr>
      <w:r>
        <w:t>Marché n°2026DSI</w:t>
      </w:r>
      <w:r w:rsidR="00286AA6">
        <w:t>052</w:t>
      </w:r>
    </w:p>
    <w:p w14:paraId="16333A73" w14:textId="77777777" w:rsidR="00EC46F9" w:rsidRPr="003D5C21" w:rsidRDefault="00EC46F9" w:rsidP="00BF6AC9">
      <w:pPr>
        <w:rPr>
          <w:b/>
          <w:bCs/>
          <w:sz w:val="20"/>
          <w:szCs w:val="20"/>
        </w:rPr>
      </w:pPr>
    </w:p>
    <w:p w14:paraId="2CAB57B4" w14:textId="0F6B9402" w:rsidR="003D5C21" w:rsidRPr="003D5C21" w:rsidRDefault="003D5C21" w:rsidP="003D5C21">
      <w:pPr>
        <w:pStyle w:val="Texte"/>
        <w:jc w:val="center"/>
      </w:pPr>
      <w:r w:rsidRPr="003D5C21">
        <w:t xml:space="preserve">Procédure </w:t>
      </w:r>
      <w:r w:rsidR="000824F9">
        <w:t>avec négociation</w:t>
      </w:r>
      <w:r w:rsidRPr="003D5C21">
        <w:t xml:space="preserve"> conformément </w:t>
      </w:r>
      <w:r w:rsidR="004E36E6">
        <w:t xml:space="preserve">aux articles L. 2124-1 et </w:t>
      </w:r>
      <w:r w:rsidRPr="003D5C21">
        <w:t>L. 212</w:t>
      </w:r>
      <w:r w:rsidR="00B7403A">
        <w:t>4</w:t>
      </w:r>
      <w:r w:rsidRPr="003D5C21">
        <w:t>-</w:t>
      </w:r>
      <w:r w:rsidR="00B7403A">
        <w:t>3</w:t>
      </w:r>
      <w:r w:rsidRPr="003D5C21">
        <w:t xml:space="preserve"> du </w:t>
      </w:r>
      <w:r w:rsidR="004E36E6">
        <w:t>C</w:t>
      </w:r>
      <w:r w:rsidRPr="003D5C21">
        <w:t>ode de la commande publique</w:t>
      </w:r>
    </w:p>
    <w:p w14:paraId="46560034" w14:textId="77777777" w:rsidR="00EC46F9" w:rsidRPr="00511407" w:rsidRDefault="00EC46F9" w:rsidP="00511407">
      <w:pPr>
        <w:rPr>
          <w:b/>
          <w:bCs/>
        </w:rPr>
      </w:pPr>
    </w:p>
    <w:p w14:paraId="6C52AE18" w14:textId="77777777" w:rsidR="003543CF" w:rsidRPr="003D5C21" w:rsidRDefault="003543CF" w:rsidP="003543CF">
      <w:pPr>
        <w:pStyle w:val="Texte"/>
        <w:jc w:val="left"/>
        <w:rPr>
          <w:i w:val="0"/>
          <w:iCs/>
          <w:u w:val="single"/>
        </w:rPr>
      </w:pPr>
      <w:r w:rsidRPr="003D5C21">
        <w:rPr>
          <w:i w:val="0"/>
          <w:iCs/>
          <w:u w:val="single"/>
        </w:rPr>
        <w:t>Acheteur</w:t>
      </w:r>
      <w:r w:rsidR="00D27345" w:rsidRPr="003D5C21">
        <w:rPr>
          <w:i w:val="0"/>
          <w:iCs/>
          <w:u w:val="single"/>
        </w:rPr>
        <w:t> :</w:t>
      </w:r>
    </w:p>
    <w:p w14:paraId="3AEDBB71" w14:textId="77777777" w:rsidR="00EC46F9" w:rsidRPr="003D5C21" w:rsidRDefault="003543CF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SOCIETE ANONYME AEROPORT DE LA REUNION ROLAND GARROS</w:t>
      </w:r>
    </w:p>
    <w:p w14:paraId="597423B4" w14:textId="0934B9A9" w:rsidR="003D5C21" w:rsidRDefault="003D5C21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74 A</w:t>
      </w:r>
      <w:r>
        <w:rPr>
          <w:i w:val="0"/>
          <w:iCs/>
        </w:rPr>
        <w:t xml:space="preserve">venue Roland Garros </w:t>
      </w:r>
    </w:p>
    <w:p w14:paraId="4AE82B2A" w14:textId="548B97D5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>97438 SAINTE-MARIE</w:t>
      </w:r>
    </w:p>
    <w:p w14:paraId="392F9011" w14:textId="01884EAD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 xml:space="preserve">Téléphone fixe : 0262 48 18 74 </w:t>
      </w:r>
    </w:p>
    <w:p w14:paraId="3885C1F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0646F9E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4D3CA71B" w14:textId="77777777" w:rsidR="003543CF" w:rsidRDefault="003543CF" w:rsidP="003543CF">
      <w:pPr>
        <w:pStyle w:val="Texte"/>
        <w:jc w:val="left"/>
      </w:pPr>
    </w:p>
    <w:p w14:paraId="77C39B61" w14:textId="77777777" w:rsidR="00176F19" w:rsidRDefault="00176F19" w:rsidP="00176F19">
      <w:pPr>
        <w:pStyle w:val="Texte"/>
        <w:jc w:val="both"/>
      </w:pPr>
    </w:p>
    <w:p w14:paraId="262CC5A3" w14:textId="77777777" w:rsidR="003543CF" w:rsidRPr="00666709" w:rsidRDefault="003543CF" w:rsidP="003543CF">
      <w:pPr>
        <w:pStyle w:val="Texte"/>
        <w:jc w:val="both"/>
      </w:pPr>
    </w:p>
    <w:p w14:paraId="1EA6B930" w14:textId="77777777" w:rsidR="003543CF" w:rsidRDefault="003543CF" w:rsidP="00511407">
      <w:pPr>
        <w:pStyle w:val="Texte"/>
      </w:pPr>
    </w:p>
    <w:p w14:paraId="32EF0198" w14:textId="77777777" w:rsidR="00B27D51" w:rsidRDefault="00B27D51" w:rsidP="00511407">
      <w:pPr>
        <w:pStyle w:val="Texte"/>
      </w:pPr>
    </w:p>
    <w:p w14:paraId="700685BB" w14:textId="77777777" w:rsidR="00B27D51" w:rsidRDefault="00B27D51" w:rsidP="00511407">
      <w:pPr>
        <w:pStyle w:val="Texte"/>
      </w:pPr>
    </w:p>
    <w:p w14:paraId="10E782FC" w14:textId="77777777" w:rsidR="00B27D51" w:rsidRDefault="00B27D51" w:rsidP="00511407">
      <w:pPr>
        <w:pStyle w:val="Texte"/>
      </w:pPr>
    </w:p>
    <w:p w14:paraId="28D4A477" w14:textId="77777777" w:rsidR="00B27D51" w:rsidRDefault="00B27D51" w:rsidP="00511407">
      <w:pPr>
        <w:pStyle w:val="Texte"/>
      </w:pPr>
    </w:p>
    <w:p w14:paraId="694C5153" w14:textId="77777777" w:rsidR="00B27D51" w:rsidRDefault="00B27D51" w:rsidP="00511407">
      <w:pPr>
        <w:pStyle w:val="Texte"/>
      </w:pPr>
    </w:p>
    <w:p w14:paraId="13761AEA" w14:textId="2FD8C4B5" w:rsidR="00666709" w:rsidRDefault="00666709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39A53E82" w14:textId="77777777" w:rsidR="00B27D51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5F1B47E0" w14:textId="77777777" w:rsidR="00B27D51" w:rsidRPr="00D27345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sdt>
      <w:sdtPr>
        <w:rPr>
          <w:rFonts w:eastAsiaTheme="minorEastAsia" w:cstheme="minorBidi"/>
          <w:b w:val="0"/>
          <w:bCs w:val="0"/>
          <w:caps w:val="0"/>
          <w:color w:val="auto"/>
          <w:sz w:val="22"/>
          <w:szCs w:val="22"/>
        </w:rPr>
        <w:id w:val="1469712243"/>
        <w:docPartObj>
          <w:docPartGallery w:val="Table of Contents"/>
          <w:docPartUnique/>
        </w:docPartObj>
      </w:sdtPr>
      <w:sdtContent>
        <w:p w14:paraId="5ECE565E" w14:textId="52D8D032" w:rsidR="00F76B43" w:rsidRDefault="00F76B43" w:rsidP="00F76B43">
          <w:pPr>
            <w:pStyle w:val="En-ttedetabledesmatires"/>
          </w:pPr>
          <w:r>
            <w:t>Table des matières</w:t>
          </w:r>
        </w:p>
        <w:p w14:paraId="18537BDE" w14:textId="51B4008F" w:rsidR="0036292C" w:rsidRDefault="00F76B43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0296662" w:history="1">
            <w:r w:rsidR="0036292C" w:rsidRPr="00A109B9">
              <w:rPr>
                <w:rStyle w:val="Lienhypertexte"/>
                <w:rFonts w:ascii="Calibri" w:hAnsi="Calibri"/>
                <w:noProof/>
              </w:rPr>
              <w:t>2</w:t>
            </w:r>
            <w:r w:rsidR="0036292C"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36292C" w:rsidRPr="00A109B9">
              <w:rPr>
                <w:rStyle w:val="Lienhypertexte"/>
                <w:noProof/>
              </w:rPr>
              <w:t>Objet de la consultation</w:t>
            </w:r>
            <w:r w:rsidR="0036292C">
              <w:rPr>
                <w:noProof/>
                <w:webHidden/>
              </w:rPr>
              <w:tab/>
            </w:r>
            <w:r w:rsidR="0036292C">
              <w:rPr>
                <w:noProof/>
                <w:webHidden/>
              </w:rPr>
              <w:fldChar w:fldCharType="begin"/>
            </w:r>
            <w:r w:rsidR="0036292C">
              <w:rPr>
                <w:noProof/>
                <w:webHidden/>
              </w:rPr>
              <w:instrText xml:space="preserve"> PAGEREF _Toc240296662 \h </w:instrText>
            </w:r>
            <w:r w:rsidR="0036292C">
              <w:rPr>
                <w:noProof/>
                <w:webHidden/>
              </w:rPr>
            </w:r>
            <w:r w:rsidR="0036292C">
              <w:rPr>
                <w:noProof/>
                <w:webHidden/>
              </w:rPr>
              <w:fldChar w:fldCharType="separate"/>
            </w:r>
            <w:r w:rsidR="0036292C">
              <w:rPr>
                <w:noProof/>
                <w:webHidden/>
              </w:rPr>
              <w:t>3</w:t>
            </w:r>
            <w:r w:rsidR="0036292C">
              <w:rPr>
                <w:noProof/>
                <w:webHidden/>
              </w:rPr>
              <w:fldChar w:fldCharType="end"/>
            </w:r>
          </w:hyperlink>
        </w:p>
        <w:p w14:paraId="55C3B92E" w14:textId="1B14B8AC" w:rsidR="0036292C" w:rsidRDefault="0036292C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63" w:history="1">
            <w:r w:rsidRPr="00A109B9">
              <w:rPr>
                <w:rStyle w:val="Lienhypertexte"/>
                <w:rFonts w:ascii="Calibri" w:hAnsi="Calibri"/>
                <w:noProof/>
              </w:rPr>
              <w:t>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A109B9">
              <w:rPr>
                <w:rStyle w:val="Lienhypertexte"/>
                <w:noProof/>
              </w:rPr>
              <w:t>Consignes de rédaction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40921" w14:textId="08C4BEF0" w:rsidR="0036292C" w:rsidRDefault="0036292C">
          <w:pPr>
            <w:pStyle w:val="TM1"/>
            <w:tabs>
              <w:tab w:val="left" w:pos="44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64" w:history="1">
            <w:r w:rsidRPr="00A109B9">
              <w:rPr>
                <w:rStyle w:val="Lienhypertexte"/>
                <w:rFonts w:ascii="Calibri" w:hAnsi="Calibri"/>
                <w:noProof/>
              </w:rPr>
              <w:t>4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A109B9">
              <w:rPr>
                <w:rStyle w:val="Lienhypertexte"/>
                <w:noProof/>
              </w:rPr>
              <w:t>Offre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F14A6" w14:textId="17BCE34B" w:rsidR="0036292C" w:rsidRDefault="0036292C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65" w:history="1">
            <w:r w:rsidRPr="00A109B9">
              <w:rPr>
                <w:rStyle w:val="Lienhypertexte"/>
                <w:rFonts w:ascii="Calibri" w:hAnsi="Calibri"/>
                <w:noProof/>
              </w:rPr>
              <w:t>4.1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A109B9">
              <w:rPr>
                <w:rStyle w:val="Lienhypertexte"/>
                <w:noProof/>
              </w:rPr>
              <w:t>Performances des micro-ordinateurs portables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C80018" w14:textId="76262171" w:rsidR="0036292C" w:rsidRDefault="0036292C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66" w:history="1">
            <w:r w:rsidRPr="00A109B9">
              <w:rPr>
                <w:rStyle w:val="Lienhypertexte"/>
                <w:rFonts w:ascii="Calibri" w:hAnsi="Calibri"/>
                <w:noProof/>
              </w:rPr>
              <w:t>4.2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A109B9">
              <w:rPr>
                <w:rStyle w:val="Lienhypertexte"/>
                <w:noProof/>
              </w:rPr>
              <w:t>Service après-vente et garantie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85FC1" w14:textId="6FD44A53" w:rsidR="0036292C" w:rsidRDefault="0036292C">
          <w:pPr>
            <w:pStyle w:val="TM2"/>
            <w:tabs>
              <w:tab w:val="left" w:pos="960"/>
              <w:tab w:val="right" w:leader="dot" w:pos="829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240296667" w:history="1">
            <w:r w:rsidRPr="00A109B9">
              <w:rPr>
                <w:rStyle w:val="Lienhypertexte"/>
                <w:rFonts w:ascii="Calibri" w:hAnsi="Calibri"/>
                <w:noProof/>
              </w:rPr>
              <w:t>4.3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A109B9">
              <w:rPr>
                <w:rStyle w:val="Lienhypertexte"/>
                <w:noProof/>
              </w:rPr>
              <w:t>Performance environnementale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_Toc240296667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D4442B" w14:textId="523E2A15" w:rsidR="00F76B43" w:rsidRDefault="00F76B43">
          <w:r>
            <w:rPr>
              <w:b/>
              <w:bCs/>
            </w:rPr>
            <w:fldChar w:fldCharType="end"/>
          </w:r>
        </w:p>
      </w:sdtContent>
    </w:sdt>
    <w:p w14:paraId="15B2FE68" w14:textId="63FE9BDA" w:rsidR="00176F19" w:rsidRDefault="00176F19">
      <w:pPr>
        <w:rPr>
          <w:rFonts w:cstheme="majorHAnsi"/>
          <w:i/>
        </w:rPr>
      </w:pPr>
    </w:p>
    <w:p w14:paraId="0ED69242" w14:textId="68FD44E9" w:rsidR="00541BC6" w:rsidRDefault="00541BC6">
      <w:pPr>
        <w:rPr>
          <w:rFonts w:cstheme="majorHAnsi"/>
          <w:i/>
        </w:rPr>
      </w:pPr>
      <w:r>
        <w:rPr>
          <w:rFonts w:cstheme="majorHAnsi"/>
          <w:i/>
        </w:rPr>
        <w:br w:type="page"/>
      </w:r>
    </w:p>
    <w:p w14:paraId="58B5A379" w14:textId="77777777" w:rsidR="0071186E" w:rsidRDefault="00120986">
      <w:pPr>
        <w:pStyle w:val="Titre1"/>
      </w:pPr>
      <w:bookmarkStart w:id="0" w:name="_Toc240296662"/>
      <w:r>
        <w:lastRenderedPageBreak/>
        <w:t>Objet de la consultation</w:t>
      </w:r>
      <w:bookmarkEnd w:id="0"/>
    </w:p>
    <w:p w14:paraId="4B4D4D52" w14:textId="0F31C5D6" w:rsidR="0071186E" w:rsidRDefault="00120986">
      <w:pPr>
        <w:jc w:val="both"/>
      </w:pPr>
      <w:r>
        <w:t xml:space="preserve">L'objet de la présente consultation est de conclure un accord-cadre mono-attributaire à bons de commande pour </w:t>
      </w:r>
      <w:r w:rsidR="00BD2D2F">
        <w:t>le renouvellement des équipements informatiques</w:t>
      </w:r>
      <w:r>
        <w:t xml:space="preserve"> de la Société Anonyme Aéroport de La Réunion Roland Garros (SA ARRG). Ce</w:t>
      </w:r>
      <w:r w:rsidR="00BD2D2F">
        <w:t>t accord-cadre</w:t>
      </w:r>
      <w:r>
        <w:t xml:space="preserve"> vise à garantir </w:t>
      </w:r>
      <w:r w:rsidR="00BD2D2F">
        <w:t xml:space="preserve">l’homogénéité, </w:t>
      </w:r>
      <w:r>
        <w:t xml:space="preserve">la continuité, la sécurité et l'optimisation des </w:t>
      </w:r>
      <w:r w:rsidR="00BD2D2F">
        <w:t>équipements informatiques</w:t>
      </w:r>
      <w:r>
        <w:t xml:space="preserve">, tout en répondant aux besoins évolutifs de l'aéroport. </w:t>
      </w:r>
    </w:p>
    <w:p w14:paraId="36733D73" w14:textId="7CB2DD6C" w:rsidR="0071186E" w:rsidRDefault="00D9128F">
      <w:pPr>
        <w:pStyle w:val="Titre1"/>
      </w:pPr>
      <w:bookmarkStart w:id="1" w:name="_Toc240296663"/>
      <w:r>
        <w:t>Consignes de rédaction</w:t>
      </w:r>
      <w:bookmarkEnd w:id="1"/>
    </w:p>
    <w:p w14:paraId="3C17ACD3" w14:textId="531B7CDC" w:rsidR="000655D6" w:rsidRDefault="00497AF1">
      <w:pPr>
        <w:jc w:val="both"/>
      </w:pPr>
      <w:r>
        <w:t>Les soumissionnaires</w:t>
      </w:r>
      <w:r w:rsidR="004A0560">
        <w:t xml:space="preserve"> devront compléter le présent cadre de réponse technique</w:t>
      </w:r>
      <w:r w:rsidR="005D1E42">
        <w:t xml:space="preserve">. Ce document complété constituera le mémoire technique </w:t>
      </w:r>
      <w:r>
        <w:t>du soumissionnaire</w:t>
      </w:r>
      <w:r w:rsidR="005D1E42">
        <w:t xml:space="preserve">. </w:t>
      </w:r>
    </w:p>
    <w:p w14:paraId="54340BCE" w14:textId="016D23DD" w:rsidR="005D1E42" w:rsidRPr="00497AF1" w:rsidRDefault="005D1E42">
      <w:pPr>
        <w:jc w:val="both"/>
        <w:rPr>
          <w:b/>
          <w:bCs/>
          <w:color w:val="EE0000"/>
          <w:u w:val="single"/>
        </w:rPr>
      </w:pPr>
      <w:r w:rsidRPr="00497AF1">
        <w:rPr>
          <w:b/>
          <w:bCs/>
          <w:color w:val="EE0000"/>
          <w:u w:val="single"/>
        </w:rPr>
        <w:t>LE SOMMAIRE CI</w:t>
      </w:r>
      <w:r w:rsidR="00497AF1" w:rsidRPr="00497AF1">
        <w:rPr>
          <w:b/>
          <w:bCs/>
          <w:color w:val="EE0000"/>
          <w:u w:val="single"/>
        </w:rPr>
        <w:t xml:space="preserve">-DESSOUS DEVRA IMPERATIVEMENT ETRE RESPECTE PAR LES SOUMISSIONNAIRES. </w:t>
      </w:r>
    </w:p>
    <w:p w14:paraId="0E9B0135" w14:textId="15BE5CB7" w:rsidR="006E48FA" w:rsidRDefault="00F95378" w:rsidP="006E48FA">
      <w:pPr>
        <w:pStyle w:val="Titre1"/>
      </w:pPr>
      <w:bookmarkStart w:id="2" w:name="_Toc240296664"/>
      <w:r>
        <w:t>O</w:t>
      </w:r>
      <w:r w:rsidR="00ED03C7">
        <w:t>ffre technique</w:t>
      </w:r>
      <w:bookmarkEnd w:id="2"/>
    </w:p>
    <w:p w14:paraId="58999437" w14:textId="7FFEE48F" w:rsidR="00F95378" w:rsidRDefault="00F95378" w:rsidP="00F95378">
      <w:pPr>
        <w:pStyle w:val="Titre2"/>
      </w:pPr>
      <w:bookmarkStart w:id="3" w:name="_Toc240296665"/>
      <w:r>
        <w:t>Performances des micro-ordinateurs portables</w:t>
      </w:r>
      <w:bookmarkEnd w:id="3"/>
    </w:p>
    <w:p w14:paraId="5C5AC41E" w14:textId="259FDB3A" w:rsidR="00F95378" w:rsidRDefault="002F42BE" w:rsidP="00F95378">
      <w:pPr>
        <w:rPr>
          <w:i/>
          <w:iCs/>
          <w:sz w:val="20"/>
          <w:szCs w:val="20"/>
        </w:rPr>
      </w:pPr>
      <w:r w:rsidRPr="007137EA">
        <w:rPr>
          <w:i/>
          <w:iCs/>
          <w:sz w:val="20"/>
          <w:szCs w:val="20"/>
        </w:rPr>
        <w:t xml:space="preserve">Conformément aux prescriptions du CCTP (vitesse de traitement, capacité de </w:t>
      </w:r>
      <w:r w:rsidRPr="007137EA">
        <w:rPr>
          <w:b/>
          <w:bCs/>
          <w:i/>
          <w:iCs/>
          <w:sz w:val="20"/>
          <w:szCs w:val="20"/>
        </w:rPr>
        <w:t>stockage</w:t>
      </w:r>
      <w:r w:rsidRPr="007137EA">
        <w:rPr>
          <w:i/>
          <w:iCs/>
          <w:sz w:val="20"/>
          <w:szCs w:val="20"/>
        </w:rPr>
        <w:t>, compatibilité avec les logiciels requis, etc.)</w:t>
      </w:r>
    </w:p>
    <w:p w14:paraId="66810E3D" w14:textId="384686FF" w:rsidR="002F42BE" w:rsidRPr="005421EB" w:rsidRDefault="005421EB" w:rsidP="005421EB">
      <w:pPr>
        <w:rPr>
          <w:i/>
          <w:iCs/>
          <w:color w:val="E36C0A" w:themeColor="accent6" w:themeShade="BF"/>
          <w:sz w:val="20"/>
          <w:szCs w:val="20"/>
        </w:rPr>
      </w:pPr>
      <w:r w:rsidRPr="005421EB">
        <w:rPr>
          <w:i/>
          <w:iCs/>
          <w:color w:val="E36C0A" w:themeColor="accent6" w:themeShade="BF"/>
          <w:sz w:val="20"/>
          <w:szCs w:val="20"/>
        </w:rPr>
        <w:t xml:space="preserve">Les </w:t>
      </w:r>
      <w:r w:rsidR="00E75528">
        <w:rPr>
          <w:i/>
          <w:iCs/>
          <w:color w:val="E36C0A" w:themeColor="accent6" w:themeShade="BF"/>
          <w:sz w:val="20"/>
          <w:szCs w:val="20"/>
        </w:rPr>
        <w:t>candidats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doivent fournir des fiches techniques détaillant les caractéristiques des processeurs, RAM, et stockage.</w:t>
      </w:r>
      <w:r w:rsidR="00C04C9E">
        <w:rPr>
          <w:i/>
          <w:iCs/>
          <w:color w:val="E36C0A" w:themeColor="accent6" w:themeShade="BF"/>
          <w:sz w:val="20"/>
          <w:szCs w:val="20"/>
        </w:rPr>
        <w:t xml:space="preserve"> </w:t>
      </w:r>
      <w:r>
        <w:rPr>
          <w:i/>
          <w:iCs/>
          <w:color w:val="E36C0A" w:themeColor="accent6" w:themeShade="BF"/>
          <w:sz w:val="20"/>
          <w:szCs w:val="20"/>
        </w:rPr>
        <w:t>Les soumissionnaires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doivent </w:t>
      </w:r>
      <w:r>
        <w:rPr>
          <w:i/>
          <w:iCs/>
          <w:color w:val="E36C0A" w:themeColor="accent6" w:themeShade="BF"/>
          <w:sz w:val="20"/>
          <w:szCs w:val="20"/>
        </w:rPr>
        <w:t>prouver</w:t>
      </w:r>
      <w:r w:rsidRPr="005421EB">
        <w:rPr>
          <w:i/>
          <w:iCs/>
          <w:color w:val="E36C0A" w:themeColor="accent6" w:themeShade="BF"/>
          <w:sz w:val="20"/>
          <w:szCs w:val="20"/>
        </w:rPr>
        <w:t xml:space="preserve"> la compatibilité de leurs matériels avec ces logiciels.</w:t>
      </w:r>
    </w:p>
    <w:p w14:paraId="63ECD47C" w14:textId="4AEED419" w:rsidR="00463E5F" w:rsidRPr="008A1BA6" w:rsidRDefault="008A1BA6" w:rsidP="00463E5F">
      <w:pPr>
        <w:rPr>
          <w:i/>
          <w:iCs/>
        </w:rPr>
      </w:pPr>
      <w:r>
        <w:rPr>
          <w:i/>
          <w:iCs/>
          <w:color w:val="E36C0A" w:themeColor="accent6" w:themeShade="BF"/>
          <w:sz w:val="20"/>
          <w:szCs w:val="20"/>
        </w:rPr>
        <w:t>En complément, le</w:t>
      </w:r>
      <w:r w:rsidR="00101947"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="00FB7D97" w:rsidRPr="008A1BA6">
        <w:rPr>
          <w:i/>
          <w:iCs/>
          <w:color w:val="E36C0A" w:themeColor="accent6" w:themeShade="BF"/>
          <w:sz w:val="20"/>
          <w:szCs w:val="20"/>
        </w:rPr>
        <w:t xml:space="preserve">candidat doit renseigner </w:t>
      </w:r>
      <w:r w:rsidR="00B52464" w:rsidRPr="008A1BA6">
        <w:rPr>
          <w:i/>
          <w:iCs/>
          <w:color w:val="E36C0A" w:themeColor="accent6" w:themeShade="BF"/>
          <w:sz w:val="20"/>
          <w:szCs w:val="20"/>
        </w:rPr>
        <w:t>le document Lot 1_Matrice de conformit</w:t>
      </w:r>
      <w:r w:rsidR="00101947">
        <w:rPr>
          <w:i/>
          <w:iCs/>
          <w:color w:val="E36C0A" w:themeColor="accent6" w:themeShade="BF"/>
          <w:sz w:val="20"/>
          <w:szCs w:val="20"/>
        </w:rPr>
        <w:t xml:space="preserve">é et le joindre à son offre. </w:t>
      </w:r>
    </w:p>
    <w:p w14:paraId="1DA88EFF" w14:textId="3FE2CCB8" w:rsidR="00463E5F" w:rsidRDefault="00FC175D" w:rsidP="00FC175D">
      <w:pPr>
        <w:pStyle w:val="Titre2"/>
      </w:pPr>
      <w:bookmarkStart w:id="4" w:name="_Toc240296666"/>
      <w:r>
        <w:t>Service après-vente et garantie</w:t>
      </w:r>
      <w:bookmarkEnd w:id="4"/>
    </w:p>
    <w:p w14:paraId="4FBDCBCC" w14:textId="5670FE79" w:rsidR="00463E5F" w:rsidRDefault="00C04C9E" w:rsidP="00463E5F">
      <w:pPr>
        <w:rPr>
          <w:i/>
          <w:iCs/>
          <w:sz w:val="20"/>
          <w:szCs w:val="20"/>
        </w:rPr>
      </w:pPr>
      <w:r w:rsidRPr="00410707">
        <w:rPr>
          <w:i/>
          <w:iCs/>
          <w:sz w:val="20"/>
          <w:szCs w:val="20"/>
        </w:rPr>
        <w:t>Certification "Réparateur officiel" de la marque proposée, délai de réponse et réparation, garantie des équipements proposés (articles 3.3 et 4.3 du CCTP)</w:t>
      </w:r>
    </w:p>
    <w:p w14:paraId="4BE16852" w14:textId="0044E285" w:rsidR="00555E40" w:rsidRPr="00D9018B" w:rsidRDefault="00C04C9E" w:rsidP="00555E40">
      <w:pPr>
        <w:rPr>
          <w:i/>
          <w:iCs/>
          <w:color w:val="E36C0A" w:themeColor="accent6" w:themeShade="BF"/>
          <w:sz w:val="20"/>
          <w:szCs w:val="20"/>
        </w:rPr>
      </w:pPr>
      <w:r w:rsidRPr="00C04C9E">
        <w:rPr>
          <w:i/>
          <w:iCs/>
          <w:color w:val="E36C0A" w:themeColor="accent6" w:themeShade="BF"/>
          <w:sz w:val="20"/>
          <w:szCs w:val="20"/>
        </w:rPr>
        <w:t>Les candidats doivent fournir un engagement écrit précisant les délais de réponse et de réparation.</w:t>
      </w:r>
      <w:r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Pr="00C04C9E">
        <w:rPr>
          <w:i/>
          <w:iCs/>
          <w:color w:val="E36C0A" w:themeColor="accent6" w:themeShade="BF"/>
          <w:sz w:val="20"/>
          <w:szCs w:val="20"/>
        </w:rPr>
        <w:t xml:space="preserve">Une liste des pièces détachées disponibles et leur durée de disponibilité doit être incluse dans </w:t>
      </w:r>
      <w:r w:rsidR="00B52600">
        <w:rPr>
          <w:i/>
          <w:iCs/>
          <w:color w:val="E36C0A" w:themeColor="accent6" w:themeShade="BF"/>
          <w:sz w:val="20"/>
          <w:szCs w:val="20"/>
        </w:rPr>
        <w:t>l’offre du soumissionnaire</w:t>
      </w:r>
      <w:r w:rsidR="00D96A10">
        <w:rPr>
          <w:i/>
          <w:iCs/>
          <w:color w:val="E36C0A" w:themeColor="accent6" w:themeShade="BF"/>
          <w:sz w:val="20"/>
          <w:szCs w:val="20"/>
        </w:rPr>
        <w:t xml:space="preserve">. </w:t>
      </w:r>
    </w:p>
    <w:p w14:paraId="6FC66961" w14:textId="29C0AEBA" w:rsidR="00806115" w:rsidRDefault="006A766B" w:rsidP="00806115">
      <w:pPr>
        <w:pStyle w:val="Titre2"/>
      </w:pPr>
      <w:bookmarkStart w:id="5" w:name="_Toc240296667"/>
      <w:r>
        <w:t>Per</w:t>
      </w:r>
      <w:r w:rsidR="000C223C">
        <w:t>formance environnementale</w:t>
      </w:r>
      <w:bookmarkEnd w:id="5"/>
    </w:p>
    <w:p w14:paraId="36879FD0" w14:textId="4E207DE2" w:rsidR="00806115" w:rsidRDefault="00D83041" w:rsidP="00D83041">
      <w:pPr>
        <w:rPr>
          <w:i/>
          <w:iCs/>
          <w:sz w:val="20"/>
          <w:szCs w:val="20"/>
        </w:rPr>
      </w:pPr>
      <w:r w:rsidRPr="008C6D36">
        <w:rPr>
          <w:i/>
          <w:iCs/>
          <w:sz w:val="20"/>
          <w:szCs w:val="20"/>
        </w:rPr>
        <w:t>Certification énergétique (Energy Star, etc.</w:t>
      </w:r>
      <w:r w:rsidR="001E2B11">
        <w:rPr>
          <w:i/>
          <w:iCs/>
          <w:sz w:val="20"/>
          <w:szCs w:val="20"/>
        </w:rPr>
        <w:t>), m</w:t>
      </w:r>
      <w:r w:rsidRPr="008C6D36">
        <w:rPr>
          <w:i/>
          <w:iCs/>
          <w:sz w:val="20"/>
          <w:szCs w:val="20"/>
        </w:rPr>
        <w:t>odes d'économie d'énergie</w:t>
      </w:r>
      <w:r w:rsidR="00CE38A8">
        <w:rPr>
          <w:i/>
          <w:iCs/>
          <w:sz w:val="20"/>
          <w:szCs w:val="20"/>
        </w:rPr>
        <w:t>,</w:t>
      </w:r>
      <w:r w:rsidR="001E2B11">
        <w:rPr>
          <w:i/>
          <w:iCs/>
          <w:sz w:val="20"/>
          <w:szCs w:val="20"/>
        </w:rPr>
        <w:t xml:space="preserve"> </w:t>
      </w:r>
      <w:r w:rsidR="00CE38A8" w:rsidRPr="00CE38A8">
        <w:rPr>
          <w:i/>
          <w:iCs/>
          <w:sz w:val="20"/>
          <w:szCs w:val="20"/>
        </w:rPr>
        <w:t>indice de réparabilité (note sur 10), consommation énergétique, taux de matériaux recyclés et recyclables, etc.</w:t>
      </w:r>
    </w:p>
    <w:p w14:paraId="44CC53D4" w14:textId="39A22F13" w:rsidR="00D83041" w:rsidRPr="00D83041" w:rsidRDefault="00D83041" w:rsidP="00353899">
      <w:pPr>
        <w:rPr>
          <w:i/>
          <w:iCs/>
          <w:color w:val="E36C0A" w:themeColor="accent6" w:themeShade="BF"/>
          <w:sz w:val="20"/>
          <w:szCs w:val="20"/>
        </w:rPr>
      </w:pPr>
      <w:r w:rsidRPr="00D83041">
        <w:rPr>
          <w:i/>
          <w:iCs/>
          <w:color w:val="E36C0A" w:themeColor="accent6" w:themeShade="BF"/>
          <w:sz w:val="20"/>
          <w:szCs w:val="20"/>
        </w:rPr>
        <w:t>Les candidats doivent fournir des fiches techniques détaillant les certifications énergétiques obtenues par les matériels proposés.</w:t>
      </w:r>
      <w:r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Pr="00D83041">
        <w:rPr>
          <w:i/>
          <w:iCs/>
          <w:color w:val="E36C0A" w:themeColor="accent6" w:themeShade="BF"/>
          <w:sz w:val="20"/>
          <w:szCs w:val="20"/>
        </w:rPr>
        <w:t>Les fonctionnalités d’économie d’énergie doivent être clairement décrites avec des exemples concrets de leur impact sur la consommation électrique.</w:t>
      </w:r>
      <w:r w:rsidR="0095633F">
        <w:rPr>
          <w:i/>
          <w:iCs/>
          <w:color w:val="E36C0A" w:themeColor="accent6" w:themeShade="BF"/>
          <w:sz w:val="20"/>
          <w:szCs w:val="20"/>
        </w:rPr>
        <w:t xml:space="preserve"> </w:t>
      </w:r>
      <w:r w:rsidR="00353899">
        <w:rPr>
          <w:i/>
          <w:iCs/>
          <w:color w:val="E36C0A" w:themeColor="accent6" w:themeShade="BF"/>
          <w:sz w:val="20"/>
          <w:szCs w:val="20"/>
        </w:rPr>
        <w:t>Il sera également apprécié r</w:t>
      </w:r>
      <w:r w:rsidR="00353899" w:rsidRPr="00353899">
        <w:rPr>
          <w:i/>
          <w:iCs/>
          <w:color w:val="E36C0A" w:themeColor="accent6" w:themeShade="BF"/>
          <w:sz w:val="20"/>
          <w:szCs w:val="20"/>
        </w:rPr>
        <w:t>ésultats de tests indépendant</w:t>
      </w:r>
      <w:r w:rsidR="00353899">
        <w:rPr>
          <w:i/>
          <w:iCs/>
          <w:color w:val="E36C0A" w:themeColor="accent6" w:themeShade="BF"/>
          <w:sz w:val="20"/>
          <w:szCs w:val="20"/>
        </w:rPr>
        <w:t>s, la d</w:t>
      </w:r>
      <w:r w:rsidR="00353899" w:rsidRPr="00353899">
        <w:rPr>
          <w:i/>
          <w:iCs/>
          <w:color w:val="E36C0A" w:themeColor="accent6" w:themeShade="BF"/>
          <w:sz w:val="20"/>
          <w:szCs w:val="20"/>
        </w:rPr>
        <w:t>ocumentation constructeur officielle</w:t>
      </w:r>
      <w:r w:rsidR="00353899">
        <w:rPr>
          <w:i/>
          <w:iCs/>
          <w:color w:val="E36C0A" w:themeColor="accent6" w:themeShade="BF"/>
          <w:sz w:val="20"/>
          <w:szCs w:val="20"/>
        </w:rPr>
        <w:t xml:space="preserve"> et les b</w:t>
      </w:r>
      <w:r w:rsidR="00353899" w:rsidRPr="00353899">
        <w:rPr>
          <w:i/>
          <w:iCs/>
          <w:color w:val="E36C0A" w:themeColor="accent6" w:themeShade="BF"/>
          <w:sz w:val="20"/>
          <w:szCs w:val="20"/>
        </w:rPr>
        <w:t>ordereaux de suivi des déchets pour la traçabilité</w:t>
      </w:r>
      <w:r w:rsidR="00353899">
        <w:rPr>
          <w:i/>
          <w:iCs/>
          <w:color w:val="E36C0A" w:themeColor="accent6" w:themeShade="BF"/>
          <w:sz w:val="20"/>
          <w:szCs w:val="20"/>
        </w:rPr>
        <w:t xml:space="preserve">. </w:t>
      </w:r>
    </w:p>
    <w:sectPr w:rsidR="00D83041" w:rsidRPr="00D83041" w:rsidSect="004122C7">
      <w:headerReference w:type="default" r:id="rId11"/>
      <w:footerReference w:type="even" r:id="rId12"/>
      <w:footerReference w:type="default" r:id="rId13"/>
      <w:type w:val="continuous"/>
      <w:pgSz w:w="11906" w:h="16838"/>
      <w:pgMar w:top="1440" w:right="1800" w:bottom="1440" w:left="1800" w:header="90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B8BCC" w14:textId="77777777" w:rsidR="005175F8" w:rsidRDefault="005175F8">
      <w:pPr>
        <w:spacing w:after="0" w:line="240" w:lineRule="auto"/>
      </w:pPr>
      <w:r>
        <w:separator/>
      </w:r>
    </w:p>
  </w:endnote>
  <w:endnote w:type="continuationSeparator" w:id="0">
    <w:p w14:paraId="7E76DDB0" w14:textId="77777777" w:rsidR="005175F8" w:rsidRDefault="0051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FDingbatsArrowsOne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Corps CS)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2040469165"/>
      <w:docPartObj>
        <w:docPartGallery w:val="Page Numbers (Bottom of Page)"/>
        <w:docPartUnique/>
      </w:docPartObj>
    </w:sdtPr>
    <w:sdtContent>
      <w:p w14:paraId="6A096285" w14:textId="77777777" w:rsidR="00F55348" w:rsidRDefault="00F55348" w:rsidP="00C57A8F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0515739E" w14:textId="77777777" w:rsidR="00F55348" w:rsidRDefault="00F55348" w:rsidP="00F5534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  <w:b/>
        <w:bCs/>
        <w:color w:val="4F81BD" w:themeColor="accent1"/>
      </w:rPr>
      <w:id w:val="2100597104"/>
      <w:docPartObj>
        <w:docPartGallery w:val="Page Numbers (Bottom of Page)"/>
        <w:docPartUnique/>
      </w:docPartObj>
    </w:sdtPr>
    <w:sdtContent>
      <w:p w14:paraId="7F0486CD" w14:textId="77777777" w:rsidR="00F55348" w:rsidRPr="00D27345" w:rsidRDefault="00D27345" w:rsidP="00C57A8F">
        <w:pPr>
          <w:pStyle w:val="Pieddepage"/>
          <w:framePr w:wrap="none" w:vAnchor="text" w:hAnchor="margin" w:xAlign="right" w:y="1"/>
          <w:rPr>
            <w:rStyle w:val="Numrodepage"/>
            <w:b/>
            <w:bCs/>
            <w:color w:val="4F81BD" w:themeColor="accent1"/>
          </w:rPr>
        </w:pPr>
        <w:r w:rsidRPr="003D5C21">
          <w:rPr>
            <w:rStyle w:val="Numrodepage"/>
            <w:b/>
            <w:bCs/>
            <w:color w:val="E36C0A" w:themeColor="accent6" w:themeShade="BF"/>
          </w:rPr>
          <w:t>Page</w:t>
        </w:r>
        <w:r w:rsidRPr="00D27345">
          <w:rPr>
            <w:rStyle w:val="Numrodepage"/>
            <w:b/>
            <w:bCs/>
            <w:color w:val="4F81BD" w:themeColor="accent1"/>
          </w:rPr>
          <w:t xml:space="preserve"> 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begin"/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instrText xml:space="preserve"> PAGE </w:instrTex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separate"/>
        </w:r>
        <w:r w:rsidR="00F55348" w:rsidRPr="003D5C21">
          <w:rPr>
            <w:rStyle w:val="Numrodepage"/>
            <w:b/>
            <w:bCs/>
            <w:noProof/>
            <w:color w:val="E36C0A" w:themeColor="accent6" w:themeShade="BF"/>
          </w:rPr>
          <w:t>3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end"/>
        </w:r>
      </w:p>
    </w:sdtContent>
  </w:sdt>
  <w:p w14:paraId="6BB465A0" w14:textId="2694DF9C" w:rsidR="00494DC2" w:rsidRPr="003D5C21" w:rsidRDefault="003D5C21" w:rsidP="003D5C21">
    <w:pPr>
      <w:rPr>
        <w:i/>
        <w:iCs/>
        <w:color w:val="A6A6A6" w:themeColor="background1" w:themeShade="A6"/>
      </w:rPr>
    </w:pPr>
    <w:r w:rsidRPr="003D5C21">
      <w:rPr>
        <w:i/>
        <w:iCs/>
        <w:noProof/>
        <w:color w:val="A6A6A6" w:themeColor="background1" w:themeShade="A6"/>
      </w:rPr>
      <w:drawing>
        <wp:anchor distT="0" distB="0" distL="114300" distR="114300" simplePos="0" relativeHeight="251659264" behindDoc="0" locked="0" layoutInCell="1" allowOverlap="1" wp14:anchorId="44680C7F" wp14:editId="04643B7F">
          <wp:simplePos x="0" y="0"/>
          <wp:positionH relativeFrom="page">
            <wp:posOffset>4900773</wp:posOffset>
          </wp:positionH>
          <wp:positionV relativeFrom="paragraph">
            <wp:posOffset>-10064115</wp:posOffset>
          </wp:positionV>
          <wp:extent cx="2764545" cy="1047750"/>
          <wp:effectExtent l="0" t="0" r="0" b="0"/>
          <wp:wrapNone/>
          <wp:docPr id="1989480600" name="Image 1989480600" descr="Une image contenant Graphique, graphisme, silhouet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480600" name="Image 1989480600" descr="Une image contenant Graphique, graphisme, silhouet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7532" cy="10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7D51">
      <w:rPr>
        <w:i/>
        <w:iCs/>
        <w:color w:val="A6A6A6" w:themeColor="background1" w:themeShade="A6"/>
      </w:rPr>
      <w:t>CRT – LOT 1 : Fourniture micro-ordinateurs portables</w:t>
    </w:r>
    <w:r w:rsidRPr="003D5C21">
      <w:rPr>
        <w:i/>
        <w:iCs/>
        <w:color w:val="A6A6A6" w:themeColor="background1" w:themeShade="A6"/>
      </w:rPr>
      <w:t xml:space="preserve"> - Marché n°2026DSI0</w:t>
    </w:r>
    <w:r w:rsidR="003B3A4E">
      <w:rPr>
        <w:i/>
        <w:iCs/>
        <w:color w:val="A6A6A6" w:themeColor="background1" w:themeShade="A6"/>
      </w:rPr>
      <w:t>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16DDE" w14:textId="77777777" w:rsidR="005175F8" w:rsidRDefault="005175F8">
      <w:pPr>
        <w:spacing w:after="0" w:line="240" w:lineRule="auto"/>
      </w:pPr>
      <w:r>
        <w:separator/>
      </w:r>
    </w:p>
  </w:footnote>
  <w:footnote w:type="continuationSeparator" w:id="0">
    <w:p w14:paraId="4696D999" w14:textId="77777777" w:rsidR="005175F8" w:rsidRDefault="00517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842"/>
      <w:gridCol w:w="2686"/>
    </w:tblGrid>
    <w:tr w:rsidR="003D5C21" w14:paraId="2E917E31" w14:textId="77777777" w:rsidTr="00FA25E5">
      <w:tc>
        <w:tcPr>
          <w:tcW w:w="2842" w:type="dxa"/>
        </w:tcPr>
        <w:p w14:paraId="78449B7D" w14:textId="77777777" w:rsidR="003D5C21" w:rsidRDefault="003D5C21" w:rsidP="003D5C21">
          <w:r>
            <w:rPr>
              <w:noProof/>
            </w:rPr>
            <w:drawing>
              <wp:inline distT="0" distB="0" distL="0" distR="0" wp14:anchorId="5D9E4BE7" wp14:editId="1CD2C6DC">
                <wp:extent cx="1365069" cy="457200"/>
                <wp:effectExtent l="0" t="0" r="0" b="0"/>
                <wp:docPr id="77708726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HeaderFoote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5069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6" w:type="dxa"/>
        </w:tcPr>
        <w:p w14:paraId="7B0E018B" w14:textId="106DFF45" w:rsidR="003D5C21" w:rsidRDefault="003D5C21" w:rsidP="003D5C21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pStyle w:val="ListBullet9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pStyle w:val="ListBullet8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Listepuces41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720CA2"/>
    <w:multiLevelType w:val="hybridMultilevel"/>
    <w:tmpl w:val="9DB22A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D8262B"/>
    <w:multiLevelType w:val="hybridMultilevel"/>
    <w:tmpl w:val="03BA53AE"/>
    <w:lvl w:ilvl="0" w:tplc="7FA418A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2C1FD4"/>
    <w:multiLevelType w:val="multilevel"/>
    <w:tmpl w:val="08587FA4"/>
    <w:lvl w:ilvl="0">
      <w:numFmt w:val="bullet"/>
      <w:lvlText w:val=""/>
      <w:lvlJc w:val="left"/>
      <w:pPr>
        <w:ind w:left="397" w:hanging="397"/>
      </w:pPr>
      <w:rPr>
        <w:rFonts w:ascii="Wingdings" w:hAnsi="Wingdings"/>
        <w:sz w:val="24"/>
      </w:rPr>
    </w:lvl>
    <w:lvl w:ilvl="1">
      <w:numFmt w:val="bullet"/>
      <w:pStyle w:val="Style5"/>
      <w:lvlText w:val=""/>
      <w:lvlJc w:val="left"/>
      <w:pPr>
        <w:ind w:left="814" w:hanging="360"/>
      </w:pPr>
      <w:rPr>
        <w:rFonts w:hAnsi="Symbol" w:hint="default"/>
        <w:sz w:val="23"/>
      </w:rPr>
    </w:lvl>
    <w:lvl w:ilvl="2">
      <w:start w:val="1"/>
      <w:numFmt w:val="bullet"/>
      <w:lvlText w:val=""/>
      <w:lvlJc w:val="left"/>
      <w:pPr>
        <w:ind w:left="1196" w:hanging="360"/>
      </w:pPr>
      <w:rPr>
        <w:rFonts w:ascii="Wingdings" w:hAnsi="Wingdings" w:hint="default"/>
        <w:b w:val="0"/>
        <w:i w:val="0"/>
        <w:sz w:val="24"/>
      </w:rPr>
    </w:lvl>
    <w:lvl w:ilvl="3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  <w:sz w:val="31"/>
      </w:rPr>
    </w:lvl>
    <w:lvl w:ilvl="4">
      <w:numFmt w:val="bullet"/>
      <w:lvlText w:val=""/>
      <w:lvlJc w:val="left"/>
      <w:pPr>
        <w:ind w:left="1951" w:hanging="360"/>
      </w:pPr>
      <w:rPr>
        <w:rFonts w:ascii="Wingdings" w:hAnsi="Wingdings"/>
        <w:b w:val="0"/>
        <w:i w:val="0"/>
        <w:sz w:val="24"/>
      </w:rPr>
    </w:lvl>
    <w:lvl w:ilvl="5">
      <w:numFmt w:val="bullet"/>
      <w:lvlText w:val="k"/>
      <w:lvlJc w:val="left"/>
      <w:pPr>
        <w:ind w:left="2335" w:hanging="360"/>
      </w:pPr>
      <w:rPr>
        <w:rFonts w:ascii="FFDingbatsArrowsOne" w:hAnsi="FFDingbatsArrowsOne"/>
      </w:rPr>
    </w:lvl>
    <w:lvl w:ilvl="6">
      <w:numFmt w:val="bullet"/>
      <w:lvlText w:val="●"/>
      <w:lvlJc w:val="left"/>
      <w:pPr>
        <w:ind w:left="2575" w:hanging="360"/>
      </w:pPr>
      <w:rPr>
        <w:rFonts w:ascii="FFDingbatsArrowsOne" w:hAnsi="FFDingbatsArrowsOne"/>
      </w:rPr>
    </w:lvl>
    <w:lvl w:ilvl="7">
      <w:numFmt w:val="bullet"/>
      <w:lvlText w:val="○"/>
      <w:lvlJc w:val="left"/>
      <w:pPr>
        <w:ind w:left="2959" w:hanging="360"/>
      </w:pPr>
      <w:rPr>
        <w:rFonts w:ascii="FFDingbatsArrowsOne" w:hAnsi="FFDingbatsArrowsOne"/>
      </w:rPr>
    </w:lvl>
    <w:lvl w:ilvl="8">
      <w:numFmt w:val="bullet"/>
      <w:lvlText w:val="■"/>
      <w:lvlJc w:val="left"/>
      <w:pPr>
        <w:ind w:left="3331" w:hanging="360"/>
      </w:pPr>
      <w:rPr>
        <w:rFonts w:ascii="FFDingbatsArrowsOne" w:hAnsi="FFDingbatsArrowsOne"/>
      </w:rPr>
    </w:lvl>
  </w:abstractNum>
  <w:abstractNum w:abstractNumId="12" w15:restartNumberingAfterBreak="0">
    <w:nsid w:val="08F001C4"/>
    <w:multiLevelType w:val="multilevel"/>
    <w:tmpl w:val="CFD8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10055221"/>
    <w:multiLevelType w:val="multilevel"/>
    <w:tmpl w:val="E9F897D6"/>
    <w:styleLink w:val="LFO20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14" w15:restartNumberingAfterBreak="0">
    <w:nsid w:val="14262263"/>
    <w:multiLevelType w:val="hybridMultilevel"/>
    <w:tmpl w:val="6958D410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20B21"/>
    <w:multiLevelType w:val="hybridMultilevel"/>
    <w:tmpl w:val="5D4CA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0B5600"/>
    <w:multiLevelType w:val="hybridMultilevel"/>
    <w:tmpl w:val="17F46D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5AC4"/>
    <w:multiLevelType w:val="hybridMultilevel"/>
    <w:tmpl w:val="82D6E90A"/>
    <w:lvl w:ilvl="0" w:tplc="8EC4A2C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515A7"/>
    <w:multiLevelType w:val="multilevel"/>
    <w:tmpl w:val="B952FE4E"/>
    <w:styleLink w:val="LFO4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7C7303D"/>
    <w:multiLevelType w:val="multilevel"/>
    <w:tmpl w:val="96B2CEBC"/>
    <w:lvl w:ilvl="0">
      <w:numFmt w:val="bullet"/>
      <w:lvlText w:val="-"/>
      <w:lvlJc w:val="left"/>
      <w:pPr>
        <w:ind w:left="720" w:hanging="360"/>
      </w:pPr>
      <w:rPr>
        <w:rFonts w:ascii="Calibri" w:eastAsia="Arial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C51ADF"/>
    <w:multiLevelType w:val="hybridMultilevel"/>
    <w:tmpl w:val="06D8C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2A663C"/>
    <w:multiLevelType w:val="multilevel"/>
    <w:tmpl w:val="D68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2E3625"/>
    <w:multiLevelType w:val="multilevel"/>
    <w:tmpl w:val="FECED8F6"/>
    <w:lvl w:ilvl="0">
      <w:start w:val="1"/>
      <w:numFmt w:val="decimal"/>
      <w:pStyle w:val="Titre1"/>
      <w:lvlText w:val="%1"/>
      <w:lvlJc w:val="left"/>
      <w:pPr>
        <w:tabs>
          <w:tab w:val="num" w:pos="794"/>
        </w:tabs>
        <w:ind w:left="284" w:hanging="284"/>
      </w:pPr>
      <w:rPr>
        <w:rFonts w:ascii="Calibri" w:hAnsi="Calibri" w:hint="default"/>
        <w:b/>
        <w:i w:val="0"/>
        <w:sz w:val="32"/>
      </w:rPr>
    </w:lvl>
    <w:lvl w:ilvl="1">
      <w:start w:val="1"/>
      <w:numFmt w:val="decimal"/>
      <w:pStyle w:val="Titre2"/>
      <w:lvlText w:val="%1.%2  "/>
      <w:lvlJc w:val="left"/>
      <w:pPr>
        <w:ind w:left="607" w:hanging="607"/>
      </w:pPr>
      <w:rPr>
        <w:rFonts w:ascii="Calibri" w:hAnsi="Calibri" w:hint="default"/>
        <w:sz w:val="32"/>
      </w:rPr>
    </w:lvl>
    <w:lvl w:ilvl="2">
      <w:start w:val="1"/>
      <w:numFmt w:val="decimal"/>
      <w:pStyle w:val="Titre3"/>
      <w:lvlText w:val="%1.%2.%3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pStyle w:val="Titre4"/>
      <w:lvlText w:val="%1.%2.%3.%4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pStyle w:val="Titre5"/>
      <w:lvlText w:val="%1.%2.%3.%4.%5"/>
      <w:lvlJc w:val="left"/>
      <w:pPr>
        <w:ind w:left="1588" w:hanging="1304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pStyle w:val="Titre6"/>
      <w:lvlText w:val="%1.%2.%3.%4.%5.%6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43166908"/>
    <w:multiLevelType w:val="hybridMultilevel"/>
    <w:tmpl w:val="44583FF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4460B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47035E6"/>
    <w:multiLevelType w:val="multilevel"/>
    <w:tmpl w:val="4422615C"/>
    <w:styleLink w:val="CurrentList2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461B4EC9"/>
    <w:multiLevelType w:val="hybridMultilevel"/>
    <w:tmpl w:val="60A2A044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A215C"/>
    <w:multiLevelType w:val="multilevel"/>
    <w:tmpl w:val="11487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C56769"/>
    <w:multiLevelType w:val="multilevel"/>
    <w:tmpl w:val="37FC46F2"/>
    <w:styleLink w:val="CurrentList3"/>
    <w:lvl w:ilvl="0">
      <w:start w:val="1"/>
      <w:numFmt w:val="decimal"/>
      <w:lvlText w:val="%1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66FD4198"/>
    <w:multiLevelType w:val="hybridMultilevel"/>
    <w:tmpl w:val="5BE622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11847"/>
    <w:multiLevelType w:val="hybridMultilevel"/>
    <w:tmpl w:val="454E2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FB3996"/>
    <w:multiLevelType w:val="multilevel"/>
    <w:tmpl w:val="CE762522"/>
    <w:lvl w:ilvl="0">
      <w:numFmt w:val="bullet"/>
      <w:lvlText w:val="o"/>
      <w:lvlJc w:val="left"/>
      <w:pPr>
        <w:ind w:left="1146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2" w15:restartNumberingAfterBreak="0">
    <w:nsid w:val="6AA32EDD"/>
    <w:multiLevelType w:val="multilevel"/>
    <w:tmpl w:val="4102407A"/>
    <w:styleLink w:val="LFO21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33" w15:restartNumberingAfterBreak="0">
    <w:nsid w:val="6C2F1CCA"/>
    <w:multiLevelType w:val="multilevel"/>
    <w:tmpl w:val="C75822E8"/>
    <w:styleLink w:val="ListeSimpleRiskpart"/>
    <w:lvl w:ilvl="0">
      <w:start w:val="1"/>
      <w:numFmt w:val="decimal"/>
      <w:lvlText w:val="%1"/>
      <w:lvlJc w:val="left"/>
      <w:pPr>
        <w:ind w:left="568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32"/>
        <w:szCs w:val="3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71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fr-FR" w:eastAsia="en-US" w:bidi="ar-SA"/>
      </w:rPr>
    </w:lvl>
    <w:lvl w:ilvl="3">
      <w:numFmt w:val="bullet"/>
      <w:lvlText w:val="·"/>
      <w:lvlJc w:val="left"/>
      <w:pPr>
        <w:ind w:left="136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4">
      <w:numFmt w:val="bullet"/>
      <w:lvlText w:val="•"/>
      <w:lvlJc w:val="left"/>
      <w:pPr>
        <w:ind w:left="2072" w:hanging="146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3284" w:hanging="146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4497" w:hanging="146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5709" w:hanging="146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6921" w:hanging="146"/>
      </w:pPr>
      <w:rPr>
        <w:rFonts w:hint="default"/>
        <w:lang w:val="fr-FR" w:eastAsia="en-US" w:bidi="ar-SA"/>
      </w:rPr>
    </w:lvl>
  </w:abstractNum>
  <w:num w:numId="1" w16cid:durableId="1238831126">
    <w:abstractNumId w:val="8"/>
  </w:num>
  <w:num w:numId="2" w16cid:durableId="156114793">
    <w:abstractNumId w:val="6"/>
  </w:num>
  <w:num w:numId="3" w16cid:durableId="342442234">
    <w:abstractNumId w:val="5"/>
  </w:num>
  <w:num w:numId="4" w16cid:durableId="1642953196">
    <w:abstractNumId w:val="4"/>
  </w:num>
  <w:num w:numId="5" w16cid:durableId="77530729">
    <w:abstractNumId w:val="7"/>
  </w:num>
  <w:num w:numId="6" w16cid:durableId="1921871130">
    <w:abstractNumId w:val="3"/>
  </w:num>
  <w:num w:numId="7" w16cid:durableId="1831673803">
    <w:abstractNumId w:val="2"/>
  </w:num>
  <w:num w:numId="8" w16cid:durableId="1169636171">
    <w:abstractNumId w:val="1"/>
  </w:num>
  <w:num w:numId="9" w16cid:durableId="1481268638">
    <w:abstractNumId w:val="0"/>
  </w:num>
  <w:num w:numId="10" w16cid:durableId="1937858714">
    <w:abstractNumId w:val="22"/>
  </w:num>
  <w:num w:numId="11" w16cid:durableId="1230917234">
    <w:abstractNumId w:val="11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pStyle w:val="Style5"/>
        <w:lvlText w:val=""/>
        <w:lvlJc w:val="left"/>
        <w:rPr>
          <w:rFonts w:cs="Times New Roman"/>
        </w:rPr>
      </w:lvl>
    </w:lvlOverride>
    <w:lvlOverride w:ilvl="2">
      <w:lvl w:ilvl="2">
        <w:numFmt w:val="decimal"/>
        <w:lvlText w:val=""/>
        <w:lvlJc w:val="left"/>
        <w:rPr>
          <w:rFonts w:cs="Times New Roman"/>
        </w:rPr>
      </w:lvl>
    </w:lvlOverride>
    <w:lvlOverride w:ilvl="3">
      <w:lvl w:ilvl="3">
        <w:start w:val="1"/>
        <w:numFmt w:val="bullet"/>
        <w:lvlText w:val=""/>
        <w:lvlJc w:val="left"/>
        <w:pPr>
          <w:ind w:left="1436" w:hanging="360"/>
        </w:pPr>
        <w:rPr>
          <w:rFonts w:ascii="Wingdings" w:hAnsi="Wingdings" w:hint="default"/>
          <w:sz w:val="31"/>
        </w:rPr>
      </w:lvl>
    </w:lvlOverride>
  </w:num>
  <w:num w:numId="12" w16cid:durableId="612632008">
    <w:abstractNumId w:val="33"/>
  </w:num>
  <w:num w:numId="13" w16cid:durableId="336856816">
    <w:abstractNumId w:val="24"/>
  </w:num>
  <w:num w:numId="14" w16cid:durableId="2105416397">
    <w:abstractNumId w:val="25"/>
  </w:num>
  <w:num w:numId="15" w16cid:durableId="2066683062">
    <w:abstractNumId w:val="28"/>
  </w:num>
  <w:num w:numId="16" w16cid:durableId="1554149488">
    <w:abstractNumId w:val="12"/>
    <w:lvlOverride w:ilvl="0">
      <w:startOverride w:val="1"/>
    </w:lvlOverride>
  </w:num>
  <w:num w:numId="17" w16cid:durableId="1763066575">
    <w:abstractNumId w:val="12"/>
    <w:lvlOverride w:ilvl="0">
      <w:startOverride w:val="1"/>
    </w:lvlOverride>
  </w:num>
  <w:num w:numId="18" w16cid:durableId="35543463">
    <w:abstractNumId w:val="12"/>
    <w:lvlOverride w:ilvl="0">
      <w:startOverride w:val="1"/>
    </w:lvlOverride>
  </w:num>
  <w:num w:numId="19" w16cid:durableId="1758863697">
    <w:abstractNumId w:val="17"/>
  </w:num>
  <w:num w:numId="20" w16cid:durableId="404763954">
    <w:abstractNumId w:val="14"/>
  </w:num>
  <w:num w:numId="21" w16cid:durableId="13967631">
    <w:abstractNumId w:val="22"/>
  </w:num>
  <w:num w:numId="22" w16cid:durableId="1386754271">
    <w:abstractNumId w:val="19"/>
  </w:num>
  <w:num w:numId="23" w16cid:durableId="1201363915">
    <w:abstractNumId w:val="22"/>
  </w:num>
  <w:num w:numId="24" w16cid:durableId="1370763892">
    <w:abstractNumId w:val="22"/>
  </w:num>
  <w:num w:numId="25" w16cid:durableId="2096248412">
    <w:abstractNumId w:val="32"/>
  </w:num>
  <w:num w:numId="26" w16cid:durableId="519203144">
    <w:abstractNumId w:val="22"/>
  </w:num>
  <w:num w:numId="27" w16cid:durableId="1311597086">
    <w:abstractNumId w:val="13"/>
  </w:num>
  <w:num w:numId="28" w16cid:durableId="1580286453">
    <w:abstractNumId w:val="18"/>
  </w:num>
  <w:num w:numId="29" w16cid:durableId="806170112">
    <w:abstractNumId w:val="10"/>
  </w:num>
  <w:num w:numId="30" w16cid:durableId="1434671477">
    <w:abstractNumId w:val="23"/>
  </w:num>
  <w:num w:numId="31" w16cid:durableId="531504618">
    <w:abstractNumId w:val="22"/>
  </w:num>
  <w:num w:numId="32" w16cid:durableId="932779870">
    <w:abstractNumId w:val="20"/>
  </w:num>
  <w:num w:numId="33" w16cid:durableId="2098286148">
    <w:abstractNumId w:val="31"/>
  </w:num>
  <w:num w:numId="34" w16cid:durableId="1155415035">
    <w:abstractNumId w:val="26"/>
  </w:num>
  <w:num w:numId="35" w16cid:durableId="313530964">
    <w:abstractNumId w:val="21"/>
  </w:num>
  <w:num w:numId="36" w16cid:durableId="1091703817">
    <w:abstractNumId w:val="27"/>
  </w:num>
  <w:num w:numId="37" w16cid:durableId="1264260674">
    <w:abstractNumId w:val="15"/>
  </w:num>
  <w:num w:numId="38" w16cid:durableId="1377317443">
    <w:abstractNumId w:val="9"/>
  </w:num>
  <w:num w:numId="39" w16cid:durableId="1338731673">
    <w:abstractNumId w:val="30"/>
  </w:num>
  <w:num w:numId="40" w16cid:durableId="226763259">
    <w:abstractNumId w:val="22"/>
  </w:num>
  <w:num w:numId="41" w16cid:durableId="1717699612">
    <w:abstractNumId w:val="29"/>
  </w:num>
  <w:num w:numId="42" w16cid:durableId="378819419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69C"/>
    <w:rsid w:val="00012FAF"/>
    <w:rsid w:val="00017DAC"/>
    <w:rsid w:val="00020CBD"/>
    <w:rsid w:val="000267E4"/>
    <w:rsid w:val="00030631"/>
    <w:rsid w:val="00034616"/>
    <w:rsid w:val="00041BFD"/>
    <w:rsid w:val="000426AD"/>
    <w:rsid w:val="00054C39"/>
    <w:rsid w:val="00057574"/>
    <w:rsid w:val="00057BA3"/>
    <w:rsid w:val="0006063C"/>
    <w:rsid w:val="00063AC7"/>
    <w:rsid w:val="000655D6"/>
    <w:rsid w:val="00067A06"/>
    <w:rsid w:val="00076406"/>
    <w:rsid w:val="0007683E"/>
    <w:rsid w:val="000824F9"/>
    <w:rsid w:val="0009619C"/>
    <w:rsid w:val="000A1CBD"/>
    <w:rsid w:val="000A1EAF"/>
    <w:rsid w:val="000C223C"/>
    <w:rsid w:val="000D1B07"/>
    <w:rsid w:val="000D2BA2"/>
    <w:rsid w:val="000E72DB"/>
    <w:rsid w:val="000F7091"/>
    <w:rsid w:val="00101947"/>
    <w:rsid w:val="00101A4E"/>
    <w:rsid w:val="00101DB3"/>
    <w:rsid w:val="00104EA6"/>
    <w:rsid w:val="00107EBD"/>
    <w:rsid w:val="00120986"/>
    <w:rsid w:val="00122EC2"/>
    <w:rsid w:val="0015074B"/>
    <w:rsid w:val="0015215F"/>
    <w:rsid w:val="00154769"/>
    <w:rsid w:val="00154B2F"/>
    <w:rsid w:val="00157ED9"/>
    <w:rsid w:val="00163DA8"/>
    <w:rsid w:val="00172299"/>
    <w:rsid w:val="0017424F"/>
    <w:rsid w:val="00176F19"/>
    <w:rsid w:val="00182B1F"/>
    <w:rsid w:val="00195E7B"/>
    <w:rsid w:val="001A3D4D"/>
    <w:rsid w:val="001A5499"/>
    <w:rsid w:val="001A66E3"/>
    <w:rsid w:val="001B0F6C"/>
    <w:rsid w:val="001B1CAB"/>
    <w:rsid w:val="001B7B3D"/>
    <w:rsid w:val="001C329B"/>
    <w:rsid w:val="001D4E25"/>
    <w:rsid w:val="001E2B11"/>
    <w:rsid w:val="001E49D8"/>
    <w:rsid w:val="001F0632"/>
    <w:rsid w:val="001F4525"/>
    <w:rsid w:val="00207E76"/>
    <w:rsid w:val="00214915"/>
    <w:rsid w:val="00221781"/>
    <w:rsid w:val="0022460C"/>
    <w:rsid w:val="0022717C"/>
    <w:rsid w:val="00227977"/>
    <w:rsid w:val="00236249"/>
    <w:rsid w:val="00266611"/>
    <w:rsid w:val="0028126A"/>
    <w:rsid w:val="00283453"/>
    <w:rsid w:val="00286AA6"/>
    <w:rsid w:val="00287641"/>
    <w:rsid w:val="00287703"/>
    <w:rsid w:val="00293EF9"/>
    <w:rsid w:val="0029639D"/>
    <w:rsid w:val="002A26D8"/>
    <w:rsid w:val="002A2E5B"/>
    <w:rsid w:val="002B386C"/>
    <w:rsid w:val="002B4273"/>
    <w:rsid w:val="002B4533"/>
    <w:rsid w:val="002B49D5"/>
    <w:rsid w:val="002B73ED"/>
    <w:rsid w:val="002C0E3B"/>
    <w:rsid w:val="002C1213"/>
    <w:rsid w:val="002C663A"/>
    <w:rsid w:val="002C7224"/>
    <w:rsid w:val="002D5081"/>
    <w:rsid w:val="002E0C29"/>
    <w:rsid w:val="002E1D54"/>
    <w:rsid w:val="002F42BE"/>
    <w:rsid w:val="002F7CC4"/>
    <w:rsid w:val="003061D8"/>
    <w:rsid w:val="00315286"/>
    <w:rsid w:val="00326862"/>
    <w:rsid w:val="00326F90"/>
    <w:rsid w:val="00344FC2"/>
    <w:rsid w:val="00347865"/>
    <w:rsid w:val="003505F7"/>
    <w:rsid w:val="00353899"/>
    <w:rsid w:val="003543CF"/>
    <w:rsid w:val="0036292C"/>
    <w:rsid w:val="0037404C"/>
    <w:rsid w:val="00374E63"/>
    <w:rsid w:val="00376DBA"/>
    <w:rsid w:val="003B3A4E"/>
    <w:rsid w:val="003B3B67"/>
    <w:rsid w:val="003B708A"/>
    <w:rsid w:val="003C0513"/>
    <w:rsid w:val="003C1791"/>
    <w:rsid w:val="003C4AF8"/>
    <w:rsid w:val="003D4308"/>
    <w:rsid w:val="003D5C21"/>
    <w:rsid w:val="003D60B6"/>
    <w:rsid w:val="003E7746"/>
    <w:rsid w:val="003E7D21"/>
    <w:rsid w:val="003F0BC2"/>
    <w:rsid w:val="003F6129"/>
    <w:rsid w:val="0040394F"/>
    <w:rsid w:val="0040688A"/>
    <w:rsid w:val="00410707"/>
    <w:rsid w:val="004122C7"/>
    <w:rsid w:val="00412E05"/>
    <w:rsid w:val="00427385"/>
    <w:rsid w:val="00434D2B"/>
    <w:rsid w:val="00442BA0"/>
    <w:rsid w:val="00443994"/>
    <w:rsid w:val="00443A39"/>
    <w:rsid w:val="004553ED"/>
    <w:rsid w:val="00460FEE"/>
    <w:rsid w:val="00463E5F"/>
    <w:rsid w:val="00470DE9"/>
    <w:rsid w:val="00473813"/>
    <w:rsid w:val="0047596A"/>
    <w:rsid w:val="00482FA6"/>
    <w:rsid w:val="0048508F"/>
    <w:rsid w:val="00487F73"/>
    <w:rsid w:val="0049461E"/>
    <w:rsid w:val="00494DC2"/>
    <w:rsid w:val="00497AF1"/>
    <w:rsid w:val="004A0560"/>
    <w:rsid w:val="004A26C0"/>
    <w:rsid w:val="004A4A0F"/>
    <w:rsid w:val="004D603A"/>
    <w:rsid w:val="004E1FCA"/>
    <w:rsid w:val="004E36E6"/>
    <w:rsid w:val="004E500A"/>
    <w:rsid w:val="004E6C7F"/>
    <w:rsid w:val="004F0246"/>
    <w:rsid w:val="004F12DE"/>
    <w:rsid w:val="004F1B70"/>
    <w:rsid w:val="004F3F33"/>
    <w:rsid w:val="004F705A"/>
    <w:rsid w:val="0050365A"/>
    <w:rsid w:val="00511407"/>
    <w:rsid w:val="0051265C"/>
    <w:rsid w:val="00512730"/>
    <w:rsid w:val="005138B7"/>
    <w:rsid w:val="00515902"/>
    <w:rsid w:val="005175F8"/>
    <w:rsid w:val="00520A37"/>
    <w:rsid w:val="00541AC1"/>
    <w:rsid w:val="00541BC6"/>
    <w:rsid w:val="005421EB"/>
    <w:rsid w:val="00543B3D"/>
    <w:rsid w:val="00551552"/>
    <w:rsid w:val="00555E40"/>
    <w:rsid w:val="00566243"/>
    <w:rsid w:val="0056699C"/>
    <w:rsid w:val="00577784"/>
    <w:rsid w:val="00591C25"/>
    <w:rsid w:val="00591D98"/>
    <w:rsid w:val="005A4545"/>
    <w:rsid w:val="005C0542"/>
    <w:rsid w:val="005D1E42"/>
    <w:rsid w:val="005E380A"/>
    <w:rsid w:val="005F4299"/>
    <w:rsid w:val="005F44B9"/>
    <w:rsid w:val="00600DEF"/>
    <w:rsid w:val="00603019"/>
    <w:rsid w:val="00604CAE"/>
    <w:rsid w:val="006062FC"/>
    <w:rsid w:val="00607717"/>
    <w:rsid w:val="006127A0"/>
    <w:rsid w:val="006177AB"/>
    <w:rsid w:val="0062008A"/>
    <w:rsid w:val="00644F4F"/>
    <w:rsid w:val="00647470"/>
    <w:rsid w:val="00647788"/>
    <w:rsid w:val="00666709"/>
    <w:rsid w:val="0068544B"/>
    <w:rsid w:val="00693724"/>
    <w:rsid w:val="006962B2"/>
    <w:rsid w:val="00697681"/>
    <w:rsid w:val="006A766B"/>
    <w:rsid w:val="006B26B4"/>
    <w:rsid w:val="006C1D07"/>
    <w:rsid w:val="006C3A8E"/>
    <w:rsid w:val="006C4144"/>
    <w:rsid w:val="006D71F5"/>
    <w:rsid w:val="006E0D51"/>
    <w:rsid w:val="006E12E4"/>
    <w:rsid w:val="006E48FA"/>
    <w:rsid w:val="006E67BD"/>
    <w:rsid w:val="006F6F4F"/>
    <w:rsid w:val="006F72F9"/>
    <w:rsid w:val="0070023E"/>
    <w:rsid w:val="00700412"/>
    <w:rsid w:val="0070201A"/>
    <w:rsid w:val="007055DD"/>
    <w:rsid w:val="00705D12"/>
    <w:rsid w:val="0071186E"/>
    <w:rsid w:val="007137EA"/>
    <w:rsid w:val="00713FF8"/>
    <w:rsid w:val="00721C1B"/>
    <w:rsid w:val="00721C9C"/>
    <w:rsid w:val="0073045A"/>
    <w:rsid w:val="00735746"/>
    <w:rsid w:val="007411D4"/>
    <w:rsid w:val="0075158B"/>
    <w:rsid w:val="00754684"/>
    <w:rsid w:val="007706B7"/>
    <w:rsid w:val="007712F3"/>
    <w:rsid w:val="00772677"/>
    <w:rsid w:val="00774A84"/>
    <w:rsid w:val="00783305"/>
    <w:rsid w:val="00787A32"/>
    <w:rsid w:val="00792B05"/>
    <w:rsid w:val="0079458D"/>
    <w:rsid w:val="007A0AAC"/>
    <w:rsid w:val="007B1D0A"/>
    <w:rsid w:val="007B38CC"/>
    <w:rsid w:val="007B6217"/>
    <w:rsid w:val="007C1586"/>
    <w:rsid w:val="007C1F12"/>
    <w:rsid w:val="007D089B"/>
    <w:rsid w:val="007D240C"/>
    <w:rsid w:val="007D3F58"/>
    <w:rsid w:val="007D63B6"/>
    <w:rsid w:val="007F0240"/>
    <w:rsid w:val="007F572D"/>
    <w:rsid w:val="00806115"/>
    <w:rsid w:val="00806408"/>
    <w:rsid w:val="00835C79"/>
    <w:rsid w:val="0084569E"/>
    <w:rsid w:val="00856FFC"/>
    <w:rsid w:val="00857693"/>
    <w:rsid w:val="0088507E"/>
    <w:rsid w:val="00895568"/>
    <w:rsid w:val="0089624B"/>
    <w:rsid w:val="00896753"/>
    <w:rsid w:val="008A0161"/>
    <w:rsid w:val="008A1BA6"/>
    <w:rsid w:val="008A2C82"/>
    <w:rsid w:val="008B7B39"/>
    <w:rsid w:val="008C2313"/>
    <w:rsid w:val="008C6D36"/>
    <w:rsid w:val="008D3AF3"/>
    <w:rsid w:val="008E3D91"/>
    <w:rsid w:val="008E7923"/>
    <w:rsid w:val="008F5D11"/>
    <w:rsid w:val="009048A8"/>
    <w:rsid w:val="00904A63"/>
    <w:rsid w:val="00907DC6"/>
    <w:rsid w:val="00940DC0"/>
    <w:rsid w:val="00942394"/>
    <w:rsid w:val="00943C1C"/>
    <w:rsid w:val="00946054"/>
    <w:rsid w:val="00954B6A"/>
    <w:rsid w:val="0095633F"/>
    <w:rsid w:val="00970715"/>
    <w:rsid w:val="00976875"/>
    <w:rsid w:val="00992509"/>
    <w:rsid w:val="00993549"/>
    <w:rsid w:val="009A29F3"/>
    <w:rsid w:val="009B4E1E"/>
    <w:rsid w:val="009C1E6C"/>
    <w:rsid w:val="009C1F5F"/>
    <w:rsid w:val="009C36B8"/>
    <w:rsid w:val="009C484B"/>
    <w:rsid w:val="009C5076"/>
    <w:rsid w:val="009D2A4D"/>
    <w:rsid w:val="009D43B1"/>
    <w:rsid w:val="009E050E"/>
    <w:rsid w:val="009F3D7F"/>
    <w:rsid w:val="009F70B0"/>
    <w:rsid w:val="00A026A5"/>
    <w:rsid w:val="00A02A71"/>
    <w:rsid w:val="00A17CF6"/>
    <w:rsid w:val="00A36B39"/>
    <w:rsid w:val="00A46990"/>
    <w:rsid w:val="00A47885"/>
    <w:rsid w:val="00A55516"/>
    <w:rsid w:val="00A6121C"/>
    <w:rsid w:val="00A6227D"/>
    <w:rsid w:val="00A65E0B"/>
    <w:rsid w:val="00A7535F"/>
    <w:rsid w:val="00A81D2E"/>
    <w:rsid w:val="00A86A97"/>
    <w:rsid w:val="00AA1D8D"/>
    <w:rsid w:val="00AB46D6"/>
    <w:rsid w:val="00AE0134"/>
    <w:rsid w:val="00AE2E25"/>
    <w:rsid w:val="00AE79AE"/>
    <w:rsid w:val="00AF4EA6"/>
    <w:rsid w:val="00B058DA"/>
    <w:rsid w:val="00B06282"/>
    <w:rsid w:val="00B211CA"/>
    <w:rsid w:val="00B2318B"/>
    <w:rsid w:val="00B27D51"/>
    <w:rsid w:val="00B33E11"/>
    <w:rsid w:val="00B347B2"/>
    <w:rsid w:val="00B37874"/>
    <w:rsid w:val="00B47730"/>
    <w:rsid w:val="00B52464"/>
    <w:rsid w:val="00B52600"/>
    <w:rsid w:val="00B53093"/>
    <w:rsid w:val="00B53289"/>
    <w:rsid w:val="00B61C55"/>
    <w:rsid w:val="00B721DD"/>
    <w:rsid w:val="00B72910"/>
    <w:rsid w:val="00B7403A"/>
    <w:rsid w:val="00B86478"/>
    <w:rsid w:val="00B9434D"/>
    <w:rsid w:val="00BA39ED"/>
    <w:rsid w:val="00BB21E4"/>
    <w:rsid w:val="00BB30D4"/>
    <w:rsid w:val="00BB331E"/>
    <w:rsid w:val="00BC2B59"/>
    <w:rsid w:val="00BD2D2F"/>
    <w:rsid w:val="00BD3A5C"/>
    <w:rsid w:val="00BD4FC7"/>
    <w:rsid w:val="00BD626A"/>
    <w:rsid w:val="00BE015E"/>
    <w:rsid w:val="00BE2608"/>
    <w:rsid w:val="00BE7407"/>
    <w:rsid w:val="00BF4C56"/>
    <w:rsid w:val="00BF6AC9"/>
    <w:rsid w:val="00C0365E"/>
    <w:rsid w:val="00C04C9E"/>
    <w:rsid w:val="00C2038A"/>
    <w:rsid w:val="00C24CC9"/>
    <w:rsid w:val="00C31414"/>
    <w:rsid w:val="00C33B12"/>
    <w:rsid w:val="00C34CC6"/>
    <w:rsid w:val="00C4075F"/>
    <w:rsid w:val="00C42E99"/>
    <w:rsid w:val="00C45968"/>
    <w:rsid w:val="00C502F0"/>
    <w:rsid w:val="00C541C2"/>
    <w:rsid w:val="00C715D0"/>
    <w:rsid w:val="00C76E74"/>
    <w:rsid w:val="00C92C1B"/>
    <w:rsid w:val="00C94808"/>
    <w:rsid w:val="00C94820"/>
    <w:rsid w:val="00CB0664"/>
    <w:rsid w:val="00CD3FAF"/>
    <w:rsid w:val="00CD7EF2"/>
    <w:rsid w:val="00CE38A8"/>
    <w:rsid w:val="00CE51C8"/>
    <w:rsid w:val="00CE546A"/>
    <w:rsid w:val="00CE7D12"/>
    <w:rsid w:val="00CF5DFA"/>
    <w:rsid w:val="00D107D9"/>
    <w:rsid w:val="00D20C9E"/>
    <w:rsid w:val="00D20FAB"/>
    <w:rsid w:val="00D27345"/>
    <w:rsid w:val="00D4301C"/>
    <w:rsid w:val="00D52F18"/>
    <w:rsid w:val="00D536AE"/>
    <w:rsid w:val="00D67211"/>
    <w:rsid w:val="00D70B63"/>
    <w:rsid w:val="00D77A02"/>
    <w:rsid w:val="00D82E86"/>
    <w:rsid w:val="00D83041"/>
    <w:rsid w:val="00D8741D"/>
    <w:rsid w:val="00D9018B"/>
    <w:rsid w:val="00D9128F"/>
    <w:rsid w:val="00D95896"/>
    <w:rsid w:val="00D96A10"/>
    <w:rsid w:val="00DA2ADC"/>
    <w:rsid w:val="00DB6EE2"/>
    <w:rsid w:val="00DC0346"/>
    <w:rsid w:val="00DC318F"/>
    <w:rsid w:val="00DC3D56"/>
    <w:rsid w:val="00DC6427"/>
    <w:rsid w:val="00DD06C8"/>
    <w:rsid w:val="00DD479B"/>
    <w:rsid w:val="00E00ACD"/>
    <w:rsid w:val="00E027C3"/>
    <w:rsid w:val="00E035B7"/>
    <w:rsid w:val="00E33515"/>
    <w:rsid w:val="00E46DDC"/>
    <w:rsid w:val="00E5211C"/>
    <w:rsid w:val="00E61F07"/>
    <w:rsid w:val="00E6249E"/>
    <w:rsid w:val="00E64C1D"/>
    <w:rsid w:val="00E75528"/>
    <w:rsid w:val="00EA0BE5"/>
    <w:rsid w:val="00EA6BB6"/>
    <w:rsid w:val="00EB35BA"/>
    <w:rsid w:val="00EC46F9"/>
    <w:rsid w:val="00ED03C7"/>
    <w:rsid w:val="00ED47BC"/>
    <w:rsid w:val="00EE51AA"/>
    <w:rsid w:val="00EE51E7"/>
    <w:rsid w:val="00EE604D"/>
    <w:rsid w:val="00EF0F35"/>
    <w:rsid w:val="00EF4500"/>
    <w:rsid w:val="00EF45BF"/>
    <w:rsid w:val="00EF7C05"/>
    <w:rsid w:val="00F221AA"/>
    <w:rsid w:val="00F3630A"/>
    <w:rsid w:val="00F45501"/>
    <w:rsid w:val="00F55348"/>
    <w:rsid w:val="00F609AD"/>
    <w:rsid w:val="00F61787"/>
    <w:rsid w:val="00F62847"/>
    <w:rsid w:val="00F67A11"/>
    <w:rsid w:val="00F70131"/>
    <w:rsid w:val="00F706BD"/>
    <w:rsid w:val="00F73BE4"/>
    <w:rsid w:val="00F76B43"/>
    <w:rsid w:val="00F935D1"/>
    <w:rsid w:val="00F95378"/>
    <w:rsid w:val="00F96D8B"/>
    <w:rsid w:val="00F9745D"/>
    <w:rsid w:val="00FB34A4"/>
    <w:rsid w:val="00FB7D97"/>
    <w:rsid w:val="00FC175D"/>
    <w:rsid w:val="00FC3CEF"/>
    <w:rsid w:val="00FC693F"/>
    <w:rsid w:val="00FD1073"/>
    <w:rsid w:val="00FD7AE3"/>
    <w:rsid w:val="00FE3324"/>
    <w:rsid w:val="00FE3360"/>
    <w:rsid w:val="00FF1962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4A5280"/>
  <w14:defaultImageDpi w14:val="300"/>
  <w15:docId w15:val="{9AC6D441-1498-7444-84C0-DC17B1DC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5E"/>
    <w:rPr>
      <w:rFonts w:asciiTheme="majorHAnsi" w:hAnsiTheme="majorHAnsi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F76B43"/>
    <w:pPr>
      <w:numPr>
        <w:numId w:val="10"/>
      </w:numPr>
      <w:shd w:val="clear" w:color="auto" w:fill="31849B" w:themeFill="accent5" w:themeFillShade="BF"/>
      <w:spacing w:before="240" w:after="160" w:line="259" w:lineRule="auto"/>
      <w:contextualSpacing w:val="0"/>
      <w:outlineLvl w:val="0"/>
    </w:pPr>
    <w:rPr>
      <w:rFonts w:eastAsiaTheme="minorHAnsi" w:cs="Arial (Corps CS)"/>
      <w:b/>
      <w:bCs/>
      <w:caps/>
      <w:color w:val="FFFFFF" w:themeColor="background1"/>
      <w:sz w:val="24"/>
      <w:szCs w:val="24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F76B43"/>
    <w:pPr>
      <w:numPr>
        <w:ilvl w:val="1"/>
      </w:numPr>
      <w:shd w:val="clear" w:color="auto" w:fill="auto"/>
      <w:ind w:left="720"/>
      <w:outlineLvl w:val="1"/>
    </w:pPr>
    <w:rPr>
      <w:bCs w:val="0"/>
      <w:caps w:val="0"/>
      <w:smallCaps/>
      <w:color w:val="31849B" w:themeColor="accent5" w:themeShade="BF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207E76"/>
    <w:pPr>
      <w:numPr>
        <w:ilvl w:val="2"/>
      </w:numPr>
      <w:outlineLvl w:val="2"/>
    </w:pPr>
    <w:rPr>
      <w:i/>
      <w:iCs/>
      <w:sz w:val="22"/>
      <w:szCs w:val="22"/>
    </w:rPr>
  </w:style>
  <w:style w:type="paragraph" w:styleId="Titre4">
    <w:name w:val="heading 4"/>
    <w:basedOn w:val="Titre3"/>
    <w:next w:val="Normal"/>
    <w:link w:val="Titre4Car"/>
    <w:uiPriority w:val="9"/>
    <w:unhideWhenUsed/>
    <w:qFormat/>
    <w:rsid w:val="00207E76"/>
    <w:pPr>
      <w:numPr>
        <w:ilvl w:val="3"/>
      </w:numPr>
      <w:outlineLvl w:val="3"/>
    </w:pPr>
    <w:rPr>
      <w:b w:val="0"/>
    </w:rPr>
  </w:style>
  <w:style w:type="paragraph" w:styleId="Titre5">
    <w:name w:val="heading 5"/>
    <w:basedOn w:val="Titre4"/>
    <w:next w:val="Normal"/>
    <w:link w:val="Titre5Car"/>
    <w:uiPriority w:val="9"/>
    <w:unhideWhenUsed/>
    <w:qFormat/>
    <w:rsid w:val="00207E76"/>
    <w:pPr>
      <w:numPr>
        <w:ilvl w:val="4"/>
      </w:numPr>
      <w:outlineLvl w:val="4"/>
    </w:pPr>
    <w:rPr>
      <w:color w:val="auto"/>
      <w:sz w:val="20"/>
      <w:szCs w:val="20"/>
    </w:rPr>
  </w:style>
  <w:style w:type="paragraph" w:styleId="Titre6">
    <w:name w:val="heading 6"/>
    <w:basedOn w:val="Titre5"/>
    <w:next w:val="Normal"/>
    <w:link w:val="Titre6Car"/>
    <w:uiPriority w:val="9"/>
    <w:unhideWhenUsed/>
    <w:qFormat/>
    <w:rsid w:val="00207E76"/>
    <w:pPr>
      <w:numPr>
        <w:ilvl w:val="5"/>
      </w:numPr>
      <w:outlineLvl w:val="5"/>
    </w:pPr>
    <w:rPr>
      <w:u w:val="single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C693F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76B43"/>
    <w:pPr>
      <w:keepNext/>
      <w:keepLines/>
      <w:spacing w:before="200" w:after="0"/>
      <w:outlineLvl w:val="7"/>
    </w:pPr>
    <w:rPr>
      <w:rFonts w:eastAsiaTheme="majorEastAsia" w:cstheme="majorBidi"/>
      <w:color w:val="31849B" w:themeColor="accent5" w:themeShade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76B43"/>
    <w:rPr>
      <w:rFonts w:asciiTheme="majorHAnsi" w:eastAsiaTheme="minorHAnsi" w:hAnsiTheme="majorHAnsi" w:cs="Arial (Corps CS)"/>
      <w:b/>
      <w:bCs/>
      <w:caps/>
      <w:color w:val="FFFFFF" w:themeColor="background1"/>
      <w:sz w:val="24"/>
      <w:szCs w:val="24"/>
      <w:shd w:val="clear" w:color="auto" w:fill="31849B" w:themeFill="accent5" w:themeFillShade="BF"/>
    </w:rPr>
  </w:style>
  <w:style w:type="character" w:customStyle="1" w:styleId="Titre2Car">
    <w:name w:val="Titre 2 Car"/>
    <w:basedOn w:val="Policepardfaut"/>
    <w:link w:val="Titre2"/>
    <w:uiPriority w:val="9"/>
    <w:rsid w:val="00F76B43"/>
    <w:rPr>
      <w:rFonts w:asciiTheme="majorHAnsi" w:eastAsiaTheme="minorHAnsi" w:hAnsiTheme="majorHAnsi" w:cs="Arial (Corps CS)"/>
      <w:b/>
      <w:smallCaps/>
      <w:color w:val="31849B" w:themeColor="accent5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9C1F5F"/>
    <w:rPr>
      <w:rFonts w:asciiTheme="majorHAnsi" w:eastAsiaTheme="minorHAnsi" w:hAnsiTheme="majorHAnsi" w:cs="Arial (Corps CS)"/>
      <w:b/>
      <w:i/>
      <w:iCs/>
      <w:smallCaps/>
      <w:color w:val="31849B" w:themeColor="accent5" w:themeShade="BF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B43"/>
    <w:pPr>
      <w:numPr>
        <w:ilvl w:val="1"/>
      </w:numPr>
    </w:pPr>
    <w:rPr>
      <w:rFonts w:eastAsiaTheme="majorEastAsia" w:cstheme="majorBidi"/>
      <w:i/>
      <w:iCs/>
      <w:color w:val="E36C0A" w:themeColor="accent6" w:themeShade="BF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76B43"/>
    <w:rPr>
      <w:rFonts w:asciiTheme="majorHAnsi" w:eastAsiaTheme="majorEastAsia" w:hAnsiTheme="majorHAnsi" w:cstheme="majorBidi"/>
      <w:i/>
      <w:iCs/>
      <w:color w:val="E36C0A" w:themeColor="accent6" w:themeShade="BF"/>
      <w:spacing w:val="15"/>
      <w:sz w:val="24"/>
      <w:szCs w:val="24"/>
    </w:rPr>
  </w:style>
  <w:style w:type="paragraph" w:styleId="Paragraphedeliste">
    <w:name w:val="List Paragraph"/>
    <w:aliases w:val="ParagrapheLEXSI,Titre 1 Car1,armelle Car,Liste puces 2,Paragraphe de liste1,1er niveau,Liste puces 21,Paragraphe de liste11,1er niveau1,Liste puces 22,Paragraphe de liste12,1er niveau2,Liste puces 23,Paragraphe de liste13,1er niveau3"/>
    <w:basedOn w:val="Normal"/>
    <w:link w:val="ParagraphedelisteCar"/>
    <w:uiPriority w:val="1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rsid w:val="00700412"/>
    <w:rPr>
      <w:rFonts w:asciiTheme="majorHAnsi" w:eastAsiaTheme="minorHAnsi" w:hAnsiTheme="majorHAnsi" w:cs="Arial (Corps CS)"/>
      <w:i/>
      <w:iCs/>
      <w:smallCaps/>
      <w:color w:val="31849B" w:themeColor="accent5" w:themeShade="BF"/>
    </w:rPr>
  </w:style>
  <w:style w:type="character" w:customStyle="1" w:styleId="Titre5Car">
    <w:name w:val="Titre 5 Car"/>
    <w:basedOn w:val="Policepardfaut"/>
    <w:link w:val="Titre5"/>
    <w:uiPriority w:val="9"/>
    <w:rsid w:val="00700412"/>
    <w:rPr>
      <w:rFonts w:asciiTheme="majorHAnsi" w:eastAsiaTheme="minorHAnsi" w:hAnsiTheme="majorHAnsi" w:cs="Arial (Corps CS)"/>
      <w:i/>
      <w:iCs/>
      <w:smallCaps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rsid w:val="009C1F5F"/>
    <w:rPr>
      <w:rFonts w:asciiTheme="majorHAnsi" w:eastAsiaTheme="minorHAnsi" w:hAnsiTheme="majorHAnsi" w:cs="Arial (Corps CS)"/>
      <w:i/>
      <w:iCs/>
      <w:smallCaps/>
      <w:sz w:val="20"/>
      <w:szCs w:val="20"/>
      <w:u w:val="single"/>
    </w:rPr>
  </w:style>
  <w:style w:type="character" w:customStyle="1" w:styleId="Titre7Car">
    <w:name w:val="Titre 7 Car"/>
    <w:basedOn w:val="Policepardfaut"/>
    <w:link w:val="Titre7"/>
    <w:uiPriority w:val="9"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F76B43"/>
    <w:rPr>
      <w:rFonts w:asciiTheme="majorHAnsi" w:eastAsiaTheme="majorEastAsia" w:hAnsiTheme="majorHAnsi" w:cstheme="majorBidi"/>
      <w:color w:val="31849B" w:themeColor="accent5" w:themeShade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B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E36C0A" w:themeColor="accent6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76B43"/>
    <w:rPr>
      <w:rFonts w:asciiTheme="majorHAnsi" w:hAnsiTheme="majorHAnsi"/>
      <w:b/>
      <w:bCs/>
      <w:i/>
      <w:iCs/>
      <w:color w:val="E36C0A" w:themeColor="accent6" w:themeShade="BF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76B43"/>
    <w:rPr>
      <w:b/>
      <w:bCs/>
      <w:i/>
      <w:iCs/>
      <w:color w:val="31849B" w:themeColor="accent5" w:themeShade="BF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76B43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epuces41">
    <w:name w:val="Liste à puces 41"/>
    <w:basedOn w:val="Normal"/>
    <w:pPr>
      <w:numPr>
        <w:numId w:val="4"/>
      </w:numPr>
      <w:contextualSpacing/>
    </w:pPr>
  </w:style>
  <w:style w:type="paragraph" w:customStyle="1" w:styleId="Listepuces51">
    <w:name w:val="Liste à puces 51"/>
    <w:basedOn w:val="Normal"/>
    <w:pPr>
      <w:tabs>
        <w:tab w:val="num" w:pos="360"/>
      </w:tabs>
      <w:ind w:left="360" w:hanging="360"/>
      <w:contextualSpacing/>
    </w:pPr>
  </w:style>
  <w:style w:type="paragraph" w:styleId="TM1">
    <w:name w:val="toc 1"/>
    <w:basedOn w:val="Normal"/>
    <w:next w:val="Normal"/>
    <w:autoRedefine/>
    <w:uiPriority w:val="39"/>
    <w:unhideWhenUsed/>
    <w:rsid w:val="00057BA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57BA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57BA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057BA3"/>
    <w:pPr>
      <w:spacing w:after="100" w:line="240" w:lineRule="auto"/>
      <w:ind w:left="720"/>
    </w:pPr>
    <w:rPr>
      <w:sz w:val="24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057BA3"/>
    <w:pPr>
      <w:spacing w:after="100" w:line="240" w:lineRule="auto"/>
      <w:ind w:left="960"/>
    </w:pPr>
    <w:rPr>
      <w:sz w:val="24"/>
      <w:szCs w:val="24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057BA3"/>
    <w:pPr>
      <w:spacing w:after="100" w:line="240" w:lineRule="auto"/>
      <w:ind w:left="1200"/>
    </w:pPr>
    <w:rPr>
      <w:sz w:val="24"/>
      <w:szCs w:val="24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057BA3"/>
    <w:pPr>
      <w:spacing w:after="100" w:line="240" w:lineRule="auto"/>
      <w:ind w:left="1440"/>
    </w:pPr>
    <w:rPr>
      <w:sz w:val="24"/>
      <w:szCs w:val="24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057BA3"/>
    <w:pPr>
      <w:spacing w:after="100" w:line="240" w:lineRule="auto"/>
      <w:ind w:left="1680"/>
    </w:pPr>
    <w:rPr>
      <w:sz w:val="24"/>
      <w:szCs w:val="24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057BA3"/>
    <w:pPr>
      <w:spacing w:after="100" w:line="240" w:lineRule="auto"/>
      <w:ind w:left="1920"/>
    </w:pPr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057BA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57BA3"/>
    <w:rPr>
      <w:color w:val="605E5C"/>
      <w:shd w:val="clear" w:color="auto" w:fill="E1DFDD"/>
    </w:rPr>
  </w:style>
  <w:style w:type="character" w:styleId="Numrodepage">
    <w:name w:val="page number"/>
    <w:basedOn w:val="Policepardfaut"/>
    <w:uiPriority w:val="99"/>
    <w:semiHidden/>
    <w:unhideWhenUsed/>
    <w:rsid w:val="00F55348"/>
  </w:style>
  <w:style w:type="paragraph" w:customStyle="1" w:styleId="OBJET">
    <w:name w:val="OBJET"/>
    <w:basedOn w:val="Paragraphedeliste"/>
    <w:qFormat/>
    <w:rsid w:val="00F76B43"/>
    <w:pPr>
      <w:shd w:val="clear" w:color="auto" w:fill="31849B" w:themeFill="accent5" w:themeFillShade="BF"/>
      <w:spacing w:line="240" w:lineRule="auto"/>
      <w:jc w:val="center"/>
    </w:pPr>
    <w:rPr>
      <w:b/>
      <w:bCs/>
      <w:color w:val="FFFFFF" w:themeColor="background1"/>
      <w:sz w:val="32"/>
      <w:szCs w:val="32"/>
    </w:rPr>
  </w:style>
  <w:style w:type="paragraph" w:customStyle="1" w:styleId="Rfrence">
    <w:name w:val="Référence"/>
    <w:basedOn w:val="Paragraphedeliste"/>
    <w:qFormat/>
    <w:rsid w:val="00BF6AC9"/>
    <w:pPr>
      <w:jc w:val="center"/>
    </w:pPr>
    <w:rPr>
      <w:b/>
      <w:bCs/>
    </w:rPr>
  </w:style>
  <w:style w:type="paragraph" w:customStyle="1" w:styleId="Texte">
    <w:name w:val="Texte"/>
    <w:basedOn w:val="Paragraphedeliste"/>
    <w:qFormat/>
    <w:rsid w:val="00511407"/>
    <w:pPr>
      <w:jc w:val="right"/>
    </w:pPr>
    <w:rPr>
      <w:b/>
      <w:bCs/>
      <w:i/>
      <w:color w:val="000000" w:themeColor="text1"/>
      <w:sz w:val="20"/>
      <w:szCs w:val="20"/>
    </w:rPr>
  </w:style>
  <w:style w:type="paragraph" w:customStyle="1" w:styleId="NOM">
    <w:name w:val="NOM"/>
    <w:basedOn w:val="Paragraphedeliste"/>
    <w:qFormat/>
    <w:rsid w:val="00F76B43"/>
    <w:pPr>
      <w:pBdr>
        <w:top w:val="single" w:sz="4" w:space="1" w:color="31849B" w:themeColor="accent5" w:themeShade="BF"/>
        <w:left w:val="single" w:sz="4" w:space="4" w:color="31849B" w:themeColor="accent5" w:themeShade="BF"/>
        <w:bottom w:val="single" w:sz="4" w:space="1" w:color="31849B" w:themeColor="accent5" w:themeShade="BF"/>
        <w:right w:val="single" w:sz="4" w:space="4" w:color="31849B" w:themeColor="accent5" w:themeShade="BF"/>
      </w:pBdr>
      <w:jc w:val="center"/>
    </w:pPr>
    <w:rPr>
      <w:b/>
      <w:bCs/>
      <w:color w:val="31849B" w:themeColor="accent5" w:themeShade="BF"/>
      <w:sz w:val="28"/>
      <w:szCs w:val="28"/>
    </w:rPr>
  </w:style>
  <w:style w:type="paragraph" w:customStyle="1" w:styleId="Textebas">
    <w:name w:val="Texte bas"/>
    <w:basedOn w:val="Paragraphedeliste"/>
    <w:qFormat/>
    <w:rsid w:val="00F76B43"/>
    <w:pPr>
      <w:pBdr>
        <w:bottom w:val="single" w:sz="4" w:space="1" w:color="036CAA"/>
      </w:pBdr>
      <w:jc w:val="center"/>
    </w:pPr>
    <w:rPr>
      <w:b/>
      <w:bCs/>
      <w:color w:val="31849B" w:themeColor="accent5" w:themeShade="BF"/>
    </w:rPr>
  </w:style>
  <w:style w:type="paragraph" w:customStyle="1" w:styleId="RedaliaNormal">
    <w:name w:val="Redalia : Normal"/>
    <w:basedOn w:val="Normal"/>
    <w:rsid w:val="00BF4C56"/>
    <w:pPr>
      <w:widowControl w:val="0"/>
      <w:tabs>
        <w:tab w:val="left" w:leader="dot" w:pos="8505"/>
      </w:tabs>
      <w:spacing w:before="40" w:after="0" w:line="240" w:lineRule="auto"/>
      <w:jc w:val="both"/>
    </w:pPr>
    <w:rPr>
      <w:rFonts w:ascii="Arial" w:eastAsia="Times New Roman" w:hAnsi="Arial" w:cs="Times New Roman"/>
      <w:szCs w:val="20"/>
      <w:lang w:eastAsia="fr-FR"/>
    </w:rPr>
  </w:style>
  <w:style w:type="character" w:customStyle="1" w:styleId="ParagraphedelisteCar">
    <w:name w:val="Paragraphe de liste Car"/>
    <w:aliases w:val="ParagrapheLEXSI Car,Titre 1 Car1 Car,armelle Car Car,Liste puces 2 Car,Paragraphe de liste1 Car,1er niveau Car,Liste puces 21 Car,Paragraphe de liste11 Car,1er niveau1 Car,Liste puces 22 Car,Paragraphe de liste12 Car"/>
    <w:link w:val="Paragraphedeliste"/>
    <w:uiPriority w:val="34"/>
    <w:rsid w:val="00BF4C56"/>
    <w:rPr>
      <w:rFonts w:asciiTheme="majorHAnsi" w:hAnsiTheme="majorHAnsi"/>
    </w:rPr>
  </w:style>
  <w:style w:type="numbering" w:customStyle="1" w:styleId="ListeSimpleRiskpart">
    <w:name w:val="Liste Simple Riskpart"/>
    <w:rsid w:val="00BF4C56"/>
    <w:pPr>
      <w:numPr>
        <w:numId w:val="12"/>
      </w:numPr>
    </w:pPr>
  </w:style>
  <w:style w:type="paragraph" w:customStyle="1" w:styleId="Style5">
    <w:name w:val="Style5"/>
    <w:basedOn w:val="Normal"/>
    <w:link w:val="Style5Car"/>
    <w:qFormat/>
    <w:rsid w:val="00BF4C56"/>
    <w:pPr>
      <w:widowControl w:val="0"/>
      <w:numPr>
        <w:ilvl w:val="1"/>
        <w:numId w:val="11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customStyle="1" w:styleId="Style5Car">
    <w:name w:val="Style5 Car"/>
    <w:link w:val="Style5"/>
    <w:rsid w:val="00BF4C56"/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BF4C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F4C5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F4C56"/>
    <w:rPr>
      <w:rFonts w:asciiTheme="majorHAnsi" w:hAnsiTheme="majorHAns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4C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4C56"/>
    <w:rPr>
      <w:rFonts w:asciiTheme="majorHAnsi" w:hAnsiTheme="majorHAnsi"/>
      <w:b/>
      <w:bCs/>
      <w:sz w:val="20"/>
      <w:szCs w:val="20"/>
    </w:rPr>
  </w:style>
  <w:style w:type="paragraph" w:customStyle="1" w:styleId="REFERENCEMARCHE">
    <w:name w:val="REFERENCE_MARCHE"/>
    <w:basedOn w:val="Normal"/>
    <w:qFormat/>
    <w:rsid w:val="000A1EAF"/>
    <w:pPr>
      <w:spacing w:before="38"/>
      <w:ind w:left="112" w:right="112"/>
      <w:jc w:val="center"/>
    </w:pPr>
    <w:rPr>
      <w:sz w:val="28"/>
    </w:rPr>
  </w:style>
  <w:style w:type="paragraph" w:customStyle="1" w:styleId="TYPEDOCUMENT">
    <w:name w:val="TYPE_DOCUMENT"/>
    <w:basedOn w:val="NOM"/>
    <w:qFormat/>
    <w:rsid w:val="000A1EAF"/>
  </w:style>
  <w:style w:type="paragraph" w:customStyle="1" w:styleId="TYPEPROCEDURE">
    <w:name w:val="TYPE_PROCEDURE"/>
    <w:basedOn w:val="Texte"/>
    <w:qFormat/>
    <w:rsid w:val="000A1EAF"/>
    <w:pPr>
      <w:jc w:val="left"/>
    </w:pPr>
  </w:style>
  <w:style w:type="paragraph" w:customStyle="1" w:styleId="TYPEMARCHE">
    <w:name w:val="TYPE_MARCHE"/>
    <w:basedOn w:val="Texte"/>
    <w:qFormat/>
    <w:rsid w:val="000A1EAF"/>
    <w:pPr>
      <w:jc w:val="both"/>
    </w:pPr>
  </w:style>
  <w:style w:type="paragraph" w:customStyle="1" w:styleId="CATEGORIEMARCHEPUBLIC">
    <w:name w:val="CATEGORIE_MARCHE_PUBLIC"/>
    <w:basedOn w:val="Texte"/>
    <w:qFormat/>
    <w:rsid w:val="000A1EAF"/>
    <w:pPr>
      <w:jc w:val="center"/>
    </w:pPr>
  </w:style>
  <w:style w:type="numbering" w:customStyle="1" w:styleId="CurrentList1">
    <w:name w:val="Current List1"/>
    <w:uiPriority w:val="99"/>
    <w:rsid w:val="00107EBD"/>
    <w:pPr>
      <w:numPr>
        <w:numId w:val="13"/>
      </w:numPr>
    </w:pPr>
  </w:style>
  <w:style w:type="paragraph" w:customStyle="1" w:styleId="ListBullet41">
    <w:name w:val="List Bullet 41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Bullet51">
    <w:name w:val="List Bullet 51"/>
    <w:basedOn w:val="Normal"/>
    <w:pPr>
      <w:tabs>
        <w:tab w:val="num" w:pos="360"/>
      </w:tabs>
      <w:ind w:left="360" w:hanging="360"/>
      <w:contextualSpacing/>
    </w:pPr>
  </w:style>
  <w:style w:type="numbering" w:customStyle="1" w:styleId="CurrentList2">
    <w:name w:val="Current List2"/>
    <w:uiPriority w:val="99"/>
    <w:rsid w:val="00806408"/>
    <w:pPr>
      <w:numPr>
        <w:numId w:val="14"/>
      </w:numPr>
    </w:pPr>
  </w:style>
  <w:style w:type="numbering" w:customStyle="1" w:styleId="CurrentList3">
    <w:name w:val="Current List3"/>
    <w:uiPriority w:val="99"/>
    <w:rsid w:val="00806408"/>
    <w:pPr>
      <w:numPr>
        <w:numId w:val="15"/>
      </w:numPr>
    </w:pPr>
  </w:style>
  <w:style w:type="paragraph" w:customStyle="1" w:styleId="Listepuces42">
    <w:name w:val="Liste à puces 42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epuces52">
    <w:name w:val="Liste à puces 52"/>
    <w:basedOn w:val="Normal"/>
    <w:pPr>
      <w:tabs>
        <w:tab w:val="num" w:pos="360"/>
      </w:tabs>
      <w:ind w:left="360" w:hanging="360"/>
      <w:contextualSpacing/>
    </w:pPr>
  </w:style>
  <w:style w:type="paragraph" w:customStyle="1" w:styleId="ListBullet6">
    <w:name w:val="List Bullet 6"/>
    <w:basedOn w:val="Normal"/>
    <w:pPr>
      <w:tabs>
        <w:tab w:val="num" w:pos="720"/>
      </w:tabs>
      <w:ind w:left="720" w:hanging="360"/>
      <w:contextualSpacing/>
    </w:pPr>
  </w:style>
  <w:style w:type="paragraph" w:customStyle="1" w:styleId="ListBullet7">
    <w:name w:val="List Bullet 7"/>
    <w:basedOn w:val="Normal"/>
    <w:pPr>
      <w:tabs>
        <w:tab w:val="num" w:pos="1080"/>
      </w:tabs>
      <w:ind w:left="1080" w:hanging="360"/>
      <w:contextualSpacing/>
    </w:pPr>
  </w:style>
  <w:style w:type="paragraph" w:customStyle="1" w:styleId="ListBullet8">
    <w:name w:val="List Bullet 8"/>
    <w:basedOn w:val="Normal"/>
    <w:pPr>
      <w:numPr>
        <w:numId w:val="8"/>
      </w:numPr>
      <w:contextualSpacing/>
    </w:pPr>
  </w:style>
  <w:style w:type="paragraph" w:customStyle="1" w:styleId="ListBullet9">
    <w:name w:val="List Bullet 9"/>
    <w:basedOn w:val="Normal"/>
    <w:pPr>
      <w:numPr>
        <w:numId w:val="9"/>
      </w:numPr>
      <w:contextualSpacing/>
    </w:pPr>
  </w:style>
  <w:style w:type="paragraph" w:customStyle="1" w:styleId="RedaliaRetraitavecpuce">
    <w:name w:val="Redalia : Retrait avec puce"/>
    <w:basedOn w:val="RedaliaNormal"/>
    <w:rsid w:val="00647470"/>
    <w:pPr>
      <w:numPr>
        <w:numId w:val="25"/>
      </w:numPr>
      <w:suppressAutoHyphens/>
      <w:autoSpaceDN w:val="0"/>
      <w:textAlignment w:val="baseline"/>
    </w:pPr>
  </w:style>
  <w:style w:type="paragraph" w:customStyle="1" w:styleId="RedaliaRetrait2avecpuce">
    <w:name w:val="Redalia : Retrait 2 avec puce"/>
    <w:basedOn w:val="RedaliaRetraitavecpuce"/>
    <w:rsid w:val="00647470"/>
    <w:pPr>
      <w:tabs>
        <w:tab w:val="left" w:pos="1701"/>
      </w:tabs>
      <w:ind w:left="1701" w:hanging="567"/>
    </w:pPr>
  </w:style>
  <w:style w:type="numbering" w:customStyle="1" w:styleId="LFO21">
    <w:name w:val="LFO21"/>
    <w:basedOn w:val="Aucuneliste"/>
    <w:rsid w:val="00647470"/>
    <w:pPr>
      <w:numPr>
        <w:numId w:val="25"/>
      </w:numPr>
    </w:pPr>
  </w:style>
  <w:style w:type="paragraph" w:customStyle="1" w:styleId="Redaliapuces">
    <w:name w:val="Redalia : puces"/>
    <w:basedOn w:val="RedaliaNormal"/>
    <w:rsid w:val="000D2BA2"/>
    <w:pPr>
      <w:numPr>
        <w:numId w:val="27"/>
      </w:numPr>
      <w:suppressAutoHyphens/>
      <w:autoSpaceDN w:val="0"/>
      <w:textAlignment w:val="baseline"/>
    </w:pPr>
  </w:style>
  <w:style w:type="numbering" w:customStyle="1" w:styleId="LFO20">
    <w:name w:val="LFO20"/>
    <w:basedOn w:val="Aucuneliste"/>
    <w:rsid w:val="000D2BA2"/>
    <w:pPr>
      <w:numPr>
        <w:numId w:val="27"/>
      </w:numPr>
    </w:pPr>
  </w:style>
  <w:style w:type="character" w:styleId="Lienhypertextesuivivisit">
    <w:name w:val="FollowedHyperlink"/>
    <w:basedOn w:val="Policepardfaut"/>
    <w:uiPriority w:val="99"/>
    <w:semiHidden/>
    <w:unhideWhenUsed/>
    <w:rsid w:val="000D2BA2"/>
    <w:rPr>
      <w:color w:val="800080" w:themeColor="followedHyperlink"/>
      <w:u w:val="single"/>
    </w:rPr>
  </w:style>
  <w:style w:type="paragraph" w:customStyle="1" w:styleId="RdaliaRetraitniveau1">
    <w:name w:val="Rédalia : Retrait niveau 1"/>
    <w:basedOn w:val="RedaliaNormal"/>
    <w:rsid w:val="00017DAC"/>
    <w:pPr>
      <w:numPr>
        <w:numId w:val="28"/>
      </w:numPr>
      <w:suppressAutoHyphens/>
      <w:autoSpaceDN w:val="0"/>
      <w:textAlignment w:val="baseline"/>
    </w:pPr>
  </w:style>
  <w:style w:type="numbering" w:customStyle="1" w:styleId="LFO4">
    <w:name w:val="LFO4"/>
    <w:basedOn w:val="Aucuneliste"/>
    <w:rsid w:val="00017DAC"/>
    <w:pPr>
      <w:numPr>
        <w:numId w:val="28"/>
      </w:numPr>
    </w:pPr>
  </w:style>
  <w:style w:type="character" w:customStyle="1" w:styleId="e24kjd">
    <w:name w:val="e24kjd"/>
    <w:rsid w:val="005E380A"/>
  </w:style>
  <w:style w:type="paragraph" w:customStyle="1" w:styleId="Default">
    <w:name w:val="Default"/>
    <w:rsid w:val="00F9745D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customStyle="1" w:styleId="RdaliaTitredossier">
    <w:name w:val="Rédalia : Titre dossier"/>
    <w:basedOn w:val="Normal"/>
    <w:rsid w:val="009F70B0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8"/>
      <w:szCs w:val="20"/>
      <w:lang w:eastAsia="fr-FR"/>
    </w:rPr>
  </w:style>
  <w:style w:type="table" w:styleId="TableauGrille4-Accentuation5">
    <w:name w:val="Grid Table 4 Accent 5"/>
    <w:basedOn w:val="TableauNormal"/>
    <w:uiPriority w:val="49"/>
    <w:rsid w:val="00BE26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1Clair-Accentuation5">
    <w:name w:val="Grid Table 1 Light Accent 5"/>
    <w:basedOn w:val="TableauNormal"/>
    <w:uiPriority w:val="46"/>
    <w:rsid w:val="008D3AF3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7Couleur-Accentuation5">
    <w:name w:val="Grid Table 7 Colorful Accent 5"/>
    <w:basedOn w:val="TableauNormal"/>
    <w:uiPriority w:val="52"/>
    <w:rsid w:val="008D3A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paragraph" w:customStyle="1" w:styleId="Dossiertitre">
    <w:name w:val="Dossier titre"/>
    <w:basedOn w:val="Normal"/>
    <w:rsid w:val="00101DB3"/>
    <w:pPr>
      <w:widowControl w:val="0"/>
      <w:pBdr>
        <w:bottom w:val="single" w:sz="6" w:space="1" w:color="000000"/>
      </w:pBd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_ip_UnifiedCompliancePolicyProperties xmlns="http://schemas.microsoft.com/sharepoint/v3" xsi:nil="true"/>
    <TaxCatchAll xmlns="9f4ae00d-af2a-41ba-9165-5a31ee67bc6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6ECED9-BF48-4B3E-AAE2-23D8F094A61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customXml/itemProps2.xml><?xml version="1.0" encoding="utf-8"?>
<ds:datastoreItem xmlns:ds="http://schemas.openxmlformats.org/officeDocument/2006/customXml" ds:itemID="{A43ECF69-8901-C445-9C37-2F81A7124D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B7F1C3-D22D-45A1-A4C5-0E293F21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5A3A84-95BF-4972-A288-2B6EE91194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THOMAS Ingrid</cp:lastModifiedBy>
  <cp:revision>3</cp:revision>
  <cp:lastPrinted>2026-03-26T10:07:00Z</cp:lastPrinted>
  <dcterms:created xsi:type="dcterms:W3CDTF">2026-09-17T12:01:00Z</dcterms:created>
  <dcterms:modified xsi:type="dcterms:W3CDTF">2026-09-17T12:03:00Z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2001c-58d3-400a-ba23-806de159e59f_Enabled">
    <vt:lpwstr>true</vt:lpwstr>
  </property>
  <property fmtid="{D5CDD505-2E9C-101B-9397-08002B2CF9AE}" pid="3" name="MSIP_Label_fc12001c-58d3-400a-ba23-806de159e59f_SetDate">
    <vt:lpwstr>2026-03-26T10:08:11Z</vt:lpwstr>
  </property>
  <property fmtid="{D5CDD505-2E9C-101B-9397-08002B2CF9AE}" pid="4" name="MSIP_Label_fc12001c-58d3-400a-ba23-806de159e59f_Method">
    <vt:lpwstr>Standard</vt:lpwstr>
  </property>
  <property fmtid="{D5CDD505-2E9C-101B-9397-08002B2CF9AE}" pid="5" name="MSIP_Label_fc12001c-58d3-400a-ba23-806de159e59f_Name">
    <vt:lpwstr>Interne ARRG</vt:lpwstr>
  </property>
  <property fmtid="{D5CDD505-2E9C-101B-9397-08002B2CF9AE}" pid="6" name="MSIP_Label_fc12001c-58d3-400a-ba23-806de159e59f_SiteId">
    <vt:lpwstr>0d7492b1-e30f-4db5-b43a-0e3df8b5a459</vt:lpwstr>
  </property>
  <property fmtid="{D5CDD505-2E9C-101B-9397-08002B2CF9AE}" pid="7" name="MSIP_Label_fc12001c-58d3-400a-ba23-806de159e59f_ActionId">
    <vt:lpwstr>0cc9c400-ca56-4977-8c02-40319b74fa94</vt:lpwstr>
  </property>
  <property fmtid="{D5CDD505-2E9C-101B-9397-08002B2CF9AE}" pid="8" name="MSIP_Label_fc12001c-58d3-400a-ba23-806de159e59f_ContentBits">
    <vt:lpwstr>0</vt:lpwstr>
  </property>
  <property fmtid="{D5CDD505-2E9C-101B-9397-08002B2CF9AE}" pid="9" name="MSIP_Label_fc12001c-58d3-400a-ba23-806de159e59f_Tag">
    <vt:lpwstr>10, 3, 0, 1</vt:lpwstr>
  </property>
  <property fmtid="{D5CDD505-2E9C-101B-9397-08002B2CF9AE}" pid="10" name="ContentTypeId">
    <vt:lpwstr>0x010100537EEBA0A139044591B3B925CAC1B187</vt:lpwstr>
  </property>
  <property fmtid="{D5CDD505-2E9C-101B-9397-08002B2CF9AE}" pid="11" name="MediaServiceImageTags">
    <vt:lpwstr/>
  </property>
</Properties>
</file>